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webextensions/taskpanes.xml" ContentType="application/vnd.ms-office.webextensiontaskpanes+xml"/>
  <Override PartName="/word/webextensions/webextension1.xml" ContentType="application/vnd.ms-office.webextension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microsoft.com/office/2011/relationships/webextensiontaskpanes" Target="word/webextensions/taskpanes.xml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9C63669" w14:textId="77777777" w:rsidR="001C17E4" w:rsidRPr="00260F73" w:rsidRDefault="001C17E4" w:rsidP="00F4085D">
      <w:pPr>
        <w:pStyle w:val="Title"/>
        <w:rPr>
          <w:b/>
          <w:bCs/>
          <w:sz w:val="40"/>
          <w:szCs w:val="40"/>
        </w:rPr>
      </w:pPr>
    </w:p>
    <w:p w14:paraId="1A13F9FF" w14:textId="03E246AF" w:rsidR="00F4085D" w:rsidRPr="00260F73" w:rsidRDefault="003729FB" w:rsidP="00B8038E">
      <w:pPr>
        <w:pStyle w:val="Title"/>
        <w:jc w:val="center"/>
        <w:rPr>
          <w:b/>
          <w:bCs/>
          <w:sz w:val="40"/>
          <w:szCs w:val="40"/>
        </w:rPr>
      </w:pPr>
      <w:r w:rsidRPr="00260F73">
        <w:rPr>
          <w:b/>
          <w:bCs/>
          <w:sz w:val="40"/>
          <w:szCs w:val="40"/>
        </w:rPr>
        <w:t xml:space="preserve">RCPI </w:t>
      </w:r>
      <w:r w:rsidR="007C0991" w:rsidRPr="00260F73">
        <w:rPr>
          <w:b/>
          <w:bCs/>
          <w:sz w:val="40"/>
          <w:szCs w:val="40"/>
        </w:rPr>
        <w:t xml:space="preserve">Higher Specialist </w:t>
      </w:r>
      <w:r w:rsidR="002D7D98" w:rsidRPr="00260F73">
        <w:rPr>
          <w:b/>
          <w:bCs/>
          <w:sz w:val="40"/>
          <w:szCs w:val="40"/>
        </w:rPr>
        <w:t>Training</w:t>
      </w:r>
      <w:r w:rsidR="007C0991" w:rsidRPr="00260F73">
        <w:rPr>
          <w:b/>
          <w:bCs/>
          <w:sz w:val="40"/>
          <w:szCs w:val="40"/>
        </w:rPr>
        <w:t>:</w:t>
      </w:r>
      <w:r w:rsidR="00F4085D" w:rsidRPr="00260F73">
        <w:rPr>
          <w:b/>
          <w:bCs/>
          <w:sz w:val="40"/>
          <w:szCs w:val="40"/>
        </w:rPr>
        <w:t xml:space="preserve"> </w:t>
      </w:r>
      <w:r w:rsidR="00446759">
        <w:rPr>
          <w:b/>
          <w:bCs/>
          <w:sz w:val="40"/>
          <w:szCs w:val="40"/>
        </w:rPr>
        <w:t>Immunology</w:t>
      </w:r>
    </w:p>
    <w:p w14:paraId="609CAFC3" w14:textId="0E8919FD" w:rsidR="007C0991" w:rsidRDefault="00F54DC5" w:rsidP="00F4085D">
      <w:pPr>
        <w:pStyle w:val="Title"/>
        <w:jc w:val="center"/>
        <w:rPr>
          <w:b/>
          <w:bCs/>
          <w:sz w:val="48"/>
          <w:szCs w:val="48"/>
        </w:rPr>
      </w:pPr>
      <w:r w:rsidRPr="00260F73">
        <w:rPr>
          <w:b/>
          <w:bCs/>
          <w:sz w:val="48"/>
          <w:szCs w:val="48"/>
        </w:rPr>
        <w:t>Curriculum Vitae</w:t>
      </w:r>
    </w:p>
    <w:p w14:paraId="158B37B7" w14:textId="77777777" w:rsidR="00260F73" w:rsidRPr="00260F73" w:rsidRDefault="00260F73" w:rsidP="00260F73"/>
    <w:p w14:paraId="6E5B97C0" w14:textId="59A16C94" w:rsidR="00214ECC" w:rsidRPr="00260F73" w:rsidRDefault="003729FB" w:rsidP="001C17E4">
      <w:pPr>
        <w:pStyle w:val="Heading1"/>
      </w:pPr>
      <w:r w:rsidRPr="00260F73">
        <w:t>Personal Details</w:t>
      </w:r>
    </w:p>
    <w:tbl>
      <w:tblPr>
        <w:tblStyle w:val="TableGrid"/>
        <w:tblW w:w="5000" w:type="pct"/>
        <w:tblBorders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527"/>
        <w:gridCol w:w="5823"/>
      </w:tblGrid>
      <w:tr w:rsidR="009E4AEB" w:rsidRPr="00260F73" w14:paraId="091518D3" w14:textId="77777777" w:rsidTr="00260F73">
        <w:tc>
          <w:tcPr>
            <w:tcW w:w="1886" w:type="pct"/>
            <w:vAlign w:val="center"/>
          </w:tcPr>
          <w:p w14:paraId="461D333E" w14:textId="77777777" w:rsidR="009E4AEB" w:rsidRDefault="009E4AEB" w:rsidP="00260F73">
            <w:pPr>
              <w:jc w:val="center"/>
              <w:rPr>
                <w:b/>
                <w:bCs/>
              </w:rPr>
            </w:pPr>
            <w:r w:rsidRPr="00260F73">
              <w:rPr>
                <w:b/>
                <w:bCs/>
              </w:rPr>
              <w:t>Full Name:</w:t>
            </w:r>
          </w:p>
          <w:p w14:paraId="46EE3531" w14:textId="1A50F9B4" w:rsidR="00260F73" w:rsidRPr="00260F73" w:rsidRDefault="00260F73" w:rsidP="00260F73">
            <w:pPr>
              <w:jc w:val="center"/>
              <w:rPr>
                <w:b/>
                <w:bCs/>
              </w:rPr>
            </w:pPr>
          </w:p>
        </w:tc>
        <w:sdt>
          <w:sdtPr>
            <w:id w:val="-589689032"/>
            <w:placeholder>
              <w:docPart w:val="1734C0B0E50C4165979C1D1CD6EF5118"/>
            </w:placeholder>
            <w:showingPlcHdr/>
          </w:sdtPr>
          <w:sdtEndPr/>
          <w:sdtContent>
            <w:tc>
              <w:tcPr>
                <w:tcW w:w="3114" w:type="pct"/>
                <w:vAlign w:val="center"/>
              </w:tcPr>
              <w:p w14:paraId="3B7B6D19" w14:textId="14E466E6" w:rsidR="009E4AEB" w:rsidRPr="00260F73" w:rsidRDefault="001C17E4" w:rsidP="00260F73">
                <w:pPr>
                  <w:jc w:val="center"/>
                </w:pPr>
                <w:r w:rsidRPr="00260F73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9E4AEB" w:rsidRPr="00260F73" w14:paraId="773EA148" w14:textId="77777777" w:rsidTr="00260F73">
        <w:tc>
          <w:tcPr>
            <w:tcW w:w="1886" w:type="pct"/>
            <w:vAlign w:val="center"/>
          </w:tcPr>
          <w:p w14:paraId="62CA2F33" w14:textId="77777777" w:rsidR="009E4AEB" w:rsidRDefault="009E4AEB" w:rsidP="00260F73">
            <w:pPr>
              <w:jc w:val="center"/>
              <w:rPr>
                <w:b/>
                <w:bCs/>
              </w:rPr>
            </w:pPr>
            <w:r w:rsidRPr="00260F73">
              <w:rPr>
                <w:b/>
                <w:bCs/>
              </w:rPr>
              <w:t>Medical Council (IMC) Registration Number:</w:t>
            </w:r>
          </w:p>
          <w:p w14:paraId="096607BC" w14:textId="79A3C1DB" w:rsidR="00260F73" w:rsidRPr="00260F73" w:rsidRDefault="00260F73" w:rsidP="00260F73">
            <w:pPr>
              <w:jc w:val="center"/>
              <w:rPr>
                <w:b/>
                <w:bCs/>
              </w:rPr>
            </w:pPr>
          </w:p>
        </w:tc>
        <w:sdt>
          <w:sdtPr>
            <w:rPr>
              <w:rStyle w:val="BodyTextChar"/>
            </w:rPr>
            <w:id w:val="-490786477"/>
            <w:placeholder>
              <w:docPart w:val="F4D6CB2241074A76A75ACE4A72F3BACA"/>
            </w:placeholder>
            <w:showingPlcHdr/>
          </w:sdtPr>
          <w:sdtEndPr>
            <w:rPr>
              <w:rStyle w:val="DefaultParagraphFont"/>
            </w:rPr>
          </w:sdtEndPr>
          <w:sdtContent>
            <w:tc>
              <w:tcPr>
                <w:tcW w:w="3114" w:type="pct"/>
                <w:vAlign w:val="center"/>
              </w:tcPr>
              <w:p w14:paraId="2A4369CD" w14:textId="4DD25E0D" w:rsidR="009E4AEB" w:rsidRPr="00260F73" w:rsidRDefault="00B16633" w:rsidP="00260F73">
                <w:pPr>
                  <w:jc w:val="center"/>
                </w:pPr>
                <w:r w:rsidRPr="00260F73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9E4AEB" w:rsidRPr="00260F73" w14:paraId="36E9348D" w14:textId="77777777" w:rsidTr="00260F73">
        <w:tc>
          <w:tcPr>
            <w:tcW w:w="1886" w:type="pct"/>
            <w:vAlign w:val="center"/>
          </w:tcPr>
          <w:p w14:paraId="640B854D" w14:textId="77777777" w:rsidR="009E4AEB" w:rsidRDefault="009E4AEB" w:rsidP="00260F73">
            <w:pPr>
              <w:jc w:val="center"/>
              <w:rPr>
                <w:b/>
                <w:bCs/>
              </w:rPr>
            </w:pPr>
            <w:r w:rsidRPr="00260F73">
              <w:rPr>
                <w:b/>
                <w:bCs/>
              </w:rPr>
              <w:t>Please list any prior medical registrations i.e. (GMC):</w:t>
            </w:r>
          </w:p>
          <w:p w14:paraId="38BE2FC2" w14:textId="5EE45BD4" w:rsidR="00260F73" w:rsidRPr="00260F73" w:rsidRDefault="00260F73" w:rsidP="00260F73">
            <w:pPr>
              <w:jc w:val="center"/>
              <w:rPr>
                <w:b/>
                <w:bCs/>
              </w:rPr>
            </w:pPr>
          </w:p>
        </w:tc>
        <w:tc>
          <w:tcPr>
            <w:tcW w:w="3114" w:type="pct"/>
            <w:vAlign w:val="center"/>
          </w:tcPr>
          <w:sdt>
            <w:sdtPr>
              <w:id w:val="658587351"/>
              <w:placeholder>
                <w:docPart w:val="5C6BE9DD57B042A78E73AE6C65AB81E9"/>
              </w:placeholder>
              <w:showingPlcHdr/>
            </w:sdtPr>
            <w:sdtEndPr/>
            <w:sdtContent>
              <w:p w14:paraId="733AEED4" w14:textId="346A6196" w:rsidR="004D6768" w:rsidRPr="00260F73" w:rsidRDefault="00B16633" w:rsidP="00260F73">
                <w:pPr>
                  <w:jc w:val="center"/>
                </w:pPr>
                <w:r w:rsidRPr="00260F73">
                  <w:rPr>
                    <w:rStyle w:val="PlaceholderText"/>
                  </w:rPr>
                  <w:t>Click or tap here to enter text.</w:t>
                </w:r>
              </w:p>
            </w:sdtContent>
          </w:sdt>
        </w:tc>
      </w:tr>
      <w:tr w:rsidR="009E4AEB" w:rsidRPr="00260F73" w14:paraId="452C156E" w14:textId="77777777" w:rsidTr="00260F73">
        <w:tc>
          <w:tcPr>
            <w:tcW w:w="1886" w:type="pct"/>
            <w:vAlign w:val="center"/>
          </w:tcPr>
          <w:p w14:paraId="5B86263B" w14:textId="77777777" w:rsidR="009E4AEB" w:rsidRDefault="00260F73" w:rsidP="00260F73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Current</w:t>
            </w:r>
            <w:r w:rsidR="009E4AEB" w:rsidRPr="00260F73">
              <w:rPr>
                <w:b/>
                <w:bCs/>
              </w:rPr>
              <w:t xml:space="preserve"> Post:</w:t>
            </w:r>
          </w:p>
          <w:p w14:paraId="2B91D0AD" w14:textId="646DAF20" w:rsidR="00260F73" w:rsidRPr="00260F73" w:rsidRDefault="00260F73" w:rsidP="00260F73">
            <w:pPr>
              <w:jc w:val="center"/>
              <w:rPr>
                <w:b/>
                <w:bCs/>
              </w:rPr>
            </w:pPr>
          </w:p>
        </w:tc>
        <w:sdt>
          <w:sdtPr>
            <w:id w:val="-725217108"/>
            <w:placeholder>
              <w:docPart w:val="B94FF17A7DD844238942618D220CAEE0"/>
            </w:placeholder>
            <w:showingPlcHdr/>
          </w:sdtPr>
          <w:sdtEndPr/>
          <w:sdtContent>
            <w:tc>
              <w:tcPr>
                <w:tcW w:w="3114" w:type="pct"/>
                <w:vAlign w:val="center"/>
              </w:tcPr>
              <w:p w14:paraId="13FF5351" w14:textId="76ACC4B8" w:rsidR="009E4AEB" w:rsidRPr="00260F73" w:rsidRDefault="00B16633" w:rsidP="00260F73">
                <w:pPr>
                  <w:jc w:val="center"/>
                </w:pPr>
                <w:r w:rsidRPr="00260F73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</w:tbl>
    <w:p w14:paraId="50627E4A" w14:textId="277579A8" w:rsidR="00597958" w:rsidRPr="00260F73" w:rsidRDefault="002931FF">
      <w:r w:rsidRPr="00260F73">
        <w:rPr>
          <w:noProof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617D4E05" wp14:editId="45C2BA46">
                <wp:simplePos x="0" y="0"/>
                <wp:positionH relativeFrom="margin">
                  <wp:align>right</wp:align>
                </wp:positionH>
                <wp:positionV relativeFrom="paragraph">
                  <wp:posOffset>2401018</wp:posOffset>
                </wp:positionV>
                <wp:extent cx="5925820" cy="1404620"/>
                <wp:effectExtent l="0" t="0" r="17780" b="16510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2582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A29B4DA" w14:textId="77777777" w:rsidR="00F066E1" w:rsidRPr="009E1E94" w:rsidRDefault="00F066E1" w:rsidP="00F066E1">
                            <w:pPr>
                              <w:jc w:val="center"/>
                              <w:rPr>
                                <w:b/>
                                <w:bCs/>
                                <w:sz w:val="28"/>
                                <w:szCs w:val="24"/>
                              </w:rPr>
                            </w:pPr>
                            <w:r w:rsidRPr="009E1E94">
                              <w:rPr>
                                <w:b/>
                                <w:bCs/>
                                <w:sz w:val="28"/>
                                <w:szCs w:val="24"/>
                              </w:rPr>
                              <w:t xml:space="preserve">Please adhere to the word limit guidelines where provided. Any word count exceeding the limit will be disregarded.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617D4E05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415.4pt;margin-top:189.05pt;width:466.6pt;height:110.6pt;z-index:251659264;visibility:visible;mso-wrap-style:square;mso-width-percent:0;mso-height-percent:200;mso-wrap-distance-left:9pt;mso-wrap-distance-top:3.6pt;mso-wrap-distance-right:9pt;mso-wrap-distance-bottom:3.6pt;mso-position-horizontal:right;mso-position-horizontal-relative:margin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">
                <v:textbox style="mso-fit-shape-to-text:t">
                  <w:txbxContent>
                    <w:p w14:paraId="4A29B4DA" w14:textId="77777777" w:rsidR="00F066E1" w:rsidRPr="009E1E94" w:rsidRDefault="00F066E1" w:rsidP="00F066E1">
                      <w:pPr>
                        <w:jc w:val="center"/>
                        <w:rPr>
                          <w:b/>
                          <w:bCs/>
                          <w:sz w:val="28"/>
                          <w:szCs w:val="24"/>
                        </w:rPr>
                      </w:pPr>
                      <w:r w:rsidRPr="009E1E94">
                        <w:rPr>
                          <w:b/>
                          <w:bCs/>
                          <w:sz w:val="28"/>
                          <w:szCs w:val="24"/>
                        </w:rPr>
                        <w:t xml:space="preserve">Please adhere to the word limit guidelines where provided. Any word count exceeding the limit will be disregarded. 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597958" w:rsidRPr="00260F73">
        <w:br w:type="page"/>
      </w:r>
    </w:p>
    <w:p w14:paraId="27A096EA" w14:textId="56CA61F4" w:rsidR="004929C5" w:rsidRPr="004929C5" w:rsidRDefault="00260F73" w:rsidP="004929C5">
      <w:pPr>
        <w:pStyle w:val="Heading1"/>
      </w:pPr>
      <w:r>
        <w:lastRenderedPageBreak/>
        <w:t>Career Objective / Personal Statement</w:t>
      </w:r>
    </w:p>
    <w:p w14:paraId="5A599AA4" w14:textId="5B9268A2" w:rsidR="00260F73" w:rsidRDefault="00260F73" w:rsidP="00260F73">
      <w:pPr>
        <w:rPr>
          <w:b/>
          <w:bCs/>
        </w:rPr>
      </w:pPr>
      <w:r w:rsidRPr="00260F73">
        <w:rPr>
          <w:b/>
          <w:bCs/>
        </w:rPr>
        <w:t xml:space="preserve">Brief statement (250 words) outlining your motivation for a career in </w:t>
      </w:r>
      <w:r w:rsidR="00446759">
        <w:rPr>
          <w:b/>
          <w:bCs/>
        </w:rPr>
        <w:t>medicine</w:t>
      </w:r>
      <w:r w:rsidRPr="00260F73">
        <w:rPr>
          <w:b/>
          <w:bCs/>
        </w:rPr>
        <w:t>, chosen specialty, and career goals within the HSE.</w:t>
      </w:r>
    </w:p>
    <w:sdt>
      <w:sdtPr>
        <w:rPr>
          <w:b/>
          <w:bCs/>
        </w:rPr>
        <w:id w:val="1461925480"/>
        <w:placeholder>
          <w:docPart w:val="D5F14FB66A15431389EB3E003A7DADB1"/>
        </w:placeholder>
        <w:showingPlcHdr/>
      </w:sdtPr>
      <w:sdtEndPr/>
      <w:sdtContent>
        <w:p w14:paraId="1C5F0DEB" w14:textId="3E4383BF" w:rsidR="00260F73" w:rsidRDefault="00260F73" w:rsidP="00260F73">
          <w:pPr>
            <w:rPr>
              <w:b/>
              <w:bCs/>
            </w:rPr>
          </w:pPr>
          <w:r w:rsidRPr="00E73B0F">
            <w:rPr>
              <w:rStyle w:val="PlaceholderText"/>
              <w:lang w:val="en-US"/>
            </w:rPr>
            <w:t>Click or tap here to enter text.</w:t>
          </w:r>
        </w:p>
      </w:sdtContent>
    </w:sdt>
    <w:p w14:paraId="431F0D7D" w14:textId="77777777" w:rsidR="00F066E1" w:rsidRDefault="00F066E1" w:rsidP="00F066E1"/>
    <w:p w14:paraId="73ED809F" w14:textId="0BC94314" w:rsidR="00214ECC" w:rsidRPr="00260F73" w:rsidRDefault="003729FB" w:rsidP="001C17E4">
      <w:pPr>
        <w:pStyle w:val="Heading1"/>
      </w:pPr>
      <w:r w:rsidRPr="00260F73">
        <w:t>Commitment to Specialty &amp; Career Motivation</w:t>
      </w:r>
    </w:p>
    <w:p w14:paraId="3808862C" w14:textId="77777777" w:rsidR="00597958" w:rsidRPr="00260F73" w:rsidRDefault="003729FB" w:rsidP="00597958">
      <w:pPr>
        <w:pStyle w:val="ListParagraph"/>
        <w:numPr>
          <w:ilvl w:val="0"/>
          <w:numId w:val="14"/>
        </w:numPr>
        <w:rPr>
          <w:b/>
          <w:bCs/>
        </w:rPr>
      </w:pPr>
      <w:r w:rsidRPr="00260F73">
        <w:rPr>
          <w:b/>
          <w:bCs/>
        </w:rPr>
        <w:t>Why are you interested in this specialty?</w:t>
      </w:r>
      <w:r w:rsidR="002D7D98" w:rsidRPr="00260F73">
        <w:rPr>
          <w:b/>
          <w:bCs/>
        </w:rPr>
        <w:t xml:space="preserve"> (200 words)</w:t>
      </w:r>
    </w:p>
    <w:p w14:paraId="63A91466" w14:textId="26842EEA" w:rsidR="00214ECC" w:rsidRDefault="001358E1" w:rsidP="00597958">
      <w:sdt>
        <w:sdtPr>
          <w:id w:val="-1365520692"/>
          <w:placeholder>
            <w:docPart w:val="767E5F504CE04A3283DBB5C362BF53DD"/>
          </w:placeholder>
          <w:showingPlcHdr/>
        </w:sdtPr>
        <w:sdtEndPr/>
        <w:sdtContent>
          <w:r w:rsidR="00B16633" w:rsidRPr="00260F73">
            <w:rPr>
              <w:rStyle w:val="PlaceholderText"/>
            </w:rPr>
            <w:t>Click or tap here to enter text.</w:t>
          </w:r>
        </w:sdtContent>
      </w:sdt>
    </w:p>
    <w:p w14:paraId="11D740AE" w14:textId="6D2BF1E3" w:rsidR="00446759" w:rsidRDefault="00446759" w:rsidP="00446759">
      <w:pPr>
        <w:pStyle w:val="ListParagraph"/>
        <w:numPr>
          <w:ilvl w:val="0"/>
          <w:numId w:val="14"/>
        </w:numPr>
        <w:rPr>
          <w:b/>
          <w:bCs/>
        </w:rPr>
      </w:pPr>
      <w:r w:rsidRPr="00446759">
        <w:rPr>
          <w:b/>
          <w:bCs/>
        </w:rPr>
        <w:t>What experiences have influenced your decision to pursue this area? (200 words)</w:t>
      </w:r>
    </w:p>
    <w:sdt>
      <w:sdtPr>
        <w:id w:val="-1720120786"/>
        <w:placeholder>
          <w:docPart w:val="E784E538356841158C171F82ADDD532E"/>
        </w:placeholder>
        <w:showingPlcHdr/>
      </w:sdtPr>
      <w:sdtEndPr/>
      <w:sdtContent>
        <w:p w14:paraId="38F57373" w14:textId="4625A906" w:rsidR="00446759" w:rsidRPr="00446759" w:rsidRDefault="00446759" w:rsidP="00446759">
          <w:r w:rsidRPr="00446759">
            <w:rPr>
              <w:rStyle w:val="PlaceholderText"/>
              <w:lang w:val="en-US"/>
            </w:rPr>
            <w:t>Click or tap here to enter text.</w:t>
          </w:r>
        </w:p>
      </w:sdtContent>
    </w:sdt>
    <w:p w14:paraId="51C12F35" w14:textId="77777777" w:rsidR="00597958" w:rsidRPr="00260F73" w:rsidRDefault="003729FB" w:rsidP="00597958">
      <w:pPr>
        <w:pStyle w:val="ListParagraph"/>
        <w:numPr>
          <w:ilvl w:val="0"/>
          <w:numId w:val="14"/>
        </w:numPr>
        <w:rPr>
          <w:b/>
          <w:bCs/>
        </w:rPr>
      </w:pPr>
      <w:r w:rsidRPr="00260F73">
        <w:rPr>
          <w:b/>
          <w:bCs/>
        </w:rPr>
        <w:t>What steps have you taken to build your career in this specialty? (e.g., rotations, audits,</w:t>
      </w:r>
      <w:r w:rsidRPr="00260F73">
        <w:t xml:space="preserve"> </w:t>
      </w:r>
      <w:r w:rsidRPr="00260F73">
        <w:rPr>
          <w:b/>
          <w:bCs/>
        </w:rPr>
        <w:t>courses, research)</w:t>
      </w:r>
      <w:r w:rsidR="002D7D98" w:rsidRPr="00260F73">
        <w:rPr>
          <w:b/>
          <w:bCs/>
        </w:rPr>
        <w:t xml:space="preserve"> (200 words)</w:t>
      </w:r>
    </w:p>
    <w:p w14:paraId="3E3713EA" w14:textId="000B6F80" w:rsidR="009E4AEB" w:rsidRPr="00260F73" w:rsidRDefault="001358E1" w:rsidP="00597958">
      <w:sdt>
        <w:sdtPr>
          <w:id w:val="-462970739"/>
          <w:placeholder>
            <w:docPart w:val="15FA136DFCC9400EA3643631FD9D49AC"/>
          </w:placeholder>
          <w:showingPlcHdr/>
        </w:sdtPr>
        <w:sdtEndPr/>
        <w:sdtContent>
          <w:r w:rsidR="00B16633" w:rsidRPr="00260F73">
            <w:rPr>
              <w:rStyle w:val="PlaceholderText"/>
            </w:rPr>
            <w:t>Click or tap here to enter text.</w:t>
          </w:r>
        </w:sdtContent>
      </w:sdt>
    </w:p>
    <w:p w14:paraId="6D446B95" w14:textId="1EC5124C" w:rsidR="007C3707" w:rsidRPr="00260F73" w:rsidRDefault="00260F73" w:rsidP="00260F73">
      <w:pPr>
        <w:pStyle w:val="ListParagraph"/>
        <w:numPr>
          <w:ilvl w:val="0"/>
          <w:numId w:val="14"/>
        </w:numPr>
        <w:rPr>
          <w:b/>
          <w:bCs/>
        </w:rPr>
      </w:pPr>
      <w:r w:rsidRPr="00260F73">
        <w:rPr>
          <w:b/>
          <w:bCs/>
        </w:rPr>
        <w:t>What are your short- and long-term career goals in this field? (200 words)</w:t>
      </w:r>
    </w:p>
    <w:sdt>
      <w:sdtPr>
        <w:id w:val="616039675"/>
        <w:placeholder>
          <w:docPart w:val="0650B01579224C17841E78E78C05793F"/>
        </w:placeholder>
        <w:showingPlcHdr/>
      </w:sdtPr>
      <w:sdtEndPr/>
      <w:sdtContent>
        <w:p w14:paraId="39B80081" w14:textId="30FBE651" w:rsidR="00260F73" w:rsidRPr="00260F73" w:rsidRDefault="00260F73" w:rsidP="00260F73">
          <w:r w:rsidRPr="00E73B0F">
            <w:rPr>
              <w:rStyle w:val="PlaceholderText"/>
              <w:lang w:val="en-US"/>
            </w:rPr>
            <w:t>Click or tap here to enter text.</w:t>
          </w:r>
        </w:p>
      </w:sdtContent>
    </w:sdt>
    <w:p w14:paraId="3727FF75" w14:textId="77777777" w:rsidR="00F066E1" w:rsidRDefault="00F066E1">
      <w:pPr>
        <w:rPr>
          <w:rFonts w:asciiTheme="majorHAnsi" w:eastAsiaTheme="majorEastAsia" w:hAnsiTheme="majorHAnsi" w:cstheme="majorBidi"/>
          <w:b/>
          <w:bCs/>
          <w:color w:val="0024BB"/>
          <w:sz w:val="28"/>
          <w:szCs w:val="28"/>
        </w:rPr>
      </w:pPr>
      <w:r>
        <w:br w:type="page"/>
      </w:r>
    </w:p>
    <w:p w14:paraId="4C6806A8" w14:textId="5A70DF01" w:rsidR="002D7D98" w:rsidRPr="00260F73" w:rsidRDefault="003729FB" w:rsidP="001C17E4">
      <w:pPr>
        <w:pStyle w:val="Heading1"/>
      </w:pPr>
      <w:r w:rsidRPr="00260F73">
        <w:lastRenderedPageBreak/>
        <w:t>Medical Education &amp; Qualifications</w:t>
      </w:r>
      <w:r w:rsidR="002D7D98" w:rsidRPr="00260F73">
        <w:t xml:space="preserve"> – Including Memberships</w:t>
      </w:r>
      <w:r w:rsidR="00C7253B" w:rsidRPr="00260F73">
        <w:t xml:space="preserve"> and Courses</w:t>
      </w:r>
    </w:p>
    <w:p w14:paraId="0A20EB36" w14:textId="73367547" w:rsidR="000A5F58" w:rsidRDefault="000A5F58" w:rsidP="000A5F58">
      <w:r>
        <w:t>(Reverse chronological order)</w:t>
      </w:r>
    </w:p>
    <w:tbl>
      <w:tblPr>
        <w:tblStyle w:val="TableGrid"/>
        <w:tblW w:w="5000" w:type="pct"/>
        <w:tblLook w:val="04A0" w:firstRow="1" w:lastRow="0" w:firstColumn="1" w:lastColumn="0" w:noHBand="0" w:noVBand="1"/>
      </w:tblPr>
      <w:tblGrid>
        <w:gridCol w:w="1806"/>
        <w:gridCol w:w="1793"/>
        <w:gridCol w:w="1833"/>
        <w:gridCol w:w="1825"/>
        <w:gridCol w:w="2093"/>
      </w:tblGrid>
      <w:tr w:rsidR="002D7D98" w:rsidRPr="00260F73" w14:paraId="35B37414" w14:textId="77777777" w:rsidTr="00597958">
        <w:tc>
          <w:tcPr>
            <w:tcW w:w="966" w:type="pct"/>
            <w:vAlign w:val="center"/>
          </w:tcPr>
          <w:p w14:paraId="4C671E88" w14:textId="3B9550AC" w:rsidR="002D7D98" w:rsidRPr="00260F73" w:rsidRDefault="002D7D98" w:rsidP="00F4085D">
            <w:pPr>
              <w:jc w:val="center"/>
              <w:rPr>
                <w:b/>
                <w:bCs/>
              </w:rPr>
            </w:pPr>
            <w:r w:rsidRPr="00260F73">
              <w:rPr>
                <w:b/>
                <w:bCs/>
              </w:rPr>
              <w:t>Award</w:t>
            </w:r>
          </w:p>
        </w:tc>
        <w:tc>
          <w:tcPr>
            <w:tcW w:w="959" w:type="pct"/>
            <w:vAlign w:val="center"/>
          </w:tcPr>
          <w:p w14:paraId="2B0B3421" w14:textId="19A96826" w:rsidR="002D7D98" w:rsidRPr="00260F73" w:rsidRDefault="002D7D98" w:rsidP="00F4085D">
            <w:pPr>
              <w:jc w:val="center"/>
              <w:rPr>
                <w:b/>
                <w:bCs/>
              </w:rPr>
            </w:pPr>
            <w:r w:rsidRPr="00260F73">
              <w:rPr>
                <w:b/>
                <w:bCs/>
              </w:rPr>
              <w:t>Year</w:t>
            </w:r>
          </w:p>
        </w:tc>
        <w:tc>
          <w:tcPr>
            <w:tcW w:w="980" w:type="pct"/>
            <w:vAlign w:val="center"/>
          </w:tcPr>
          <w:p w14:paraId="67DBAA6E" w14:textId="3B3C11AA" w:rsidR="002D7D98" w:rsidRPr="00260F73" w:rsidRDefault="002D7D98" w:rsidP="00F4085D">
            <w:pPr>
              <w:jc w:val="center"/>
              <w:rPr>
                <w:b/>
                <w:bCs/>
              </w:rPr>
            </w:pPr>
            <w:r w:rsidRPr="00260F73">
              <w:rPr>
                <w:b/>
                <w:bCs/>
              </w:rPr>
              <w:t>Institution</w:t>
            </w:r>
          </w:p>
        </w:tc>
        <w:tc>
          <w:tcPr>
            <w:tcW w:w="976" w:type="pct"/>
            <w:vAlign w:val="center"/>
          </w:tcPr>
          <w:p w14:paraId="712632FF" w14:textId="7C6786CB" w:rsidR="002D7D98" w:rsidRPr="00260F73" w:rsidRDefault="002D7D98" w:rsidP="00F4085D">
            <w:pPr>
              <w:jc w:val="center"/>
              <w:rPr>
                <w:b/>
                <w:bCs/>
              </w:rPr>
            </w:pPr>
            <w:r w:rsidRPr="00260F73">
              <w:rPr>
                <w:b/>
                <w:bCs/>
              </w:rPr>
              <w:t>Result (where relevant)</w:t>
            </w:r>
          </w:p>
        </w:tc>
        <w:tc>
          <w:tcPr>
            <w:tcW w:w="1119" w:type="pct"/>
            <w:vAlign w:val="center"/>
          </w:tcPr>
          <w:p w14:paraId="617F5633" w14:textId="6987EB8D" w:rsidR="002D7D98" w:rsidRPr="00260F73" w:rsidRDefault="002D7D98" w:rsidP="00597958">
            <w:pPr>
              <w:jc w:val="center"/>
              <w:rPr>
                <w:b/>
                <w:bCs/>
              </w:rPr>
            </w:pPr>
            <w:r w:rsidRPr="00260F73">
              <w:rPr>
                <w:b/>
                <w:bCs/>
              </w:rPr>
              <w:t>Supporting Documentation</w:t>
            </w:r>
            <w:r w:rsidR="00B16633" w:rsidRPr="00260F73">
              <w:rPr>
                <w:b/>
                <w:bCs/>
              </w:rPr>
              <w:t xml:space="preserve"> </w:t>
            </w:r>
            <w:r w:rsidR="00F4085D" w:rsidRPr="00260F73">
              <w:rPr>
                <w:b/>
                <w:bCs/>
              </w:rPr>
              <w:t>A</w:t>
            </w:r>
            <w:r w:rsidR="00B16633" w:rsidRPr="00260F73">
              <w:rPr>
                <w:b/>
                <w:bCs/>
              </w:rPr>
              <w:t>ttached</w:t>
            </w:r>
          </w:p>
        </w:tc>
      </w:tr>
      <w:tr w:rsidR="002D7D98" w:rsidRPr="00260F73" w14:paraId="3A517A0A" w14:textId="77777777" w:rsidTr="00597958">
        <w:sdt>
          <w:sdtPr>
            <w:id w:val="908119073"/>
            <w:placeholder>
              <w:docPart w:val="758EF154077D4EC492E0AA02749775EE"/>
            </w:placeholder>
            <w:showingPlcHdr/>
          </w:sdtPr>
          <w:sdtEndPr/>
          <w:sdtContent>
            <w:tc>
              <w:tcPr>
                <w:tcW w:w="966" w:type="pct"/>
              </w:tcPr>
              <w:p w14:paraId="407904E6" w14:textId="7D7C9955" w:rsidR="002D7D98" w:rsidRPr="00260F73" w:rsidRDefault="00B16633">
                <w:r w:rsidRPr="00260F73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  <w:sdt>
          <w:sdtPr>
            <w:id w:val="-422730788"/>
            <w:placeholder>
              <w:docPart w:val="60444590C5F4414E83C6454885D5753D"/>
            </w:placeholder>
            <w:showingPlcHdr/>
          </w:sdtPr>
          <w:sdtEndPr/>
          <w:sdtContent>
            <w:tc>
              <w:tcPr>
                <w:tcW w:w="959" w:type="pct"/>
              </w:tcPr>
              <w:p w14:paraId="7DBDB907" w14:textId="4C9AC596" w:rsidR="002D7D98" w:rsidRPr="00260F73" w:rsidRDefault="00B16633">
                <w:r w:rsidRPr="00260F73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  <w:sdt>
          <w:sdtPr>
            <w:id w:val="-1381860075"/>
            <w:placeholder>
              <w:docPart w:val="096DC268CB3744C7AF90E558EFABE7F6"/>
            </w:placeholder>
            <w:showingPlcHdr/>
          </w:sdtPr>
          <w:sdtEndPr/>
          <w:sdtContent>
            <w:tc>
              <w:tcPr>
                <w:tcW w:w="980" w:type="pct"/>
              </w:tcPr>
              <w:p w14:paraId="72703AB3" w14:textId="6E71EC00" w:rsidR="002D7D98" w:rsidRPr="00260F73" w:rsidRDefault="00B16633">
                <w:r w:rsidRPr="00260F73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  <w:sdt>
          <w:sdtPr>
            <w:id w:val="-1632394641"/>
            <w:placeholder>
              <w:docPart w:val="16EE3227410F4460A6706019F08584BA"/>
            </w:placeholder>
            <w:showingPlcHdr/>
          </w:sdtPr>
          <w:sdtEndPr/>
          <w:sdtContent>
            <w:tc>
              <w:tcPr>
                <w:tcW w:w="976" w:type="pct"/>
              </w:tcPr>
              <w:p w14:paraId="5688DA4A" w14:textId="6DDA52B4" w:rsidR="002D7D98" w:rsidRPr="00260F73" w:rsidRDefault="00B16633">
                <w:r w:rsidRPr="00260F73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  <w:tc>
          <w:tcPr>
            <w:tcW w:w="1119" w:type="pct"/>
            <w:vAlign w:val="center"/>
          </w:tcPr>
          <w:p w14:paraId="65CA4B16" w14:textId="77777777" w:rsidR="00B8038E" w:rsidRPr="00260F73" w:rsidRDefault="00B8038E" w:rsidP="00B8038E">
            <w:pPr>
              <w:jc w:val="center"/>
            </w:pPr>
            <w:r w:rsidRPr="00260F73">
              <w:t xml:space="preserve">Yes </w:t>
            </w:r>
            <w:sdt>
              <w:sdtPr>
                <w:id w:val="-178734072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260F73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  <w:p w14:paraId="5B2B2D10" w14:textId="1CAF67AE" w:rsidR="002D7D98" w:rsidRPr="00260F73" w:rsidRDefault="00B8038E" w:rsidP="00B8038E">
            <w:pPr>
              <w:jc w:val="center"/>
            </w:pPr>
            <w:r w:rsidRPr="00260F73">
              <w:t xml:space="preserve">No </w:t>
            </w:r>
            <w:sdt>
              <w:sdtPr>
                <w:id w:val="2568095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260F73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</w:tr>
      <w:tr w:rsidR="002D7D98" w:rsidRPr="00260F73" w14:paraId="5D011A5B" w14:textId="77777777" w:rsidTr="00597958">
        <w:sdt>
          <w:sdtPr>
            <w:id w:val="91911584"/>
            <w:placeholder>
              <w:docPart w:val="35C6ADD19D0A4F7F9AA8A8D4CCB1374F"/>
            </w:placeholder>
            <w:showingPlcHdr/>
          </w:sdtPr>
          <w:sdtEndPr/>
          <w:sdtContent>
            <w:tc>
              <w:tcPr>
                <w:tcW w:w="966" w:type="pct"/>
              </w:tcPr>
              <w:p w14:paraId="62C3AD32" w14:textId="6638C231" w:rsidR="002D7D98" w:rsidRPr="00260F73" w:rsidRDefault="00B16633">
                <w:r w:rsidRPr="00260F73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  <w:sdt>
          <w:sdtPr>
            <w:id w:val="-535587923"/>
            <w:placeholder>
              <w:docPart w:val="0AD4EFDEB46F4DD3B07D7D864B6EAEB2"/>
            </w:placeholder>
            <w:showingPlcHdr/>
          </w:sdtPr>
          <w:sdtEndPr/>
          <w:sdtContent>
            <w:tc>
              <w:tcPr>
                <w:tcW w:w="959" w:type="pct"/>
              </w:tcPr>
              <w:p w14:paraId="07D82FA8" w14:textId="5BFD2166" w:rsidR="002D7D98" w:rsidRPr="00260F73" w:rsidRDefault="00B16633">
                <w:r w:rsidRPr="00260F73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  <w:sdt>
          <w:sdtPr>
            <w:id w:val="-526490040"/>
            <w:placeholder>
              <w:docPart w:val="C969D259CE28476AA1EB44B74A93B0DE"/>
            </w:placeholder>
            <w:showingPlcHdr/>
          </w:sdtPr>
          <w:sdtEndPr/>
          <w:sdtContent>
            <w:tc>
              <w:tcPr>
                <w:tcW w:w="980" w:type="pct"/>
              </w:tcPr>
              <w:p w14:paraId="0BA9075E" w14:textId="162F6E12" w:rsidR="002D7D98" w:rsidRPr="00260F73" w:rsidRDefault="00B16633">
                <w:r w:rsidRPr="00260F73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  <w:sdt>
          <w:sdtPr>
            <w:id w:val="17513618"/>
            <w:placeholder>
              <w:docPart w:val="4163D3241B974CB9999FF0EC5B4E2B21"/>
            </w:placeholder>
            <w:showingPlcHdr/>
          </w:sdtPr>
          <w:sdtEndPr/>
          <w:sdtContent>
            <w:tc>
              <w:tcPr>
                <w:tcW w:w="976" w:type="pct"/>
              </w:tcPr>
              <w:p w14:paraId="6E8C51A0" w14:textId="061DBBD0" w:rsidR="002D7D98" w:rsidRPr="00260F73" w:rsidRDefault="00B16633">
                <w:r w:rsidRPr="00260F73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  <w:tc>
          <w:tcPr>
            <w:tcW w:w="1119" w:type="pct"/>
            <w:vAlign w:val="center"/>
          </w:tcPr>
          <w:p w14:paraId="5034CFD9" w14:textId="77777777" w:rsidR="00B8038E" w:rsidRPr="00260F73" w:rsidRDefault="00B8038E" w:rsidP="00B8038E">
            <w:pPr>
              <w:jc w:val="center"/>
            </w:pPr>
            <w:r w:rsidRPr="00260F73">
              <w:t xml:space="preserve">Yes </w:t>
            </w:r>
            <w:sdt>
              <w:sdtPr>
                <w:id w:val="-152061485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260F73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  <w:p w14:paraId="182454F9" w14:textId="15169319" w:rsidR="002D7D98" w:rsidRPr="00260F73" w:rsidRDefault="00B8038E" w:rsidP="00B8038E">
            <w:pPr>
              <w:jc w:val="center"/>
            </w:pPr>
            <w:r w:rsidRPr="00260F73">
              <w:t xml:space="preserve">No </w:t>
            </w:r>
            <w:sdt>
              <w:sdtPr>
                <w:id w:val="17423633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260F73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</w:tr>
      <w:tr w:rsidR="002D7D98" w:rsidRPr="00260F73" w14:paraId="183CA3AF" w14:textId="77777777" w:rsidTr="00597958">
        <w:sdt>
          <w:sdtPr>
            <w:id w:val="-1907910357"/>
            <w:placeholder>
              <w:docPart w:val="89495584885745569DDCF4FEC1482D05"/>
            </w:placeholder>
            <w:showingPlcHdr/>
          </w:sdtPr>
          <w:sdtEndPr/>
          <w:sdtContent>
            <w:tc>
              <w:tcPr>
                <w:tcW w:w="966" w:type="pct"/>
              </w:tcPr>
              <w:p w14:paraId="0E5CF259" w14:textId="2F2E8C43" w:rsidR="002D7D98" w:rsidRPr="00260F73" w:rsidRDefault="00B16633">
                <w:r w:rsidRPr="00260F73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  <w:sdt>
          <w:sdtPr>
            <w:id w:val="128454616"/>
            <w:placeholder>
              <w:docPart w:val="66C6F6902A3B4D4CA7D745FDDA70B68A"/>
            </w:placeholder>
            <w:showingPlcHdr/>
          </w:sdtPr>
          <w:sdtEndPr/>
          <w:sdtContent>
            <w:tc>
              <w:tcPr>
                <w:tcW w:w="959" w:type="pct"/>
              </w:tcPr>
              <w:p w14:paraId="1EC9F948" w14:textId="05AC5BB2" w:rsidR="002D7D98" w:rsidRPr="00260F73" w:rsidRDefault="00B16633">
                <w:r w:rsidRPr="00260F73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  <w:sdt>
          <w:sdtPr>
            <w:id w:val="-1374382817"/>
            <w:placeholder>
              <w:docPart w:val="4CD965A9EE694FECADF2476D720E7B6E"/>
            </w:placeholder>
            <w:showingPlcHdr/>
          </w:sdtPr>
          <w:sdtEndPr/>
          <w:sdtContent>
            <w:tc>
              <w:tcPr>
                <w:tcW w:w="980" w:type="pct"/>
              </w:tcPr>
              <w:p w14:paraId="456CF46E" w14:textId="0F54226E" w:rsidR="002D7D98" w:rsidRPr="00260F73" w:rsidRDefault="00B16633">
                <w:r w:rsidRPr="00260F73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  <w:sdt>
          <w:sdtPr>
            <w:id w:val="-1590455234"/>
            <w:placeholder>
              <w:docPart w:val="09E232A6ADC042DB884957F020A929BA"/>
            </w:placeholder>
            <w:showingPlcHdr/>
          </w:sdtPr>
          <w:sdtEndPr/>
          <w:sdtContent>
            <w:tc>
              <w:tcPr>
                <w:tcW w:w="976" w:type="pct"/>
              </w:tcPr>
              <w:p w14:paraId="7FE9FF6A" w14:textId="3A9642D9" w:rsidR="002D7D98" w:rsidRPr="00260F73" w:rsidRDefault="00B16633">
                <w:r w:rsidRPr="00260F73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  <w:tc>
          <w:tcPr>
            <w:tcW w:w="1119" w:type="pct"/>
            <w:vAlign w:val="center"/>
          </w:tcPr>
          <w:p w14:paraId="36CC5BCB" w14:textId="77777777" w:rsidR="00B8038E" w:rsidRPr="00260F73" w:rsidRDefault="00B8038E" w:rsidP="00B8038E">
            <w:pPr>
              <w:jc w:val="center"/>
            </w:pPr>
            <w:r w:rsidRPr="00260F73">
              <w:t xml:space="preserve">Yes </w:t>
            </w:r>
            <w:sdt>
              <w:sdtPr>
                <w:id w:val="189215081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260F73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  <w:p w14:paraId="4EF89572" w14:textId="58EA593B" w:rsidR="002D7D98" w:rsidRPr="00260F73" w:rsidRDefault="00B8038E" w:rsidP="00B8038E">
            <w:pPr>
              <w:jc w:val="center"/>
            </w:pPr>
            <w:r w:rsidRPr="00260F73">
              <w:t xml:space="preserve">No </w:t>
            </w:r>
            <w:sdt>
              <w:sdtPr>
                <w:id w:val="124599599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260F73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</w:tr>
      <w:sdt>
        <w:sdtPr>
          <w:id w:val="-330375359"/>
          <w15:repeatingSection/>
        </w:sdtPr>
        <w:sdtEndPr/>
        <w:sdtContent>
          <w:sdt>
            <w:sdtPr>
              <w:id w:val="-798216025"/>
              <w:placeholder>
                <w:docPart w:val="DefaultPlaceholder_-1854013435"/>
              </w:placeholder>
              <w15:repeatingSectionItem/>
            </w:sdtPr>
            <w:sdtEndPr/>
            <w:sdtContent>
              <w:tr w:rsidR="002D7D98" w:rsidRPr="00260F73" w14:paraId="5CD8502D" w14:textId="77777777" w:rsidTr="00597958">
                <w:sdt>
                  <w:sdtPr>
                    <w:id w:val="-1580284213"/>
                    <w:placeholder>
                      <w:docPart w:val="3DF7FD3C5E5C4C0992D419903A5ACDD9"/>
                    </w:placeholder>
                    <w:showingPlcHdr/>
                  </w:sdtPr>
                  <w:sdtEndPr/>
                  <w:sdtContent>
                    <w:tc>
                      <w:tcPr>
                        <w:tcW w:w="966" w:type="pct"/>
                      </w:tcPr>
                      <w:p w14:paraId="69603CA0" w14:textId="31EEC6B0" w:rsidR="002D7D98" w:rsidRPr="00260F73" w:rsidRDefault="00B16633">
                        <w:r w:rsidRPr="00260F73">
                          <w:rPr>
                            <w:rStyle w:val="PlaceholderText"/>
                          </w:rPr>
                          <w:t>Click or tap here to enter text.</w:t>
                        </w:r>
                      </w:p>
                    </w:tc>
                  </w:sdtContent>
                </w:sdt>
                <w:sdt>
                  <w:sdtPr>
                    <w:id w:val="-1305995904"/>
                    <w:placeholder>
                      <w:docPart w:val="CADFFF9D18954E1993F5C0789B03E179"/>
                    </w:placeholder>
                    <w:showingPlcHdr/>
                  </w:sdtPr>
                  <w:sdtEndPr/>
                  <w:sdtContent>
                    <w:tc>
                      <w:tcPr>
                        <w:tcW w:w="959" w:type="pct"/>
                      </w:tcPr>
                      <w:p w14:paraId="2C02ADFA" w14:textId="10A0B363" w:rsidR="002D7D98" w:rsidRPr="00260F73" w:rsidRDefault="00B16633">
                        <w:r w:rsidRPr="00260F73">
                          <w:rPr>
                            <w:rStyle w:val="PlaceholderText"/>
                          </w:rPr>
                          <w:t>Click or tap here to enter text.</w:t>
                        </w:r>
                      </w:p>
                    </w:tc>
                  </w:sdtContent>
                </w:sdt>
                <w:sdt>
                  <w:sdtPr>
                    <w:id w:val="-1533035023"/>
                    <w:placeholder>
                      <w:docPart w:val="657F90F891404138BEF4C8B0986FE706"/>
                    </w:placeholder>
                    <w:showingPlcHdr/>
                  </w:sdtPr>
                  <w:sdtEndPr/>
                  <w:sdtContent>
                    <w:tc>
                      <w:tcPr>
                        <w:tcW w:w="980" w:type="pct"/>
                      </w:tcPr>
                      <w:p w14:paraId="7DD92037" w14:textId="133D9C36" w:rsidR="002D7D98" w:rsidRPr="00260F73" w:rsidRDefault="00B16633">
                        <w:r w:rsidRPr="00260F73">
                          <w:rPr>
                            <w:rStyle w:val="PlaceholderText"/>
                          </w:rPr>
                          <w:t>Click or tap here to enter text.</w:t>
                        </w:r>
                      </w:p>
                    </w:tc>
                  </w:sdtContent>
                </w:sdt>
                <w:sdt>
                  <w:sdtPr>
                    <w:id w:val="-1428025460"/>
                    <w:placeholder>
                      <w:docPart w:val="C9113B8A854441D682CE5AC80AFB0860"/>
                    </w:placeholder>
                    <w:showingPlcHdr/>
                  </w:sdtPr>
                  <w:sdtEndPr/>
                  <w:sdtContent>
                    <w:tc>
                      <w:tcPr>
                        <w:tcW w:w="976" w:type="pct"/>
                      </w:tcPr>
                      <w:p w14:paraId="0DB5DA5D" w14:textId="57818F06" w:rsidR="002D7D98" w:rsidRPr="00260F73" w:rsidRDefault="00B16633">
                        <w:r w:rsidRPr="00260F73">
                          <w:rPr>
                            <w:rStyle w:val="PlaceholderText"/>
                          </w:rPr>
                          <w:t>Click or tap here to enter text.</w:t>
                        </w:r>
                      </w:p>
                    </w:tc>
                  </w:sdtContent>
                </w:sdt>
                <w:tc>
                  <w:tcPr>
                    <w:tcW w:w="1119" w:type="pct"/>
                    <w:vAlign w:val="center"/>
                  </w:tcPr>
                  <w:p w14:paraId="0A7C3A81" w14:textId="77777777" w:rsidR="00B8038E" w:rsidRPr="00260F73" w:rsidRDefault="00B8038E" w:rsidP="00B8038E">
                    <w:pPr>
                      <w:jc w:val="center"/>
                    </w:pPr>
                    <w:r w:rsidRPr="00260F73">
                      <w:t xml:space="preserve">Yes </w:t>
                    </w:r>
                    <w:sdt>
                      <w:sdtPr>
                        <w:id w:val="1763258660"/>
                        <w14:checkbox>
                          <w14:checked w14:val="0"/>
                          <w14:checkedState w14:val="2612" w14:font="MS Gothic"/>
                          <w14:uncheckedState w14:val="2610" w14:font="MS Gothic"/>
                        </w14:checkbox>
                      </w:sdtPr>
                      <w:sdtEndPr/>
                      <w:sdtContent>
                        <w:r w:rsidRPr="00260F73">
                          <w:rPr>
                            <w:rFonts w:ascii="MS Gothic" w:eastAsia="MS Gothic" w:hAnsi="MS Gothic" w:hint="eastAsia"/>
                          </w:rPr>
                          <w:t>☐</w:t>
                        </w:r>
                      </w:sdtContent>
                    </w:sdt>
                  </w:p>
                  <w:p w14:paraId="1486E958" w14:textId="5ADD1B89" w:rsidR="002D7D98" w:rsidRPr="00260F73" w:rsidRDefault="00B8038E" w:rsidP="00B8038E">
                    <w:pPr>
                      <w:jc w:val="center"/>
                    </w:pPr>
                    <w:r w:rsidRPr="00260F73">
                      <w:t xml:space="preserve">No </w:t>
                    </w:r>
                    <w:sdt>
                      <w:sdtPr>
                        <w:id w:val="-2011206119"/>
                        <w14:checkbox>
                          <w14:checked w14:val="0"/>
                          <w14:checkedState w14:val="2612" w14:font="MS Gothic"/>
                          <w14:uncheckedState w14:val="2610" w14:font="MS Gothic"/>
                        </w14:checkbox>
                      </w:sdtPr>
                      <w:sdtEndPr/>
                      <w:sdtContent>
                        <w:r w:rsidRPr="00260F73">
                          <w:rPr>
                            <w:rFonts w:ascii="MS Gothic" w:eastAsia="MS Gothic" w:hAnsi="MS Gothic" w:hint="eastAsia"/>
                          </w:rPr>
                          <w:t>☐</w:t>
                        </w:r>
                      </w:sdtContent>
                    </w:sdt>
                  </w:p>
                </w:tc>
              </w:tr>
            </w:sdtContent>
          </w:sdt>
          <w:sdt>
            <w:sdtPr>
              <w:id w:val="-865827514"/>
              <w:placeholder>
                <w:docPart w:val="0423504971984E3CA014D7D54995C960"/>
              </w:placeholder>
              <w15:repeatingSectionItem/>
            </w:sdtPr>
            <w:sdtEndPr/>
            <w:sdtContent>
              <w:tr w:rsidR="00C95D05" w:rsidRPr="00260F73" w14:paraId="6FDD2C08" w14:textId="77777777" w:rsidTr="00597958">
                <w:sdt>
                  <w:sdtPr>
                    <w:id w:val="645398200"/>
                    <w:placeholder>
                      <w:docPart w:val="A98CC7936C024C2988776FBA2CC670BD"/>
                    </w:placeholder>
                    <w:showingPlcHdr/>
                  </w:sdtPr>
                  <w:sdtEndPr/>
                  <w:sdtContent>
                    <w:tc>
                      <w:tcPr>
                        <w:tcW w:w="966" w:type="pct"/>
                      </w:tcPr>
                      <w:p w14:paraId="0395932B" w14:textId="77777777" w:rsidR="00C95D05" w:rsidRPr="00260F73" w:rsidRDefault="00C95D05" w:rsidP="00CA379F">
                        <w:r w:rsidRPr="00260F73">
                          <w:rPr>
                            <w:rStyle w:val="PlaceholderText"/>
                          </w:rPr>
                          <w:t>Click or tap here to enter text.</w:t>
                        </w:r>
                      </w:p>
                    </w:tc>
                  </w:sdtContent>
                </w:sdt>
                <w:sdt>
                  <w:sdtPr>
                    <w:id w:val="1101691547"/>
                    <w:placeholder>
                      <w:docPart w:val="2E9B36F7201C45DF99CA9FA9C42900AE"/>
                    </w:placeholder>
                    <w:showingPlcHdr/>
                  </w:sdtPr>
                  <w:sdtEndPr/>
                  <w:sdtContent>
                    <w:tc>
                      <w:tcPr>
                        <w:tcW w:w="959" w:type="pct"/>
                      </w:tcPr>
                      <w:p w14:paraId="1C3B9025" w14:textId="77777777" w:rsidR="00C95D05" w:rsidRPr="00260F73" w:rsidRDefault="00C95D05" w:rsidP="00CA379F">
                        <w:r w:rsidRPr="00260F73">
                          <w:rPr>
                            <w:rStyle w:val="PlaceholderText"/>
                          </w:rPr>
                          <w:t>Click or tap here to enter text.</w:t>
                        </w:r>
                      </w:p>
                    </w:tc>
                  </w:sdtContent>
                </w:sdt>
                <w:sdt>
                  <w:sdtPr>
                    <w:id w:val="-489561908"/>
                    <w:placeholder>
                      <w:docPart w:val="09814CF1CD7A47D3BB560F37A96F9D58"/>
                    </w:placeholder>
                    <w:showingPlcHdr/>
                  </w:sdtPr>
                  <w:sdtEndPr/>
                  <w:sdtContent>
                    <w:tc>
                      <w:tcPr>
                        <w:tcW w:w="980" w:type="pct"/>
                      </w:tcPr>
                      <w:p w14:paraId="3415A5C5" w14:textId="77777777" w:rsidR="00C95D05" w:rsidRPr="00260F73" w:rsidRDefault="00C95D05" w:rsidP="00CA379F">
                        <w:r w:rsidRPr="00260F73">
                          <w:rPr>
                            <w:rStyle w:val="PlaceholderText"/>
                          </w:rPr>
                          <w:t>Click or tap here to enter text.</w:t>
                        </w:r>
                      </w:p>
                    </w:tc>
                  </w:sdtContent>
                </w:sdt>
                <w:sdt>
                  <w:sdtPr>
                    <w:id w:val="1829473414"/>
                    <w:placeholder>
                      <w:docPart w:val="7793DEAF92564508A217818A964BBBC0"/>
                    </w:placeholder>
                    <w:showingPlcHdr/>
                  </w:sdtPr>
                  <w:sdtEndPr/>
                  <w:sdtContent>
                    <w:tc>
                      <w:tcPr>
                        <w:tcW w:w="976" w:type="pct"/>
                      </w:tcPr>
                      <w:p w14:paraId="3D855799" w14:textId="77777777" w:rsidR="00C95D05" w:rsidRPr="00260F73" w:rsidRDefault="00C95D05" w:rsidP="00CA379F">
                        <w:r w:rsidRPr="00260F73">
                          <w:rPr>
                            <w:rStyle w:val="PlaceholderText"/>
                          </w:rPr>
                          <w:t>Click or tap here to enter text.</w:t>
                        </w:r>
                      </w:p>
                    </w:tc>
                  </w:sdtContent>
                </w:sdt>
                <w:tc>
                  <w:tcPr>
                    <w:tcW w:w="1119" w:type="pct"/>
                    <w:vAlign w:val="center"/>
                  </w:tcPr>
                  <w:p w14:paraId="78FDA8C5" w14:textId="77777777" w:rsidR="00B8038E" w:rsidRPr="00260F73" w:rsidRDefault="00B8038E" w:rsidP="00B8038E">
                    <w:pPr>
                      <w:jc w:val="center"/>
                    </w:pPr>
                    <w:r w:rsidRPr="00260F73">
                      <w:t xml:space="preserve">Yes </w:t>
                    </w:r>
                    <w:sdt>
                      <w:sdtPr>
                        <w:id w:val="-1150594116"/>
                        <w14:checkbox>
                          <w14:checked w14:val="0"/>
                          <w14:checkedState w14:val="2612" w14:font="MS Gothic"/>
                          <w14:uncheckedState w14:val="2610" w14:font="MS Gothic"/>
                        </w14:checkbox>
                      </w:sdtPr>
                      <w:sdtEndPr/>
                      <w:sdtContent>
                        <w:r w:rsidRPr="00260F73">
                          <w:rPr>
                            <w:rFonts w:ascii="MS Gothic" w:eastAsia="MS Gothic" w:hAnsi="MS Gothic" w:hint="eastAsia"/>
                          </w:rPr>
                          <w:t>☐</w:t>
                        </w:r>
                      </w:sdtContent>
                    </w:sdt>
                  </w:p>
                  <w:p w14:paraId="3F7E6B0A" w14:textId="364082AE" w:rsidR="00C95D05" w:rsidRPr="00260F73" w:rsidRDefault="00B8038E" w:rsidP="00B8038E">
                    <w:pPr>
                      <w:jc w:val="center"/>
                    </w:pPr>
                    <w:r w:rsidRPr="00260F73">
                      <w:t xml:space="preserve">No </w:t>
                    </w:r>
                    <w:sdt>
                      <w:sdtPr>
                        <w:id w:val="-1670015094"/>
                        <w14:checkbox>
                          <w14:checked w14:val="0"/>
                          <w14:checkedState w14:val="2612" w14:font="MS Gothic"/>
                          <w14:uncheckedState w14:val="2610" w14:font="MS Gothic"/>
                        </w14:checkbox>
                      </w:sdtPr>
                      <w:sdtEndPr/>
                      <w:sdtContent>
                        <w:r w:rsidRPr="00260F73">
                          <w:rPr>
                            <w:rFonts w:ascii="MS Gothic" w:eastAsia="MS Gothic" w:hAnsi="MS Gothic" w:hint="eastAsia"/>
                          </w:rPr>
                          <w:t>☐</w:t>
                        </w:r>
                      </w:sdtContent>
                    </w:sdt>
                  </w:p>
                </w:tc>
              </w:tr>
            </w:sdtContent>
          </w:sdt>
        </w:sdtContent>
      </w:sdt>
    </w:tbl>
    <w:p w14:paraId="0CA7C62C" w14:textId="77777777" w:rsidR="00F066E1" w:rsidRDefault="00F066E1" w:rsidP="00F066E1"/>
    <w:p w14:paraId="75B4FEB0" w14:textId="147FFA08" w:rsidR="3FE541D5" w:rsidRPr="00260F73" w:rsidRDefault="002D7D98" w:rsidP="001C17E4">
      <w:pPr>
        <w:pStyle w:val="Heading1"/>
      </w:pPr>
      <w:r w:rsidRPr="00260F73">
        <w:t>Current Professional Registrations</w:t>
      </w:r>
      <w:r w:rsidR="00F4085D" w:rsidRPr="00260F73">
        <w:t xml:space="preserve"> </w:t>
      </w:r>
      <w:r w:rsidR="2D96377B" w:rsidRPr="00260F73">
        <w:t>(IMC, GMC, etc)</w:t>
      </w:r>
    </w:p>
    <w:tbl>
      <w:tblPr>
        <w:tblStyle w:val="TableGrid"/>
        <w:tblW w:w="5000" w:type="pct"/>
        <w:tblLook w:val="04A0" w:firstRow="1" w:lastRow="0" w:firstColumn="1" w:lastColumn="0" w:noHBand="0" w:noVBand="1"/>
      </w:tblPr>
      <w:tblGrid>
        <w:gridCol w:w="1400"/>
        <w:gridCol w:w="1350"/>
        <w:gridCol w:w="1530"/>
        <w:gridCol w:w="1825"/>
        <w:gridCol w:w="1472"/>
        <w:gridCol w:w="1773"/>
      </w:tblGrid>
      <w:tr w:rsidR="002D7D98" w:rsidRPr="00260F73" w14:paraId="1972A308" w14:textId="77777777" w:rsidTr="002E140B">
        <w:tc>
          <w:tcPr>
            <w:tcW w:w="749" w:type="pct"/>
            <w:vAlign w:val="center"/>
          </w:tcPr>
          <w:p w14:paraId="2D6CA276" w14:textId="77777777" w:rsidR="002D7D98" w:rsidRPr="00260F73" w:rsidRDefault="002D7D98" w:rsidP="00F4085D">
            <w:pPr>
              <w:jc w:val="center"/>
              <w:rPr>
                <w:b/>
                <w:bCs/>
              </w:rPr>
            </w:pPr>
            <w:r w:rsidRPr="00260F73">
              <w:rPr>
                <w:b/>
                <w:bCs/>
              </w:rPr>
              <w:t>Award</w:t>
            </w:r>
          </w:p>
        </w:tc>
        <w:tc>
          <w:tcPr>
            <w:tcW w:w="722" w:type="pct"/>
            <w:vAlign w:val="center"/>
          </w:tcPr>
          <w:p w14:paraId="3BA16062" w14:textId="77777777" w:rsidR="002D7D98" w:rsidRPr="00260F73" w:rsidRDefault="002D7D98" w:rsidP="00F4085D">
            <w:pPr>
              <w:jc w:val="center"/>
              <w:rPr>
                <w:b/>
                <w:bCs/>
              </w:rPr>
            </w:pPr>
            <w:r w:rsidRPr="00260F73">
              <w:rPr>
                <w:b/>
                <w:bCs/>
              </w:rPr>
              <w:t>Year</w:t>
            </w:r>
          </w:p>
        </w:tc>
        <w:tc>
          <w:tcPr>
            <w:tcW w:w="818" w:type="pct"/>
            <w:vAlign w:val="center"/>
          </w:tcPr>
          <w:p w14:paraId="48D6EE85" w14:textId="52C3B1E7" w:rsidR="002D7D98" w:rsidRPr="00260F73" w:rsidRDefault="002D7D98" w:rsidP="00F4085D">
            <w:pPr>
              <w:jc w:val="center"/>
              <w:rPr>
                <w:b/>
                <w:bCs/>
              </w:rPr>
            </w:pPr>
            <w:r w:rsidRPr="00260F73">
              <w:rPr>
                <w:b/>
                <w:bCs/>
              </w:rPr>
              <w:t>Registration or Membership number</w:t>
            </w:r>
          </w:p>
        </w:tc>
        <w:tc>
          <w:tcPr>
            <w:tcW w:w="976" w:type="pct"/>
            <w:vAlign w:val="center"/>
          </w:tcPr>
          <w:p w14:paraId="38FB6F70" w14:textId="64C19A9D" w:rsidR="002D7D98" w:rsidRPr="00260F73" w:rsidRDefault="002D7D98" w:rsidP="00F4085D">
            <w:pPr>
              <w:jc w:val="center"/>
              <w:rPr>
                <w:b/>
                <w:bCs/>
              </w:rPr>
            </w:pPr>
            <w:r w:rsidRPr="00260F73">
              <w:rPr>
                <w:b/>
                <w:bCs/>
              </w:rPr>
              <w:t>Professional Body/Regulator</w:t>
            </w:r>
          </w:p>
        </w:tc>
        <w:tc>
          <w:tcPr>
            <w:tcW w:w="787" w:type="pct"/>
            <w:vAlign w:val="center"/>
          </w:tcPr>
          <w:p w14:paraId="6CAB59A6" w14:textId="7027AE7D" w:rsidR="002D7D98" w:rsidRPr="00260F73" w:rsidRDefault="002D7D98" w:rsidP="00F4085D">
            <w:pPr>
              <w:jc w:val="center"/>
              <w:rPr>
                <w:b/>
                <w:bCs/>
              </w:rPr>
            </w:pPr>
            <w:r w:rsidRPr="00260F73">
              <w:rPr>
                <w:b/>
                <w:bCs/>
              </w:rPr>
              <w:t>Good Standing Status</w:t>
            </w:r>
          </w:p>
        </w:tc>
        <w:tc>
          <w:tcPr>
            <w:tcW w:w="948" w:type="pct"/>
            <w:vAlign w:val="center"/>
          </w:tcPr>
          <w:p w14:paraId="0662DADA" w14:textId="182D7738" w:rsidR="002D7D98" w:rsidRPr="00260F73" w:rsidRDefault="002D7D98" w:rsidP="00597958">
            <w:pPr>
              <w:jc w:val="center"/>
              <w:rPr>
                <w:b/>
                <w:bCs/>
              </w:rPr>
            </w:pPr>
            <w:r w:rsidRPr="00260F73">
              <w:rPr>
                <w:b/>
                <w:bCs/>
              </w:rPr>
              <w:t>Supporting Documentation</w:t>
            </w:r>
            <w:r w:rsidR="00F4085D" w:rsidRPr="00260F73">
              <w:rPr>
                <w:b/>
                <w:bCs/>
              </w:rPr>
              <w:t xml:space="preserve"> Attached</w:t>
            </w:r>
          </w:p>
        </w:tc>
      </w:tr>
      <w:tr w:rsidR="002D7D98" w:rsidRPr="00260F73" w14:paraId="41C6CEE2" w14:textId="77777777" w:rsidTr="002E140B">
        <w:sdt>
          <w:sdtPr>
            <w:id w:val="483131998"/>
            <w:placeholder>
              <w:docPart w:val="872FF4CA11794B8A841DB2220DF10EA6"/>
            </w:placeholder>
            <w:showingPlcHdr/>
          </w:sdtPr>
          <w:sdtEndPr/>
          <w:sdtContent>
            <w:tc>
              <w:tcPr>
                <w:tcW w:w="749" w:type="pct"/>
              </w:tcPr>
              <w:p w14:paraId="5DE52878" w14:textId="705B3DA5" w:rsidR="002D7D98" w:rsidRPr="00260F73" w:rsidRDefault="00B16633" w:rsidP="00503B70">
                <w:r w:rsidRPr="00260F73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  <w:sdt>
          <w:sdtPr>
            <w:id w:val="-1322032356"/>
            <w:placeholder>
              <w:docPart w:val="4E97BD512F134974B65EC5CE1A1FFA5C"/>
            </w:placeholder>
            <w:showingPlcHdr/>
          </w:sdtPr>
          <w:sdtEndPr/>
          <w:sdtContent>
            <w:tc>
              <w:tcPr>
                <w:tcW w:w="722" w:type="pct"/>
              </w:tcPr>
              <w:p w14:paraId="3B4E7722" w14:textId="48736194" w:rsidR="002D7D98" w:rsidRPr="00260F73" w:rsidRDefault="00B16633" w:rsidP="00503B70">
                <w:r w:rsidRPr="00260F73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  <w:sdt>
          <w:sdtPr>
            <w:id w:val="1041407279"/>
            <w:placeholder>
              <w:docPart w:val="43C24FC1DD4E4C25906C3761C0E444F2"/>
            </w:placeholder>
            <w:showingPlcHdr/>
          </w:sdtPr>
          <w:sdtEndPr/>
          <w:sdtContent>
            <w:tc>
              <w:tcPr>
                <w:tcW w:w="818" w:type="pct"/>
              </w:tcPr>
              <w:p w14:paraId="4433956D" w14:textId="37C027FA" w:rsidR="002D7D98" w:rsidRPr="00260F73" w:rsidRDefault="00B16633" w:rsidP="00503B70">
                <w:r w:rsidRPr="00260F73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  <w:sdt>
          <w:sdtPr>
            <w:id w:val="-1543204762"/>
            <w:placeholder>
              <w:docPart w:val="6E5B51F8A20C49259CB13015EB121389"/>
            </w:placeholder>
            <w:showingPlcHdr/>
          </w:sdtPr>
          <w:sdtEndPr/>
          <w:sdtContent>
            <w:tc>
              <w:tcPr>
                <w:tcW w:w="976" w:type="pct"/>
              </w:tcPr>
              <w:p w14:paraId="4C3D30A3" w14:textId="7A36AFB5" w:rsidR="002D7D98" w:rsidRPr="00260F73" w:rsidRDefault="00B16633" w:rsidP="00503B70">
                <w:r w:rsidRPr="00260F73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  <w:sdt>
          <w:sdtPr>
            <w:id w:val="-489550416"/>
            <w:placeholder>
              <w:docPart w:val="ACA81B7FEB124004A04A95F11ADBD7A7"/>
            </w:placeholder>
            <w:showingPlcHdr/>
          </w:sdtPr>
          <w:sdtEndPr/>
          <w:sdtContent>
            <w:tc>
              <w:tcPr>
                <w:tcW w:w="787" w:type="pct"/>
              </w:tcPr>
              <w:p w14:paraId="4E8C2E90" w14:textId="2B1B9F91" w:rsidR="002D7D98" w:rsidRPr="00260F73" w:rsidRDefault="00B16633" w:rsidP="00503B70">
                <w:r w:rsidRPr="00260F73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  <w:tc>
          <w:tcPr>
            <w:tcW w:w="948" w:type="pct"/>
            <w:vAlign w:val="center"/>
          </w:tcPr>
          <w:p w14:paraId="1019818F" w14:textId="77777777" w:rsidR="001B2E81" w:rsidRPr="00260F73" w:rsidRDefault="001B2E81" w:rsidP="00597958">
            <w:pPr>
              <w:jc w:val="center"/>
            </w:pPr>
            <w:r w:rsidRPr="00260F73">
              <w:t xml:space="preserve">Yes </w:t>
            </w:r>
            <w:sdt>
              <w:sdtPr>
                <w:id w:val="-196680535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260F73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  <w:p w14:paraId="59703C51" w14:textId="668C266B" w:rsidR="002D7D98" w:rsidRPr="00260F73" w:rsidRDefault="001B2E81" w:rsidP="00597958">
            <w:pPr>
              <w:jc w:val="center"/>
            </w:pPr>
            <w:r w:rsidRPr="00260F73">
              <w:t xml:space="preserve">No </w:t>
            </w:r>
            <w:sdt>
              <w:sdtPr>
                <w:id w:val="-139387969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260F73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Pr="00260F73">
              <w:t xml:space="preserve"> </w:t>
            </w:r>
          </w:p>
        </w:tc>
      </w:tr>
      <w:tr w:rsidR="00B16633" w:rsidRPr="00260F73" w14:paraId="5CF6427D" w14:textId="77777777" w:rsidTr="002E140B">
        <w:sdt>
          <w:sdtPr>
            <w:id w:val="1117254231"/>
            <w:placeholder>
              <w:docPart w:val="E3F5175B57004446843F4F317C13BE7C"/>
            </w:placeholder>
            <w:showingPlcHdr/>
          </w:sdtPr>
          <w:sdtEndPr/>
          <w:sdtContent>
            <w:tc>
              <w:tcPr>
                <w:tcW w:w="749" w:type="pct"/>
              </w:tcPr>
              <w:p w14:paraId="1F6A3CE1" w14:textId="0D7E4A4E" w:rsidR="00B16633" w:rsidRPr="00260F73" w:rsidRDefault="00B16633" w:rsidP="00076DED">
                <w:r w:rsidRPr="00260F73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  <w:sdt>
          <w:sdtPr>
            <w:id w:val="1481267477"/>
            <w:placeholder>
              <w:docPart w:val="E3F5175B57004446843F4F317C13BE7C"/>
            </w:placeholder>
            <w:showingPlcHdr/>
          </w:sdtPr>
          <w:sdtEndPr/>
          <w:sdtContent>
            <w:tc>
              <w:tcPr>
                <w:tcW w:w="722" w:type="pct"/>
              </w:tcPr>
              <w:p w14:paraId="49AE3929" w14:textId="4D07FD45" w:rsidR="00B16633" w:rsidRPr="00260F73" w:rsidRDefault="00F066E1" w:rsidP="00076DED">
                <w:r w:rsidRPr="00260F73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  <w:sdt>
          <w:sdtPr>
            <w:id w:val="-797141339"/>
            <w:placeholder>
              <w:docPart w:val="E3F5175B57004446843F4F317C13BE7C"/>
            </w:placeholder>
            <w:showingPlcHdr/>
          </w:sdtPr>
          <w:sdtEndPr/>
          <w:sdtContent>
            <w:tc>
              <w:tcPr>
                <w:tcW w:w="818" w:type="pct"/>
              </w:tcPr>
              <w:p w14:paraId="3BD3C74A" w14:textId="392764EA" w:rsidR="00B16633" w:rsidRPr="00260F73" w:rsidRDefault="00F066E1" w:rsidP="00076DED">
                <w:r w:rsidRPr="00260F73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  <w:sdt>
          <w:sdtPr>
            <w:id w:val="-1687439813"/>
            <w:placeholder>
              <w:docPart w:val="E3F5175B57004446843F4F317C13BE7C"/>
            </w:placeholder>
            <w:showingPlcHdr/>
          </w:sdtPr>
          <w:sdtEndPr/>
          <w:sdtContent>
            <w:tc>
              <w:tcPr>
                <w:tcW w:w="976" w:type="pct"/>
              </w:tcPr>
              <w:p w14:paraId="46914337" w14:textId="0D3F5364" w:rsidR="00B16633" w:rsidRPr="00260F73" w:rsidRDefault="00F066E1" w:rsidP="00076DED">
                <w:r w:rsidRPr="00260F73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  <w:sdt>
          <w:sdtPr>
            <w:id w:val="1375810897"/>
            <w:placeholder>
              <w:docPart w:val="E3F5175B57004446843F4F317C13BE7C"/>
            </w:placeholder>
            <w:showingPlcHdr/>
          </w:sdtPr>
          <w:sdtEndPr/>
          <w:sdtContent>
            <w:tc>
              <w:tcPr>
                <w:tcW w:w="787" w:type="pct"/>
              </w:tcPr>
              <w:p w14:paraId="4DCC6CF2" w14:textId="59687B2A" w:rsidR="00B16633" w:rsidRPr="00260F73" w:rsidRDefault="00F066E1" w:rsidP="00076DED">
                <w:r w:rsidRPr="00260F73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  <w:tc>
          <w:tcPr>
            <w:tcW w:w="948" w:type="pct"/>
            <w:vAlign w:val="center"/>
          </w:tcPr>
          <w:p w14:paraId="18A6E352" w14:textId="77777777" w:rsidR="001B2E81" w:rsidRPr="00260F73" w:rsidRDefault="001B2E81" w:rsidP="001B2E81">
            <w:pPr>
              <w:jc w:val="center"/>
            </w:pPr>
            <w:r w:rsidRPr="00260F73">
              <w:t xml:space="preserve">Yes </w:t>
            </w:r>
            <w:sdt>
              <w:sdtPr>
                <w:id w:val="70452533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260F73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  <w:p w14:paraId="367C6332" w14:textId="556B6FB1" w:rsidR="00B16633" w:rsidRPr="00260F73" w:rsidRDefault="001B2E81" w:rsidP="001B2E81">
            <w:pPr>
              <w:jc w:val="center"/>
            </w:pPr>
            <w:r w:rsidRPr="00260F73">
              <w:t xml:space="preserve">No </w:t>
            </w:r>
            <w:sdt>
              <w:sdtPr>
                <w:id w:val="-63849641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260F73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</w:tr>
      <w:tr w:rsidR="00B16633" w:rsidRPr="00260F73" w14:paraId="4F6A290C" w14:textId="77777777" w:rsidTr="002E140B">
        <w:sdt>
          <w:sdtPr>
            <w:id w:val="1476033184"/>
            <w:placeholder>
              <w:docPart w:val="6E2E25C8BD59485F83A4E1A3EB66C1CA"/>
            </w:placeholder>
            <w:showingPlcHdr/>
          </w:sdtPr>
          <w:sdtEndPr/>
          <w:sdtContent>
            <w:tc>
              <w:tcPr>
                <w:tcW w:w="749" w:type="pct"/>
              </w:tcPr>
              <w:p w14:paraId="15160684" w14:textId="3068EB49" w:rsidR="00B16633" w:rsidRPr="00260F73" w:rsidRDefault="00B16633" w:rsidP="00076DED">
                <w:r w:rsidRPr="00260F73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  <w:sdt>
          <w:sdtPr>
            <w:id w:val="-1549758554"/>
            <w:placeholder>
              <w:docPart w:val="6E2E25C8BD59485F83A4E1A3EB66C1CA"/>
            </w:placeholder>
            <w:showingPlcHdr/>
          </w:sdtPr>
          <w:sdtEndPr/>
          <w:sdtContent>
            <w:tc>
              <w:tcPr>
                <w:tcW w:w="722" w:type="pct"/>
              </w:tcPr>
              <w:p w14:paraId="0904B07A" w14:textId="3A7D4BC7" w:rsidR="00B16633" w:rsidRPr="00260F73" w:rsidRDefault="00F066E1" w:rsidP="00076DED">
                <w:r w:rsidRPr="00260F73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  <w:sdt>
          <w:sdtPr>
            <w:id w:val="896020294"/>
            <w:placeholder>
              <w:docPart w:val="6E2E25C8BD59485F83A4E1A3EB66C1CA"/>
            </w:placeholder>
            <w:showingPlcHdr/>
          </w:sdtPr>
          <w:sdtEndPr/>
          <w:sdtContent>
            <w:tc>
              <w:tcPr>
                <w:tcW w:w="818" w:type="pct"/>
              </w:tcPr>
              <w:p w14:paraId="13F2E67B" w14:textId="776C7914" w:rsidR="00B16633" w:rsidRPr="00260F73" w:rsidRDefault="00F066E1" w:rsidP="00076DED">
                <w:r w:rsidRPr="00260F73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  <w:sdt>
          <w:sdtPr>
            <w:id w:val="-599177780"/>
            <w:placeholder>
              <w:docPart w:val="6E2E25C8BD59485F83A4E1A3EB66C1CA"/>
            </w:placeholder>
            <w:showingPlcHdr/>
          </w:sdtPr>
          <w:sdtEndPr/>
          <w:sdtContent>
            <w:tc>
              <w:tcPr>
                <w:tcW w:w="976" w:type="pct"/>
              </w:tcPr>
              <w:p w14:paraId="6880ABF6" w14:textId="45AC293F" w:rsidR="00B16633" w:rsidRPr="00260F73" w:rsidRDefault="00F066E1" w:rsidP="00076DED">
                <w:r w:rsidRPr="00260F73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  <w:sdt>
          <w:sdtPr>
            <w:id w:val="-100342745"/>
            <w:placeholder>
              <w:docPart w:val="6E2E25C8BD59485F83A4E1A3EB66C1CA"/>
            </w:placeholder>
            <w:showingPlcHdr/>
          </w:sdtPr>
          <w:sdtEndPr/>
          <w:sdtContent>
            <w:tc>
              <w:tcPr>
                <w:tcW w:w="787" w:type="pct"/>
              </w:tcPr>
              <w:p w14:paraId="2B51EDCF" w14:textId="3EE0BA46" w:rsidR="00B16633" w:rsidRPr="00260F73" w:rsidRDefault="00F066E1" w:rsidP="00076DED">
                <w:r w:rsidRPr="00260F73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  <w:tc>
          <w:tcPr>
            <w:tcW w:w="948" w:type="pct"/>
            <w:vAlign w:val="center"/>
          </w:tcPr>
          <w:p w14:paraId="651296AA" w14:textId="77777777" w:rsidR="001B2E81" w:rsidRPr="00260F73" w:rsidRDefault="001B2E81" w:rsidP="001B2E81">
            <w:pPr>
              <w:jc w:val="center"/>
            </w:pPr>
            <w:r w:rsidRPr="00260F73">
              <w:t xml:space="preserve">Yes </w:t>
            </w:r>
            <w:sdt>
              <w:sdtPr>
                <w:id w:val="72673279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260F73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  <w:p w14:paraId="011CF831" w14:textId="152AD978" w:rsidR="00B16633" w:rsidRPr="00260F73" w:rsidRDefault="001B2E81" w:rsidP="001B2E81">
            <w:pPr>
              <w:jc w:val="center"/>
            </w:pPr>
            <w:r w:rsidRPr="00260F73">
              <w:t xml:space="preserve">No </w:t>
            </w:r>
            <w:sdt>
              <w:sdtPr>
                <w:id w:val="157601741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260F73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</w:tr>
      <w:sdt>
        <w:sdtPr>
          <w:id w:val="874125203"/>
          <w15:repeatingSection/>
        </w:sdtPr>
        <w:sdtEndPr/>
        <w:sdtContent>
          <w:sdt>
            <w:sdtPr>
              <w:id w:val="-709956330"/>
              <w:placeholder>
                <w:docPart w:val="DefaultPlaceholder_-1854013435"/>
              </w:placeholder>
              <w15:repeatingSectionItem/>
            </w:sdtPr>
            <w:sdtEndPr/>
            <w:sdtContent>
              <w:tr w:rsidR="00B16633" w:rsidRPr="00260F73" w14:paraId="788C3D77" w14:textId="77777777" w:rsidTr="002E140B">
                <w:sdt>
                  <w:sdtPr>
                    <w:id w:val="1184713080"/>
                    <w:placeholder>
                      <w:docPart w:val="74CADD3637F3476CAEF2795719E307AF"/>
                    </w:placeholder>
                    <w:showingPlcHdr/>
                  </w:sdtPr>
                  <w:sdtEndPr/>
                  <w:sdtContent>
                    <w:tc>
                      <w:tcPr>
                        <w:tcW w:w="749" w:type="pct"/>
                      </w:tcPr>
                      <w:p w14:paraId="220FAB30" w14:textId="7FD7EF89" w:rsidR="00B16633" w:rsidRPr="00260F73" w:rsidRDefault="00B16633" w:rsidP="00076DED">
                        <w:r w:rsidRPr="00260F73">
                          <w:rPr>
                            <w:rStyle w:val="PlaceholderText"/>
                          </w:rPr>
                          <w:t>Click or tap here to enter text.</w:t>
                        </w:r>
                      </w:p>
                    </w:tc>
                  </w:sdtContent>
                </w:sdt>
                <w:sdt>
                  <w:sdtPr>
                    <w:id w:val="-783115795"/>
                    <w:placeholder>
                      <w:docPart w:val="74CADD3637F3476CAEF2795719E307AF"/>
                    </w:placeholder>
                    <w:showingPlcHdr/>
                  </w:sdtPr>
                  <w:sdtEndPr/>
                  <w:sdtContent>
                    <w:tc>
                      <w:tcPr>
                        <w:tcW w:w="722" w:type="pct"/>
                      </w:tcPr>
                      <w:p w14:paraId="4E270E41" w14:textId="1659CBCF" w:rsidR="00B16633" w:rsidRPr="00260F73" w:rsidRDefault="00F066E1" w:rsidP="00076DED">
                        <w:r w:rsidRPr="00260F73">
                          <w:rPr>
                            <w:rStyle w:val="PlaceholderText"/>
                          </w:rPr>
                          <w:t>Click or tap here to enter text.</w:t>
                        </w:r>
                      </w:p>
                    </w:tc>
                  </w:sdtContent>
                </w:sdt>
                <w:sdt>
                  <w:sdtPr>
                    <w:id w:val="-1958856168"/>
                    <w:placeholder>
                      <w:docPart w:val="74CADD3637F3476CAEF2795719E307AF"/>
                    </w:placeholder>
                    <w:showingPlcHdr/>
                  </w:sdtPr>
                  <w:sdtEndPr/>
                  <w:sdtContent>
                    <w:tc>
                      <w:tcPr>
                        <w:tcW w:w="818" w:type="pct"/>
                      </w:tcPr>
                      <w:p w14:paraId="4B5AA7D5" w14:textId="3149D20A" w:rsidR="00B16633" w:rsidRPr="00260F73" w:rsidRDefault="00F066E1" w:rsidP="00076DED">
                        <w:r w:rsidRPr="00260F73">
                          <w:rPr>
                            <w:rStyle w:val="PlaceholderText"/>
                          </w:rPr>
                          <w:t>Click or tap here to enter text.</w:t>
                        </w:r>
                      </w:p>
                    </w:tc>
                  </w:sdtContent>
                </w:sdt>
                <w:sdt>
                  <w:sdtPr>
                    <w:id w:val="-155542618"/>
                    <w:placeholder>
                      <w:docPart w:val="74CADD3637F3476CAEF2795719E307AF"/>
                    </w:placeholder>
                    <w:showingPlcHdr/>
                  </w:sdtPr>
                  <w:sdtEndPr/>
                  <w:sdtContent>
                    <w:tc>
                      <w:tcPr>
                        <w:tcW w:w="976" w:type="pct"/>
                      </w:tcPr>
                      <w:p w14:paraId="6FE57682" w14:textId="7F12FCD7" w:rsidR="00B16633" w:rsidRPr="00260F73" w:rsidRDefault="00F066E1" w:rsidP="00076DED">
                        <w:r w:rsidRPr="00260F73">
                          <w:rPr>
                            <w:rStyle w:val="PlaceholderText"/>
                          </w:rPr>
                          <w:t>Click or tap here to enter text.</w:t>
                        </w:r>
                      </w:p>
                    </w:tc>
                  </w:sdtContent>
                </w:sdt>
                <w:sdt>
                  <w:sdtPr>
                    <w:id w:val="-2081815259"/>
                    <w:placeholder>
                      <w:docPart w:val="74CADD3637F3476CAEF2795719E307AF"/>
                    </w:placeholder>
                    <w:showingPlcHdr/>
                  </w:sdtPr>
                  <w:sdtEndPr/>
                  <w:sdtContent>
                    <w:tc>
                      <w:tcPr>
                        <w:tcW w:w="787" w:type="pct"/>
                      </w:tcPr>
                      <w:p w14:paraId="51005B27" w14:textId="7E3329AB" w:rsidR="00B16633" w:rsidRPr="00260F73" w:rsidRDefault="00F066E1" w:rsidP="00076DED">
                        <w:r w:rsidRPr="00260F73">
                          <w:rPr>
                            <w:rStyle w:val="PlaceholderText"/>
                          </w:rPr>
                          <w:t>Click or tap here to enter text.</w:t>
                        </w:r>
                      </w:p>
                    </w:tc>
                  </w:sdtContent>
                </w:sdt>
                <w:tc>
                  <w:tcPr>
                    <w:tcW w:w="948" w:type="pct"/>
                    <w:vAlign w:val="center"/>
                  </w:tcPr>
                  <w:p w14:paraId="68DBCCD3" w14:textId="77777777" w:rsidR="001B2E81" w:rsidRPr="00260F73" w:rsidRDefault="001B2E81" w:rsidP="001B2E81">
                    <w:pPr>
                      <w:jc w:val="center"/>
                    </w:pPr>
                    <w:r w:rsidRPr="00260F73">
                      <w:t xml:space="preserve">Yes </w:t>
                    </w:r>
                    <w:sdt>
                      <w:sdtPr>
                        <w:id w:val="1338659954"/>
                        <w14:checkbox>
                          <w14:checked w14:val="0"/>
                          <w14:checkedState w14:val="2612" w14:font="MS Gothic"/>
                          <w14:uncheckedState w14:val="2610" w14:font="MS Gothic"/>
                        </w14:checkbox>
                      </w:sdtPr>
                      <w:sdtEndPr/>
                      <w:sdtContent>
                        <w:r w:rsidRPr="00260F73">
                          <w:rPr>
                            <w:rFonts w:ascii="MS Gothic" w:eastAsia="MS Gothic" w:hAnsi="MS Gothic" w:hint="eastAsia"/>
                          </w:rPr>
                          <w:t>☐</w:t>
                        </w:r>
                      </w:sdtContent>
                    </w:sdt>
                  </w:p>
                  <w:p w14:paraId="15B5BFD0" w14:textId="718469B3" w:rsidR="00B16633" w:rsidRPr="00260F73" w:rsidRDefault="001B2E81" w:rsidP="001B2E81">
                    <w:pPr>
                      <w:jc w:val="center"/>
                    </w:pPr>
                    <w:r w:rsidRPr="00260F73">
                      <w:t xml:space="preserve">No </w:t>
                    </w:r>
                    <w:sdt>
                      <w:sdtPr>
                        <w:id w:val="-162241428"/>
                        <w14:checkbox>
                          <w14:checked w14:val="0"/>
                          <w14:checkedState w14:val="2612" w14:font="MS Gothic"/>
                          <w14:uncheckedState w14:val="2610" w14:font="MS Gothic"/>
                        </w14:checkbox>
                      </w:sdtPr>
                      <w:sdtEndPr/>
                      <w:sdtContent>
                        <w:r w:rsidRPr="00260F73">
                          <w:rPr>
                            <w:rFonts w:ascii="MS Gothic" w:eastAsia="MS Gothic" w:hAnsi="MS Gothic" w:hint="eastAsia"/>
                          </w:rPr>
                          <w:t>☐</w:t>
                        </w:r>
                      </w:sdtContent>
                    </w:sdt>
                  </w:p>
                </w:tc>
              </w:tr>
            </w:sdtContent>
          </w:sdt>
        </w:sdtContent>
      </w:sdt>
    </w:tbl>
    <w:p w14:paraId="4E06CE75" w14:textId="77777777" w:rsidR="002D7D98" w:rsidRPr="00260F73" w:rsidRDefault="002D7D98"/>
    <w:p w14:paraId="14AD253B" w14:textId="77777777" w:rsidR="00214ECC" w:rsidRPr="00260F73" w:rsidRDefault="003729FB" w:rsidP="001C17E4">
      <w:pPr>
        <w:pStyle w:val="Heading1"/>
      </w:pPr>
      <w:r w:rsidRPr="00260F73">
        <w:lastRenderedPageBreak/>
        <w:t>Clinical Employment History</w:t>
      </w:r>
    </w:p>
    <w:p w14:paraId="5179FB9C" w14:textId="1C1F9C5C" w:rsidR="00214ECC" w:rsidRPr="00260F73" w:rsidRDefault="003729FB">
      <w:r w:rsidRPr="00260F73">
        <w:t>(Reverse chronological order)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547"/>
        <w:gridCol w:w="6803"/>
      </w:tblGrid>
      <w:tr w:rsidR="002E140B" w:rsidRPr="00260F73" w14:paraId="2D16504D" w14:textId="77777777" w:rsidTr="00E70F08">
        <w:tc>
          <w:tcPr>
            <w:tcW w:w="9350" w:type="dxa"/>
            <w:gridSpan w:val="2"/>
          </w:tcPr>
          <w:p w14:paraId="57CB4B58" w14:textId="53F226D9" w:rsidR="002E140B" w:rsidRPr="00260F73" w:rsidRDefault="002E140B">
            <w:r w:rsidRPr="00260F73">
              <w:rPr>
                <w:b/>
                <w:bCs/>
              </w:rPr>
              <w:t xml:space="preserve">Position (Intern; SHO; Reg): </w:t>
            </w:r>
            <w:sdt>
              <w:sdtPr>
                <w:rPr>
                  <w:b/>
                  <w:bCs/>
                </w:rPr>
                <w:id w:val="-686753930"/>
                <w:placeholder>
                  <w:docPart w:val="AB27C8C8D90949D99B80C3BCC40C6DB1"/>
                </w:placeholder>
                <w:showingPlcHdr/>
              </w:sdtPr>
              <w:sdtEndPr/>
              <w:sdtContent>
                <w:r w:rsidRPr="00260F73">
                  <w:rPr>
                    <w:rStyle w:val="PlaceholderText"/>
                  </w:rPr>
                  <w:t>Click or tap here to enter text.</w:t>
                </w:r>
              </w:sdtContent>
            </w:sdt>
          </w:p>
        </w:tc>
      </w:tr>
      <w:tr w:rsidR="00597958" w:rsidRPr="00260F73" w14:paraId="20EAB3EC" w14:textId="77777777" w:rsidTr="002E140B">
        <w:tc>
          <w:tcPr>
            <w:tcW w:w="2547" w:type="dxa"/>
          </w:tcPr>
          <w:p w14:paraId="4C1371F0" w14:textId="773A0F9E" w:rsidR="00597958" w:rsidRPr="00260F73" w:rsidRDefault="002E140B">
            <w:r w:rsidRPr="00260F73">
              <w:rPr>
                <w:b/>
                <w:bCs/>
              </w:rPr>
              <w:t>Start Date</w:t>
            </w:r>
          </w:p>
        </w:tc>
        <w:sdt>
          <w:sdtPr>
            <w:id w:val="440499352"/>
            <w:placeholder>
              <w:docPart w:val="BE6BAA36B4CE46CCBA1107A2CA86328D"/>
            </w:placeholder>
            <w:showingPlcHdr/>
            <w:date>
              <w:dateFormat w:val="dd/MM/yyyy"/>
              <w:lid w:val="en-IE"/>
              <w:storeMappedDataAs w:val="dateTime"/>
              <w:calendar w:val="gregorian"/>
            </w:date>
          </w:sdtPr>
          <w:sdtEndPr/>
          <w:sdtContent>
            <w:tc>
              <w:tcPr>
                <w:tcW w:w="6803" w:type="dxa"/>
              </w:tcPr>
              <w:p w14:paraId="2106E778" w14:textId="1DAEE8EA" w:rsidR="00597958" w:rsidRPr="00260F73" w:rsidRDefault="002E140B">
                <w:r w:rsidRPr="00260F73">
                  <w:rPr>
                    <w:rStyle w:val="PlaceholderText"/>
                  </w:rPr>
                  <w:t>Click or tap to enter a date.</w:t>
                </w:r>
              </w:p>
            </w:tc>
          </w:sdtContent>
        </w:sdt>
      </w:tr>
      <w:tr w:rsidR="00597958" w:rsidRPr="00260F73" w14:paraId="09CE63E9" w14:textId="77777777" w:rsidTr="002E140B">
        <w:tc>
          <w:tcPr>
            <w:tcW w:w="2547" w:type="dxa"/>
          </w:tcPr>
          <w:p w14:paraId="67052997" w14:textId="449E67BD" w:rsidR="00597958" w:rsidRPr="00260F73" w:rsidRDefault="002E140B">
            <w:r w:rsidRPr="00260F73">
              <w:rPr>
                <w:b/>
                <w:bCs/>
              </w:rPr>
              <w:t>End Date</w:t>
            </w:r>
          </w:p>
        </w:tc>
        <w:sdt>
          <w:sdtPr>
            <w:id w:val="2124885619"/>
            <w:placeholder>
              <w:docPart w:val="98F3A9EE91754E259AFD2F141BD88EC3"/>
            </w:placeholder>
            <w:showingPlcHdr/>
            <w:date>
              <w:dateFormat w:val="dd/MM/yyyy"/>
              <w:lid w:val="en-IE"/>
              <w:storeMappedDataAs w:val="dateTime"/>
              <w:calendar w:val="gregorian"/>
            </w:date>
          </w:sdtPr>
          <w:sdtEndPr/>
          <w:sdtContent>
            <w:tc>
              <w:tcPr>
                <w:tcW w:w="6803" w:type="dxa"/>
              </w:tcPr>
              <w:p w14:paraId="4C198349" w14:textId="208FC157" w:rsidR="00597958" w:rsidRPr="00260F73" w:rsidRDefault="002E140B">
                <w:r w:rsidRPr="00260F73">
                  <w:rPr>
                    <w:rStyle w:val="PlaceholderText"/>
                  </w:rPr>
                  <w:t>Click or tap to enter a date.</w:t>
                </w:r>
              </w:p>
            </w:tc>
          </w:sdtContent>
        </w:sdt>
      </w:tr>
      <w:tr w:rsidR="00597958" w:rsidRPr="00260F73" w14:paraId="423BA94B" w14:textId="77777777" w:rsidTr="002E140B">
        <w:tc>
          <w:tcPr>
            <w:tcW w:w="2547" w:type="dxa"/>
          </w:tcPr>
          <w:p w14:paraId="4DDB93B2" w14:textId="7F833D2D" w:rsidR="00597958" w:rsidRPr="00260F73" w:rsidRDefault="002E140B">
            <w:r w:rsidRPr="00260F73">
              <w:rPr>
                <w:b/>
                <w:bCs/>
              </w:rPr>
              <w:t>Hospital</w:t>
            </w:r>
          </w:p>
        </w:tc>
        <w:sdt>
          <w:sdtPr>
            <w:id w:val="1546410146"/>
            <w:placeholder>
              <w:docPart w:val="A562792367E244C2B52C13434E400DB2"/>
            </w:placeholder>
            <w:showingPlcHdr/>
          </w:sdtPr>
          <w:sdtEndPr/>
          <w:sdtContent>
            <w:tc>
              <w:tcPr>
                <w:tcW w:w="6803" w:type="dxa"/>
              </w:tcPr>
              <w:p w14:paraId="7BBDFA63" w14:textId="4FCAA322" w:rsidR="00597958" w:rsidRPr="00260F73" w:rsidRDefault="002E140B">
                <w:r w:rsidRPr="00260F73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597958" w:rsidRPr="00260F73" w14:paraId="6A2FA343" w14:textId="77777777" w:rsidTr="002E140B">
        <w:tc>
          <w:tcPr>
            <w:tcW w:w="2547" w:type="dxa"/>
          </w:tcPr>
          <w:p w14:paraId="05DA6982" w14:textId="689D0E30" w:rsidR="00597958" w:rsidRPr="00260F73" w:rsidRDefault="002E140B">
            <w:r w:rsidRPr="00260F73">
              <w:rPr>
                <w:b/>
                <w:bCs/>
              </w:rPr>
              <w:t>Specialty</w:t>
            </w:r>
          </w:p>
        </w:tc>
        <w:sdt>
          <w:sdtPr>
            <w:id w:val="-1410228021"/>
            <w:placeholder>
              <w:docPart w:val="7E217E49FF2B4BCCB4F3ACCCBA862056"/>
            </w:placeholder>
            <w:showingPlcHdr/>
          </w:sdtPr>
          <w:sdtEndPr/>
          <w:sdtContent>
            <w:tc>
              <w:tcPr>
                <w:tcW w:w="6803" w:type="dxa"/>
              </w:tcPr>
              <w:p w14:paraId="270E49BD" w14:textId="7ED909CB" w:rsidR="00597958" w:rsidRPr="00260F73" w:rsidRDefault="002E140B">
                <w:r w:rsidRPr="00260F73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2E140B" w:rsidRPr="00260F73" w14:paraId="3B6D8532" w14:textId="77777777" w:rsidTr="002E140B">
        <w:tc>
          <w:tcPr>
            <w:tcW w:w="2547" w:type="dxa"/>
            <w:vAlign w:val="center"/>
          </w:tcPr>
          <w:p w14:paraId="1A6FF483" w14:textId="5F5E73E1" w:rsidR="002E140B" w:rsidRPr="00260F73" w:rsidRDefault="002E140B" w:rsidP="002E140B">
            <w:proofErr w:type="gramStart"/>
            <w:r w:rsidRPr="00260F73">
              <w:rPr>
                <w:b/>
                <w:bCs/>
              </w:rPr>
              <w:t>Sub Specialty</w:t>
            </w:r>
            <w:proofErr w:type="gramEnd"/>
            <w:r w:rsidRPr="00260F73">
              <w:rPr>
                <w:b/>
                <w:bCs/>
              </w:rPr>
              <w:t xml:space="preserve"> (where applicable</w:t>
            </w:r>
          </w:p>
        </w:tc>
        <w:sdt>
          <w:sdtPr>
            <w:id w:val="1231271951"/>
            <w:placeholder>
              <w:docPart w:val="A6B6B6169038418C8F137F03A3BAC3E6"/>
            </w:placeholder>
            <w:showingPlcHdr/>
          </w:sdtPr>
          <w:sdtEndPr/>
          <w:sdtContent>
            <w:tc>
              <w:tcPr>
                <w:tcW w:w="6803" w:type="dxa"/>
              </w:tcPr>
              <w:p w14:paraId="54041384" w14:textId="42470ED5" w:rsidR="002E140B" w:rsidRPr="00260F73" w:rsidRDefault="002E140B" w:rsidP="002E140B">
                <w:r w:rsidRPr="00260F73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2E140B" w:rsidRPr="00260F73" w14:paraId="3223303B" w14:textId="77777777" w:rsidTr="002E140B">
        <w:tc>
          <w:tcPr>
            <w:tcW w:w="2547" w:type="dxa"/>
            <w:tcBorders>
              <w:bottom w:val="single" w:sz="4" w:space="0" w:color="auto"/>
            </w:tcBorders>
          </w:tcPr>
          <w:p w14:paraId="60818E58" w14:textId="4F1E665E" w:rsidR="002E140B" w:rsidRPr="00260F73" w:rsidRDefault="002E140B" w:rsidP="002E140B">
            <w:r w:rsidRPr="00260F73">
              <w:rPr>
                <w:b/>
                <w:bCs/>
              </w:rPr>
              <w:t>Summary of clinical duties</w:t>
            </w:r>
          </w:p>
        </w:tc>
        <w:sdt>
          <w:sdtPr>
            <w:id w:val="1542626127"/>
            <w:placeholder>
              <w:docPart w:val="BA84038C5BAB4BC98BCFD7720888F4EA"/>
            </w:placeholder>
            <w:showingPlcHdr/>
          </w:sdtPr>
          <w:sdtEndPr/>
          <w:sdtContent>
            <w:tc>
              <w:tcPr>
                <w:tcW w:w="6803" w:type="dxa"/>
                <w:tcBorders>
                  <w:bottom w:val="single" w:sz="4" w:space="0" w:color="auto"/>
                </w:tcBorders>
              </w:tcPr>
              <w:p w14:paraId="653EB7EF" w14:textId="1922AE72" w:rsidR="002E140B" w:rsidRPr="00260F73" w:rsidRDefault="002E140B" w:rsidP="002E140B">
                <w:r w:rsidRPr="00260F73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2E140B" w:rsidRPr="00260F73" w14:paraId="75158259" w14:textId="77777777" w:rsidTr="002E140B">
        <w:tc>
          <w:tcPr>
            <w:tcW w:w="9350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107BB683" w14:textId="7DC79DFC" w:rsidR="002E140B" w:rsidRPr="00260F73" w:rsidRDefault="002E140B" w:rsidP="002E140B"/>
        </w:tc>
      </w:tr>
      <w:tr w:rsidR="002E140B" w:rsidRPr="00260F73" w14:paraId="11904FE7" w14:textId="77777777" w:rsidTr="00E70F08">
        <w:tc>
          <w:tcPr>
            <w:tcW w:w="9350" w:type="dxa"/>
            <w:gridSpan w:val="2"/>
          </w:tcPr>
          <w:p w14:paraId="17040DC0" w14:textId="74C12DFC" w:rsidR="002E140B" w:rsidRPr="00260F73" w:rsidRDefault="002E140B">
            <w:r w:rsidRPr="00260F73">
              <w:rPr>
                <w:b/>
                <w:bCs/>
              </w:rPr>
              <w:t xml:space="preserve">Position (Intern; SHO; Reg): </w:t>
            </w:r>
            <w:sdt>
              <w:sdtPr>
                <w:rPr>
                  <w:b/>
                  <w:bCs/>
                </w:rPr>
                <w:id w:val="-1236849598"/>
                <w:placeholder>
                  <w:docPart w:val="2A85F1BB5E59479D91B2E845B74103B1"/>
                </w:placeholder>
                <w:showingPlcHdr/>
              </w:sdtPr>
              <w:sdtEndPr/>
              <w:sdtContent>
                <w:r w:rsidRPr="00260F73">
                  <w:rPr>
                    <w:rStyle w:val="PlaceholderText"/>
                  </w:rPr>
                  <w:t>Click or tap here to enter text.</w:t>
                </w:r>
              </w:sdtContent>
            </w:sdt>
          </w:p>
        </w:tc>
      </w:tr>
      <w:tr w:rsidR="002E140B" w:rsidRPr="00260F73" w14:paraId="0D159708" w14:textId="77777777" w:rsidTr="002E140B">
        <w:tc>
          <w:tcPr>
            <w:tcW w:w="2547" w:type="dxa"/>
          </w:tcPr>
          <w:p w14:paraId="6855F987" w14:textId="77777777" w:rsidR="002E140B" w:rsidRPr="00260F73" w:rsidRDefault="002E140B">
            <w:r w:rsidRPr="00260F73">
              <w:rPr>
                <w:b/>
                <w:bCs/>
              </w:rPr>
              <w:t>Start Date</w:t>
            </w:r>
          </w:p>
        </w:tc>
        <w:sdt>
          <w:sdtPr>
            <w:id w:val="1122346841"/>
            <w:placeholder>
              <w:docPart w:val="734A0FEE22AB4D08A85FAFBB84445CB9"/>
            </w:placeholder>
            <w:showingPlcHdr/>
            <w:date>
              <w:dateFormat w:val="dd/MM/yyyy"/>
              <w:lid w:val="en-IE"/>
              <w:storeMappedDataAs w:val="dateTime"/>
              <w:calendar w:val="gregorian"/>
            </w:date>
          </w:sdtPr>
          <w:sdtEndPr/>
          <w:sdtContent>
            <w:tc>
              <w:tcPr>
                <w:tcW w:w="6803" w:type="dxa"/>
              </w:tcPr>
              <w:p w14:paraId="45529B1E" w14:textId="77777777" w:rsidR="002E140B" w:rsidRPr="00260F73" w:rsidRDefault="002E140B" w:rsidP="00076DED">
                <w:r w:rsidRPr="00260F73">
                  <w:rPr>
                    <w:rStyle w:val="PlaceholderText"/>
                  </w:rPr>
                  <w:t>Click or tap to enter a date.</w:t>
                </w:r>
              </w:p>
            </w:tc>
          </w:sdtContent>
        </w:sdt>
      </w:tr>
      <w:tr w:rsidR="002E140B" w:rsidRPr="00260F73" w14:paraId="3FF24D13" w14:textId="77777777" w:rsidTr="002E140B">
        <w:tc>
          <w:tcPr>
            <w:tcW w:w="2547" w:type="dxa"/>
          </w:tcPr>
          <w:p w14:paraId="104FCC2D" w14:textId="77777777" w:rsidR="002E140B" w:rsidRPr="00260F73" w:rsidRDefault="002E140B">
            <w:r w:rsidRPr="00260F73">
              <w:rPr>
                <w:b/>
                <w:bCs/>
              </w:rPr>
              <w:t>End Date</w:t>
            </w:r>
          </w:p>
        </w:tc>
        <w:sdt>
          <w:sdtPr>
            <w:id w:val="1682545086"/>
            <w:placeholder>
              <w:docPart w:val="3AE69983638E496B87E186B118E83D05"/>
            </w:placeholder>
            <w:showingPlcHdr/>
            <w:date>
              <w:dateFormat w:val="dd/MM/yyyy"/>
              <w:lid w:val="en-IE"/>
              <w:storeMappedDataAs w:val="dateTime"/>
              <w:calendar w:val="gregorian"/>
            </w:date>
          </w:sdtPr>
          <w:sdtEndPr/>
          <w:sdtContent>
            <w:tc>
              <w:tcPr>
                <w:tcW w:w="6803" w:type="dxa"/>
              </w:tcPr>
              <w:p w14:paraId="60588BA6" w14:textId="77777777" w:rsidR="002E140B" w:rsidRPr="00260F73" w:rsidRDefault="002E140B" w:rsidP="00076DED">
                <w:r w:rsidRPr="00260F73">
                  <w:rPr>
                    <w:rStyle w:val="PlaceholderText"/>
                  </w:rPr>
                  <w:t>Click or tap to enter a date.</w:t>
                </w:r>
              </w:p>
            </w:tc>
          </w:sdtContent>
        </w:sdt>
      </w:tr>
      <w:tr w:rsidR="002E140B" w:rsidRPr="00260F73" w14:paraId="15579743" w14:textId="77777777" w:rsidTr="002E140B">
        <w:tc>
          <w:tcPr>
            <w:tcW w:w="2547" w:type="dxa"/>
          </w:tcPr>
          <w:p w14:paraId="4D83AFB6" w14:textId="77777777" w:rsidR="002E140B" w:rsidRPr="00260F73" w:rsidRDefault="002E140B">
            <w:r w:rsidRPr="00260F73">
              <w:rPr>
                <w:b/>
                <w:bCs/>
              </w:rPr>
              <w:t>Hospital</w:t>
            </w:r>
          </w:p>
        </w:tc>
        <w:sdt>
          <w:sdtPr>
            <w:id w:val="2074315478"/>
            <w:placeholder>
              <w:docPart w:val="4E1B8BE8E635423EB269141E9E2912AC"/>
            </w:placeholder>
            <w:showingPlcHdr/>
          </w:sdtPr>
          <w:sdtEndPr/>
          <w:sdtContent>
            <w:tc>
              <w:tcPr>
                <w:tcW w:w="6803" w:type="dxa"/>
              </w:tcPr>
              <w:p w14:paraId="4FF8C2D7" w14:textId="77777777" w:rsidR="002E140B" w:rsidRPr="00260F73" w:rsidRDefault="002E140B" w:rsidP="00076DED">
                <w:r w:rsidRPr="00260F73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2E140B" w:rsidRPr="00260F73" w14:paraId="48B155F2" w14:textId="77777777" w:rsidTr="002E140B">
        <w:tc>
          <w:tcPr>
            <w:tcW w:w="2547" w:type="dxa"/>
          </w:tcPr>
          <w:p w14:paraId="5C52A10E" w14:textId="77777777" w:rsidR="002E140B" w:rsidRPr="00260F73" w:rsidRDefault="002E140B">
            <w:r w:rsidRPr="00260F73">
              <w:rPr>
                <w:b/>
                <w:bCs/>
              </w:rPr>
              <w:t>Specialty</w:t>
            </w:r>
          </w:p>
        </w:tc>
        <w:sdt>
          <w:sdtPr>
            <w:id w:val="2138367119"/>
            <w:placeholder>
              <w:docPart w:val="522C19E6AA2346A4966003129C441C2C"/>
            </w:placeholder>
            <w:showingPlcHdr/>
          </w:sdtPr>
          <w:sdtEndPr/>
          <w:sdtContent>
            <w:tc>
              <w:tcPr>
                <w:tcW w:w="6803" w:type="dxa"/>
              </w:tcPr>
              <w:p w14:paraId="68F98D5F" w14:textId="77777777" w:rsidR="002E140B" w:rsidRPr="00260F73" w:rsidRDefault="002E140B" w:rsidP="00076DED">
                <w:r w:rsidRPr="00260F73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2E140B" w:rsidRPr="00260F73" w14:paraId="090BAA34" w14:textId="77777777" w:rsidTr="002E140B">
        <w:tc>
          <w:tcPr>
            <w:tcW w:w="2547" w:type="dxa"/>
            <w:vAlign w:val="center"/>
          </w:tcPr>
          <w:p w14:paraId="563AF5FC" w14:textId="77777777" w:rsidR="002E140B" w:rsidRPr="00260F73" w:rsidRDefault="002E140B" w:rsidP="002E140B">
            <w:proofErr w:type="gramStart"/>
            <w:r w:rsidRPr="00260F73">
              <w:rPr>
                <w:b/>
                <w:bCs/>
              </w:rPr>
              <w:t>Sub Specialty</w:t>
            </w:r>
            <w:proofErr w:type="gramEnd"/>
            <w:r w:rsidRPr="00260F73">
              <w:rPr>
                <w:b/>
                <w:bCs/>
              </w:rPr>
              <w:t xml:space="preserve"> (where applicable</w:t>
            </w:r>
          </w:p>
        </w:tc>
        <w:sdt>
          <w:sdtPr>
            <w:id w:val="-1212111084"/>
            <w:placeholder>
              <w:docPart w:val="DC6DBC8E8B3947CB8F9195F36B67D85A"/>
            </w:placeholder>
            <w:showingPlcHdr/>
          </w:sdtPr>
          <w:sdtEndPr/>
          <w:sdtContent>
            <w:tc>
              <w:tcPr>
                <w:tcW w:w="6803" w:type="dxa"/>
              </w:tcPr>
              <w:p w14:paraId="2EFBB2EB" w14:textId="77777777" w:rsidR="002E140B" w:rsidRPr="00260F73" w:rsidRDefault="002E140B" w:rsidP="00076DED">
                <w:r w:rsidRPr="00260F73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2E140B" w:rsidRPr="00260F73" w14:paraId="1680F5A1" w14:textId="77777777" w:rsidTr="002E140B">
        <w:tc>
          <w:tcPr>
            <w:tcW w:w="2547" w:type="dxa"/>
            <w:tcBorders>
              <w:bottom w:val="single" w:sz="4" w:space="0" w:color="auto"/>
            </w:tcBorders>
          </w:tcPr>
          <w:p w14:paraId="1F8D55A6" w14:textId="77777777" w:rsidR="002E140B" w:rsidRPr="00260F73" w:rsidRDefault="002E140B" w:rsidP="002E140B">
            <w:r w:rsidRPr="00260F73">
              <w:rPr>
                <w:b/>
                <w:bCs/>
              </w:rPr>
              <w:t>Summary of clinical duties</w:t>
            </w:r>
          </w:p>
        </w:tc>
        <w:sdt>
          <w:sdtPr>
            <w:id w:val="274300943"/>
            <w:placeholder>
              <w:docPart w:val="49487EF4E50B45EF8F8DF0A58099CB09"/>
            </w:placeholder>
            <w:showingPlcHdr/>
          </w:sdtPr>
          <w:sdtEndPr/>
          <w:sdtContent>
            <w:tc>
              <w:tcPr>
                <w:tcW w:w="6803" w:type="dxa"/>
                <w:tcBorders>
                  <w:bottom w:val="single" w:sz="4" w:space="0" w:color="auto"/>
                </w:tcBorders>
              </w:tcPr>
              <w:p w14:paraId="0C1B8318" w14:textId="77777777" w:rsidR="002E140B" w:rsidRPr="00260F73" w:rsidRDefault="002E140B" w:rsidP="00076DED">
                <w:r w:rsidRPr="00260F73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2E140B" w:rsidRPr="00260F73" w14:paraId="1CBA9A3D" w14:textId="77777777" w:rsidTr="002E140B">
        <w:tc>
          <w:tcPr>
            <w:tcW w:w="9350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6C5BE705" w14:textId="591AD098" w:rsidR="002E140B" w:rsidRPr="00260F73" w:rsidRDefault="002E140B" w:rsidP="002E140B"/>
        </w:tc>
      </w:tr>
      <w:tr w:rsidR="00F066E1" w:rsidRPr="00260F73" w14:paraId="02EC32B7" w14:textId="77777777" w:rsidTr="00E70F08">
        <w:tc>
          <w:tcPr>
            <w:tcW w:w="9350" w:type="dxa"/>
            <w:gridSpan w:val="2"/>
          </w:tcPr>
          <w:p w14:paraId="41D42715" w14:textId="6F6BE92B" w:rsidR="00F066E1" w:rsidRPr="00260F73" w:rsidRDefault="00F066E1">
            <w:r w:rsidRPr="00260F73">
              <w:rPr>
                <w:b/>
                <w:bCs/>
              </w:rPr>
              <w:t xml:space="preserve">Position (Intern; SHO; Reg): </w:t>
            </w:r>
            <w:sdt>
              <w:sdtPr>
                <w:rPr>
                  <w:b/>
                  <w:bCs/>
                </w:rPr>
                <w:id w:val="1162358767"/>
                <w:placeholder>
                  <w:docPart w:val="AA869886ABAF424FB7953BF2DF1D31CE"/>
                </w:placeholder>
                <w:showingPlcHdr/>
              </w:sdtPr>
              <w:sdtEndPr/>
              <w:sdtContent>
                <w:r w:rsidRPr="00260F73">
                  <w:rPr>
                    <w:rStyle w:val="PlaceholderText"/>
                  </w:rPr>
                  <w:t>Click or tap here to enter text.</w:t>
                </w:r>
              </w:sdtContent>
            </w:sdt>
          </w:p>
        </w:tc>
      </w:tr>
      <w:tr w:rsidR="00F066E1" w:rsidRPr="00260F73" w14:paraId="71AA5D40" w14:textId="77777777" w:rsidTr="002E140B">
        <w:tc>
          <w:tcPr>
            <w:tcW w:w="2547" w:type="dxa"/>
          </w:tcPr>
          <w:p w14:paraId="3A62410A" w14:textId="77777777" w:rsidR="00F066E1" w:rsidRPr="00260F73" w:rsidRDefault="00F066E1">
            <w:r w:rsidRPr="00260F73">
              <w:rPr>
                <w:b/>
                <w:bCs/>
              </w:rPr>
              <w:t>Start Date</w:t>
            </w:r>
          </w:p>
        </w:tc>
        <w:sdt>
          <w:sdtPr>
            <w:id w:val="1099301567"/>
            <w:placeholder>
              <w:docPart w:val="AE374A1CCD91472388352B00158D417E"/>
            </w:placeholder>
            <w:showingPlcHdr/>
            <w:date>
              <w:dateFormat w:val="dd/MM/yyyy"/>
              <w:lid w:val="en-IE"/>
              <w:storeMappedDataAs w:val="dateTime"/>
              <w:calendar w:val="gregorian"/>
            </w:date>
          </w:sdtPr>
          <w:sdtEndPr/>
          <w:sdtContent>
            <w:tc>
              <w:tcPr>
                <w:tcW w:w="6803" w:type="dxa"/>
              </w:tcPr>
              <w:p w14:paraId="6665FD11" w14:textId="77777777" w:rsidR="00F066E1" w:rsidRPr="00260F73" w:rsidRDefault="00F066E1" w:rsidP="00CA2CEB">
                <w:r w:rsidRPr="00260F73">
                  <w:rPr>
                    <w:rStyle w:val="PlaceholderText"/>
                  </w:rPr>
                  <w:t>Click or tap to enter a date.</w:t>
                </w:r>
              </w:p>
            </w:tc>
          </w:sdtContent>
        </w:sdt>
      </w:tr>
      <w:tr w:rsidR="00F066E1" w:rsidRPr="00260F73" w14:paraId="5F2B6D34" w14:textId="77777777" w:rsidTr="002E140B">
        <w:tc>
          <w:tcPr>
            <w:tcW w:w="2547" w:type="dxa"/>
          </w:tcPr>
          <w:p w14:paraId="2FC8458E" w14:textId="77777777" w:rsidR="00F066E1" w:rsidRPr="00260F73" w:rsidRDefault="00F066E1">
            <w:r w:rsidRPr="00260F73">
              <w:rPr>
                <w:b/>
                <w:bCs/>
              </w:rPr>
              <w:t>End Date</w:t>
            </w:r>
          </w:p>
        </w:tc>
        <w:sdt>
          <w:sdtPr>
            <w:id w:val="-1663689408"/>
            <w:placeholder>
              <w:docPart w:val="32E47FD49B3B473D895C35EFD17C4C67"/>
            </w:placeholder>
            <w:showingPlcHdr/>
            <w:date>
              <w:dateFormat w:val="dd/MM/yyyy"/>
              <w:lid w:val="en-IE"/>
              <w:storeMappedDataAs w:val="dateTime"/>
              <w:calendar w:val="gregorian"/>
            </w:date>
          </w:sdtPr>
          <w:sdtEndPr/>
          <w:sdtContent>
            <w:tc>
              <w:tcPr>
                <w:tcW w:w="6803" w:type="dxa"/>
              </w:tcPr>
              <w:p w14:paraId="3121223E" w14:textId="77777777" w:rsidR="00F066E1" w:rsidRPr="00260F73" w:rsidRDefault="00F066E1" w:rsidP="00CA2CEB">
                <w:r w:rsidRPr="00260F73">
                  <w:rPr>
                    <w:rStyle w:val="PlaceholderText"/>
                  </w:rPr>
                  <w:t>Click or tap to enter a date.</w:t>
                </w:r>
              </w:p>
            </w:tc>
          </w:sdtContent>
        </w:sdt>
      </w:tr>
      <w:tr w:rsidR="00F066E1" w:rsidRPr="00260F73" w14:paraId="3C229CFC" w14:textId="77777777" w:rsidTr="002E140B">
        <w:tc>
          <w:tcPr>
            <w:tcW w:w="2547" w:type="dxa"/>
          </w:tcPr>
          <w:p w14:paraId="20094513" w14:textId="77777777" w:rsidR="00F066E1" w:rsidRPr="00260F73" w:rsidRDefault="00F066E1">
            <w:r w:rsidRPr="00260F73">
              <w:rPr>
                <w:b/>
                <w:bCs/>
              </w:rPr>
              <w:t>Hospital</w:t>
            </w:r>
          </w:p>
        </w:tc>
        <w:sdt>
          <w:sdtPr>
            <w:id w:val="2019426413"/>
            <w:placeholder>
              <w:docPart w:val="F31D89B3B11049B6B25FF5836F1A62F1"/>
            </w:placeholder>
            <w:showingPlcHdr/>
          </w:sdtPr>
          <w:sdtEndPr/>
          <w:sdtContent>
            <w:tc>
              <w:tcPr>
                <w:tcW w:w="6803" w:type="dxa"/>
              </w:tcPr>
              <w:p w14:paraId="1EABB3EF" w14:textId="77777777" w:rsidR="00F066E1" w:rsidRPr="00260F73" w:rsidRDefault="00F066E1" w:rsidP="00CA2CEB">
                <w:r w:rsidRPr="00260F73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F066E1" w:rsidRPr="00260F73" w14:paraId="767F0BF4" w14:textId="77777777" w:rsidTr="002E140B">
        <w:tc>
          <w:tcPr>
            <w:tcW w:w="2547" w:type="dxa"/>
          </w:tcPr>
          <w:p w14:paraId="16ED3C20" w14:textId="77777777" w:rsidR="00F066E1" w:rsidRPr="00260F73" w:rsidRDefault="00F066E1">
            <w:r w:rsidRPr="00260F73">
              <w:rPr>
                <w:b/>
                <w:bCs/>
              </w:rPr>
              <w:t>Specialty</w:t>
            </w:r>
          </w:p>
        </w:tc>
        <w:sdt>
          <w:sdtPr>
            <w:id w:val="-1635325118"/>
            <w:placeholder>
              <w:docPart w:val="731DF214F1EF49FE80659C689B3ADCD4"/>
            </w:placeholder>
            <w:showingPlcHdr/>
          </w:sdtPr>
          <w:sdtEndPr/>
          <w:sdtContent>
            <w:tc>
              <w:tcPr>
                <w:tcW w:w="6803" w:type="dxa"/>
              </w:tcPr>
              <w:p w14:paraId="26286387" w14:textId="77777777" w:rsidR="00F066E1" w:rsidRPr="00260F73" w:rsidRDefault="00F066E1" w:rsidP="00CA2CEB">
                <w:r w:rsidRPr="00260F73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F066E1" w:rsidRPr="00260F73" w14:paraId="4E863717" w14:textId="77777777" w:rsidTr="002E140B">
        <w:tc>
          <w:tcPr>
            <w:tcW w:w="2547" w:type="dxa"/>
            <w:vAlign w:val="center"/>
          </w:tcPr>
          <w:p w14:paraId="02FA8EA6" w14:textId="77777777" w:rsidR="00F066E1" w:rsidRPr="00260F73" w:rsidRDefault="00F066E1" w:rsidP="002E140B">
            <w:proofErr w:type="gramStart"/>
            <w:r w:rsidRPr="00260F73">
              <w:rPr>
                <w:b/>
                <w:bCs/>
              </w:rPr>
              <w:t>Sub Specialty</w:t>
            </w:r>
            <w:proofErr w:type="gramEnd"/>
            <w:r w:rsidRPr="00260F73">
              <w:rPr>
                <w:b/>
                <w:bCs/>
              </w:rPr>
              <w:t xml:space="preserve"> (where applicable</w:t>
            </w:r>
          </w:p>
        </w:tc>
        <w:sdt>
          <w:sdtPr>
            <w:id w:val="-1605030717"/>
            <w:placeholder>
              <w:docPart w:val="5D366CD35AAB47649E996CEAEBB60351"/>
            </w:placeholder>
            <w:showingPlcHdr/>
          </w:sdtPr>
          <w:sdtEndPr/>
          <w:sdtContent>
            <w:tc>
              <w:tcPr>
                <w:tcW w:w="6803" w:type="dxa"/>
              </w:tcPr>
              <w:p w14:paraId="613F2548" w14:textId="77777777" w:rsidR="00F066E1" w:rsidRPr="00260F73" w:rsidRDefault="00F066E1" w:rsidP="00CA2CEB">
                <w:r w:rsidRPr="00260F73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F066E1" w:rsidRPr="00260F73" w14:paraId="7C736545" w14:textId="77777777" w:rsidTr="002E140B">
        <w:tc>
          <w:tcPr>
            <w:tcW w:w="2547" w:type="dxa"/>
            <w:tcBorders>
              <w:bottom w:val="single" w:sz="4" w:space="0" w:color="auto"/>
            </w:tcBorders>
          </w:tcPr>
          <w:p w14:paraId="0DFC4879" w14:textId="77777777" w:rsidR="00F066E1" w:rsidRPr="00260F73" w:rsidRDefault="00F066E1" w:rsidP="002E140B">
            <w:r w:rsidRPr="00260F73">
              <w:rPr>
                <w:b/>
                <w:bCs/>
              </w:rPr>
              <w:t>Summary of clinical duties</w:t>
            </w:r>
          </w:p>
        </w:tc>
        <w:sdt>
          <w:sdtPr>
            <w:id w:val="-1831896684"/>
            <w:placeholder>
              <w:docPart w:val="689329DF26FB4E599B895EB5751A472F"/>
            </w:placeholder>
            <w:showingPlcHdr/>
          </w:sdtPr>
          <w:sdtEndPr/>
          <w:sdtContent>
            <w:tc>
              <w:tcPr>
                <w:tcW w:w="6803" w:type="dxa"/>
                <w:tcBorders>
                  <w:bottom w:val="single" w:sz="4" w:space="0" w:color="auto"/>
                </w:tcBorders>
              </w:tcPr>
              <w:p w14:paraId="2274F8A4" w14:textId="77777777" w:rsidR="00F066E1" w:rsidRPr="00260F73" w:rsidRDefault="00F066E1" w:rsidP="00CA2CEB">
                <w:r w:rsidRPr="00260F73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F066E1" w:rsidRPr="00260F73" w14:paraId="2BDDD9DE" w14:textId="77777777" w:rsidTr="002E140B">
        <w:tc>
          <w:tcPr>
            <w:tcW w:w="9350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72010305" w14:textId="6A5C3BB8" w:rsidR="00F066E1" w:rsidRPr="00260F73" w:rsidRDefault="00F066E1" w:rsidP="002E140B"/>
        </w:tc>
      </w:tr>
      <w:tr w:rsidR="00F066E1" w:rsidRPr="00260F73" w14:paraId="5F42DCFC" w14:textId="77777777" w:rsidTr="00E70F08">
        <w:tc>
          <w:tcPr>
            <w:tcW w:w="9350" w:type="dxa"/>
            <w:gridSpan w:val="2"/>
          </w:tcPr>
          <w:p w14:paraId="613F94F8" w14:textId="10C8D762" w:rsidR="00F066E1" w:rsidRPr="00260F73" w:rsidRDefault="00F066E1">
            <w:r w:rsidRPr="00260F73">
              <w:rPr>
                <w:b/>
                <w:bCs/>
              </w:rPr>
              <w:t xml:space="preserve">Position (Intern; SHO; Reg): </w:t>
            </w:r>
            <w:sdt>
              <w:sdtPr>
                <w:rPr>
                  <w:b/>
                  <w:bCs/>
                </w:rPr>
                <w:id w:val="-799835593"/>
                <w:placeholder>
                  <w:docPart w:val="0662CB9F97754CE9B20ABCC49A5D4E82"/>
                </w:placeholder>
                <w:showingPlcHdr/>
              </w:sdtPr>
              <w:sdtEndPr/>
              <w:sdtContent>
                <w:r w:rsidRPr="00260F73">
                  <w:rPr>
                    <w:rStyle w:val="PlaceholderText"/>
                  </w:rPr>
                  <w:t>Click or tap here to enter text.</w:t>
                </w:r>
              </w:sdtContent>
            </w:sdt>
          </w:p>
        </w:tc>
      </w:tr>
      <w:tr w:rsidR="00F066E1" w:rsidRPr="00260F73" w14:paraId="7B6EE43E" w14:textId="77777777" w:rsidTr="002E140B">
        <w:tc>
          <w:tcPr>
            <w:tcW w:w="2547" w:type="dxa"/>
          </w:tcPr>
          <w:p w14:paraId="2324A928" w14:textId="77777777" w:rsidR="00F066E1" w:rsidRPr="00260F73" w:rsidRDefault="00F066E1">
            <w:r w:rsidRPr="00260F73">
              <w:rPr>
                <w:b/>
                <w:bCs/>
              </w:rPr>
              <w:t>Start Date</w:t>
            </w:r>
          </w:p>
        </w:tc>
        <w:sdt>
          <w:sdtPr>
            <w:id w:val="-506749774"/>
            <w:placeholder>
              <w:docPart w:val="65C8F5FE428D487DA8BB7B464E79FA04"/>
            </w:placeholder>
            <w:showingPlcHdr/>
            <w:date>
              <w:dateFormat w:val="dd/MM/yyyy"/>
              <w:lid w:val="en-IE"/>
              <w:storeMappedDataAs w:val="dateTime"/>
              <w:calendar w:val="gregorian"/>
            </w:date>
          </w:sdtPr>
          <w:sdtEndPr/>
          <w:sdtContent>
            <w:tc>
              <w:tcPr>
                <w:tcW w:w="6803" w:type="dxa"/>
              </w:tcPr>
              <w:p w14:paraId="507A35CD" w14:textId="77777777" w:rsidR="00F066E1" w:rsidRPr="00260F73" w:rsidRDefault="00F066E1" w:rsidP="00CA2CEB">
                <w:r w:rsidRPr="00260F73">
                  <w:rPr>
                    <w:rStyle w:val="PlaceholderText"/>
                  </w:rPr>
                  <w:t>Click or tap to enter a date.</w:t>
                </w:r>
              </w:p>
            </w:tc>
          </w:sdtContent>
        </w:sdt>
      </w:tr>
      <w:tr w:rsidR="00F066E1" w:rsidRPr="00260F73" w14:paraId="28BCA9FD" w14:textId="77777777" w:rsidTr="002E140B">
        <w:tc>
          <w:tcPr>
            <w:tcW w:w="2547" w:type="dxa"/>
          </w:tcPr>
          <w:p w14:paraId="68371881" w14:textId="77777777" w:rsidR="00F066E1" w:rsidRPr="00260F73" w:rsidRDefault="00F066E1">
            <w:r w:rsidRPr="00260F73">
              <w:rPr>
                <w:b/>
                <w:bCs/>
              </w:rPr>
              <w:t>End Date</w:t>
            </w:r>
          </w:p>
        </w:tc>
        <w:sdt>
          <w:sdtPr>
            <w:id w:val="-1267544061"/>
            <w:placeholder>
              <w:docPart w:val="47B830DF94924B2482C12B7DBBE96471"/>
            </w:placeholder>
            <w:showingPlcHdr/>
            <w:date>
              <w:dateFormat w:val="dd/MM/yyyy"/>
              <w:lid w:val="en-IE"/>
              <w:storeMappedDataAs w:val="dateTime"/>
              <w:calendar w:val="gregorian"/>
            </w:date>
          </w:sdtPr>
          <w:sdtEndPr/>
          <w:sdtContent>
            <w:tc>
              <w:tcPr>
                <w:tcW w:w="6803" w:type="dxa"/>
              </w:tcPr>
              <w:p w14:paraId="24B401FA" w14:textId="77777777" w:rsidR="00F066E1" w:rsidRPr="00260F73" w:rsidRDefault="00F066E1" w:rsidP="00CA2CEB">
                <w:r w:rsidRPr="00260F73">
                  <w:rPr>
                    <w:rStyle w:val="PlaceholderText"/>
                  </w:rPr>
                  <w:t>Click or tap to enter a date.</w:t>
                </w:r>
              </w:p>
            </w:tc>
          </w:sdtContent>
        </w:sdt>
      </w:tr>
      <w:tr w:rsidR="00F066E1" w:rsidRPr="00260F73" w14:paraId="76384DF6" w14:textId="77777777" w:rsidTr="002E140B">
        <w:tc>
          <w:tcPr>
            <w:tcW w:w="2547" w:type="dxa"/>
          </w:tcPr>
          <w:p w14:paraId="68D22467" w14:textId="77777777" w:rsidR="00F066E1" w:rsidRPr="00260F73" w:rsidRDefault="00F066E1">
            <w:r w:rsidRPr="00260F73">
              <w:rPr>
                <w:b/>
                <w:bCs/>
              </w:rPr>
              <w:t>Hospital</w:t>
            </w:r>
          </w:p>
        </w:tc>
        <w:sdt>
          <w:sdtPr>
            <w:id w:val="1482653306"/>
            <w:placeholder>
              <w:docPart w:val="3C3D8F92E24C49BA908881E9316FE63A"/>
            </w:placeholder>
            <w:showingPlcHdr/>
          </w:sdtPr>
          <w:sdtEndPr/>
          <w:sdtContent>
            <w:tc>
              <w:tcPr>
                <w:tcW w:w="6803" w:type="dxa"/>
              </w:tcPr>
              <w:p w14:paraId="60CB66EC" w14:textId="77777777" w:rsidR="00F066E1" w:rsidRPr="00260F73" w:rsidRDefault="00F066E1" w:rsidP="00CA2CEB">
                <w:r w:rsidRPr="00260F73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F066E1" w:rsidRPr="00260F73" w14:paraId="493345EC" w14:textId="77777777" w:rsidTr="002E140B">
        <w:tc>
          <w:tcPr>
            <w:tcW w:w="2547" w:type="dxa"/>
          </w:tcPr>
          <w:p w14:paraId="6913DB96" w14:textId="77777777" w:rsidR="00F066E1" w:rsidRPr="00260F73" w:rsidRDefault="00F066E1">
            <w:r w:rsidRPr="00260F73">
              <w:rPr>
                <w:b/>
                <w:bCs/>
              </w:rPr>
              <w:t>Specialty</w:t>
            </w:r>
          </w:p>
        </w:tc>
        <w:sdt>
          <w:sdtPr>
            <w:id w:val="1751228699"/>
            <w:placeholder>
              <w:docPart w:val="0680E0D108424F9A9B479935F9B01310"/>
            </w:placeholder>
            <w:showingPlcHdr/>
          </w:sdtPr>
          <w:sdtEndPr/>
          <w:sdtContent>
            <w:tc>
              <w:tcPr>
                <w:tcW w:w="6803" w:type="dxa"/>
              </w:tcPr>
              <w:p w14:paraId="39DC0832" w14:textId="77777777" w:rsidR="00F066E1" w:rsidRPr="00260F73" w:rsidRDefault="00F066E1" w:rsidP="00CA2CEB">
                <w:r w:rsidRPr="00260F73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F066E1" w:rsidRPr="00260F73" w14:paraId="1F8E03A4" w14:textId="77777777" w:rsidTr="002E140B">
        <w:tc>
          <w:tcPr>
            <w:tcW w:w="2547" w:type="dxa"/>
            <w:vAlign w:val="center"/>
          </w:tcPr>
          <w:p w14:paraId="4F0E4DD1" w14:textId="77777777" w:rsidR="00F066E1" w:rsidRPr="00260F73" w:rsidRDefault="00F066E1" w:rsidP="002E140B">
            <w:proofErr w:type="gramStart"/>
            <w:r w:rsidRPr="00260F73">
              <w:rPr>
                <w:b/>
                <w:bCs/>
              </w:rPr>
              <w:t>Sub Specialty</w:t>
            </w:r>
            <w:proofErr w:type="gramEnd"/>
            <w:r w:rsidRPr="00260F73">
              <w:rPr>
                <w:b/>
                <w:bCs/>
              </w:rPr>
              <w:t xml:space="preserve"> (where applicable</w:t>
            </w:r>
          </w:p>
        </w:tc>
        <w:sdt>
          <w:sdtPr>
            <w:id w:val="-268619653"/>
            <w:placeholder>
              <w:docPart w:val="4148FAD007544EB584F6409C67250573"/>
            </w:placeholder>
            <w:showingPlcHdr/>
          </w:sdtPr>
          <w:sdtEndPr/>
          <w:sdtContent>
            <w:tc>
              <w:tcPr>
                <w:tcW w:w="6803" w:type="dxa"/>
              </w:tcPr>
              <w:p w14:paraId="72CC3805" w14:textId="77777777" w:rsidR="00F066E1" w:rsidRPr="00260F73" w:rsidRDefault="00F066E1" w:rsidP="00CA2CEB">
                <w:r w:rsidRPr="00260F73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F066E1" w:rsidRPr="00260F73" w14:paraId="6C07CE6F" w14:textId="77777777" w:rsidTr="002E140B">
        <w:tc>
          <w:tcPr>
            <w:tcW w:w="2547" w:type="dxa"/>
            <w:tcBorders>
              <w:bottom w:val="single" w:sz="4" w:space="0" w:color="auto"/>
            </w:tcBorders>
          </w:tcPr>
          <w:p w14:paraId="262E6CBE" w14:textId="77777777" w:rsidR="00F066E1" w:rsidRPr="00260F73" w:rsidRDefault="00F066E1" w:rsidP="002E140B">
            <w:r w:rsidRPr="00260F73">
              <w:rPr>
                <w:b/>
                <w:bCs/>
              </w:rPr>
              <w:t>Summary of clinical duties</w:t>
            </w:r>
          </w:p>
        </w:tc>
        <w:sdt>
          <w:sdtPr>
            <w:id w:val="705916412"/>
            <w:placeholder>
              <w:docPart w:val="59EC32D1A006489898648B98FA09FC20"/>
            </w:placeholder>
            <w:showingPlcHdr/>
          </w:sdtPr>
          <w:sdtEndPr/>
          <w:sdtContent>
            <w:tc>
              <w:tcPr>
                <w:tcW w:w="6803" w:type="dxa"/>
                <w:tcBorders>
                  <w:bottom w:val="single" w:sz="4" w:space="0" w:color="auto"/>
                </w:tcBorders>
              </w:tcPr>
              <w:p w14:paraId="5E0E7769" w14:textId="77777777" w:rsidR="00F066E1" w:rsidRPr="00260F73" w:rsidRDefault="00F066E1" w:rsidP="00CA2CEB">
                <w:r w:rsidRPr="00260F73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F066E1" w:rsidRPr="00260F73" w14:paraId="1FEB9E74" w14:textId="77777777" w:rsidTr="002E140B">
        <w:tc>
          <w:tcPr>
            <w:tcW w:w="9350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0287699F" w14:textId="45EC2EB6" w:rsidR="00F066E1" w:rsidRPr="00260F73" w:rsidRDefault="00F066E1" w:rsidP="002E140B"/>
        </w:tc>
      </w:tr>
      <w:tr w:rsidR="00F066E1" w:rsidRPr="00260F73" w14:paraId="7EC84142" w14:textId="77777777" w:rsidTr="00E70F08">
        <w:tc>
          <w:tcPr>
            <w:tcW w:w="9350" w:type="dxa"/>
            <w:gridSpan w:val="2"/>
          </w:tcPr>
          <w:p w14:paraId="111F7495" w14:textId="3F80EA19" w:rsidR="00F066E1" w:rsidRPr="00260F73" w:rsidRDefault="00F066E1">
            <w:r w:rsidRPr="00260F73">
              <w:rPr>
                <w:b/>
                <w:bCs/>
              </w:rPr>
              <w:t xml:space="preserve">Position (Intern; SHO; Reg): </w:t>
            </w:r>
            <w:sdt>
              <w:sdtPr>
                <w:rPr>
                  <w:b/>
                  <w:bCs/>
                </w:rPr>
                <w:id w:val="1471170329"/>
                <w:placeholder>
                  <w:docPart w:val="BDF8E50BF1CC440F808E2991B30E9E35"/>
                </w:placeholder>
                <w:showingPlcHdr/>
              </w:sdtPr>
              <w:sdtEndPr/>
              <w:sdtContent>
                <w:r w:rsidRPr="00260F73">
                  <w:rPr>
                    <w:rStyle w:val="PlaceholderText"/>
                  </w:rPr>
                  <w:t>Click or tap here to enter text.</w:t>
                </w:r>
              </w:sdtContent>
            </w:sdt>
          </w:p>
        </w:tc>
      </w:tr>
      <w:tr w:rsidR="00F066E1" w:rsidRPr="00260F73" w14:paraId="5E857466" w14:textId="77777777" w:rsidTr="002E140B">
        <w:tc>
          <w:tcPr>
            <w:tcW w:w="2547" w:type="dxa"/>
          </w:tcPr>
          <w:p w14:paraId="637C7C9B" w14:textId="77777777" w:rsidR="00F066E1" w:rsidRPr="00260F73" w:rsidRDefault="00F066E1">
            <w:r w:rsidRPr="00260F73">
              <w:rPr>
                <w:b/>
                <w:bCs/>
              </w:rPr>
              <w:t>Start Date</w:t>
            </w:r>
          </w:p>
        </w:tc>
        <w:sdt>
          <w:sdtPr>
            <w:id w:val="-599562592"/>
            <w:placeholder>
              <w:docPart w:val="1AFE4D77BD004AA782890B1A2B891E91"/>
            </w:placeholder>
            <w:showingPlcHdr/>
            <w:date>
              <w:dateFormat w:val="dd/MM/yyyy"/>
              <w:lid w:val="en-IE"/>
              <w:storeMappedDataAs w:val="dateTime"/>
              <w:calendar w:val="gregorian"/>
            </w:date>
          </w:sdtPr>
          <w:sdtEndPr/>
          <w:sdtContent>
            <w:tc>
              <w:tcPr>
                <w:tcW w:w="6803" w:type="dxa"/>
              </w:tcPr>
              <w:p w14:paraId="39C53B6C" w14:textId="77777777" w:rsidR="00F066E1" w:rsidRPr="00260F73" w:rsidRDefault="00F066E1" w:rsidP="00CA2CEB">
                <w:r w:rsidRPr="00260F73">
                  <w:rPr>
                    <w:rStyle w:val="PlaceholderText"/>
                  </w:rPr>
                  <w:t>Click or tap to enter a date.</w:t>
                </w:r>
              </w:p>
            </w:tc>
          </w:sdtContent>
        </w:sdt>
      </w:tr>
      <w:tr w:rsidR="00F066E1" w:rsidRPr="00260F73" w14:paraId="2EA51209" w14:textId="77777777" w:rsidTr="002E140B">
        <w:tc>
          <w:tcPr>
            <w:tcW w:w="2547" w:type="dxa"/>
          </w:tcPr>
          <w:p w14:paraId="40CF68E9" w14:textId="77777777" w:rsidR="00F066E1" w:rsidRPr="00260F73" w:rsidRDefault="00F066E1">
            <w:r w:rsidRPr="00260F73">
              <w:rPr>
                <w:b/>
                <w:bCs/>
              </w:rPr>
              <w:t>End Date</w:t>
            </w:r>
          </w:p>
        </w:tc>
        <w:sdt>
          <w:sdtPr>
            <w:id w:val="1464623290"/>
            <w:placeholder>
              <w:docPart w:val="9E3FCF74501D4593A28B0097B11CF0FD"/>
            </w:placeholder>
            <w:showingPlcHdr/>
            <w:date>
              <w:dateFormat w:val="dd/MM/yyyy"/>
              <w:lid w:val="en-IE"/>
              <w:storeMappedDataAs w:val="dateTime"/>
              <w:calendar w:val="gregorian"/>
            </w:date>
          </w:sdtPr>
          <w:sdtEndPr/>
          <w:sdtContent>
            <w:tc>
              <w:tcPr>
                <w:tcW w:w="6803" w:type="dxa"/>
              </w:tcPr>
              <w:p w14:paraId="6FF89626" w14:textId="77777777" w:rsidR="00F066E1" w:rsidRPr="00260F73" w:rsidRDefault="00F066E1" w:rsidP="00CA2CEB">
                <w:r w:rsidRPr="00260F73">
                  <w:rPr>
                    <w:rStyle w:val="PlaceholderText"/>
                  </w:rPr>
                  <w:t>Click or tap to enter a date.</w:t>
                </w:r>
              </w:p>
            </w:tc>
          </w:sdtContent>
        </w:sdt>
      </w:tr>
      <w:tr w:rsidR="00F066E1" w:rsidRPr="00260F73" w14:paraId="3D97D46C" w14:textId="77777777" w:rsidTr="002E140B">
        <w:tc>
          <w:tcPr>
            <w:tcW w:w="2547" w:type="dxa"/>
          </w:tcPr>
          <w:p w14:paraId="0DB1C235" w14:textId="77777777" w:rsidR="00F066E1" w:rsidRPr="00260F73" w:rsidRDefault="00F066E1">
            <w:r w:rsidRPr="00260F73">
              <w:rPr>
                <w:b/>
                <w:bCs/>
              </w:rPr>
              <w:t>Hospital</w:t>
            </w:r>
          </w:p>
        </w:tc>
        <w:sdt>
          <w:sdtPr>
            <w:id w:val="346376651"/>
            <w:placeholder>
              <w:docPart w:val="1B7C90431B204091BF34D4AC1D3DBC08"/>
            </w:placeholder>
            <w:showingPlcHdr/>
          </w:sdtPr>
          <w:sdtEndPr/>
          <w:sdtContent>
            <w:tc>
              <w:tcPr>
                <w:tcW w:w="6803" w:type="dxa"/>
              </w:tcPr>
              <w:p w14:paraId="7774240C" w14:textId="77777777" w:rsidR="00F066E1" w:rsidRPr="00260F73" w:rsidRDefault="00F066E1" w:rsidP="00CA2CEB">
                <w:r w:rsidRPr="00260F73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F066E1" w:rsidRPr="00260F73" w14:paraId="6040C774" w14:textId="77777777" w:rsidTr="002E140B">
        <w:tc>
          <w:tcPr>
            <w:tcW w:w="2547" w:type="dxa"/>
          </w:tcPr>
          <w:p w14:paraId="04BD1B04" w14:textId="77777777" w:rsidR="00F066E1" w:rsidRPr="00260F73" w:rsidRDefault="00F066E1">
            <w:r w:rsidRPr="00260F73">
              <w:rPr>
                <w:b/>
                <w:bCs/>
              </w:rPr>
              <w:t>Specialty</w:t>
            </w:r>
          </w:p>
        </w:tc>
        <w:sdt>
          <w:sdtPr>
            <w:id w:val="864333276"/>
            <w:placeholder>
              <w:docPart w:val="7578560DA9D445ACB9628803C4F9665C"/>
            </w:placeholder>
            <w:showingPlcHdr/>
          </w:sdtPr>
          <w:sdtEndPr/>
          <w:sdtContent>
            <w:tc>
              <w:tcPr>
                <w:tcW w:w="6803" w:type="dxa"/>
              </w:tcPr>
              <w:p w14:paraId="65C20B85" w14:textId="77777777" w:rsidR="00F066E1" w:rsidRPr="00260F73" w:rsidRDefault="00F066E1" w:rsidP="00CA2CEB">
                <w:r w:rsidRPr="00260F73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F066E1" w:rsidRPr="00260F73" w14:paraId="6631A031" w14:textId="77777777" w:rsidTr="002E140B">
        <w:tc>
          <w:tcPr>
            <w:tcW w:w="2547" w:type="dxa"/>
            <w:vAlign w:val="center"/>
          </w:tcPr>
          <w:p w14:paraId="30309AB0" w14:textId="77777777" w:rsidR="00F066E1" w:rsidRPr="00260F73" w:rsidRDefault="00F066E1" w:rsidP="002E140B">
            <w:proofErr w:type="gramStart"/>
            <w:r w:rsidRPr="00260F73">
              <w:rPr>
                <w:b/>
                <w:bCs/>
              </w:rPr>
              <w:t>Sub Specialty</w:t>
            </w:r>
            <w:proofErr w:type="gramEnd"/>
            <w:r w:rsidRPr="00260F73">
              <w:rPr>
                <w:b/>
                <w:bCs/>
              </w:rPr>
              <w:t xml:space="preserve"> (where applicable</w:t>
            </w:r>
          </w:p>
        </w:tc>
        <w:sdt>
          <w:sdtPr>
            <w:id w:val="753022856"/>
            <w:placeholder>
              <w:docPart w:val="1D08BADE406B4BE29955A794A44B9C44"/>
            </w:placeholder>
            <w:showingPlcHdr/>
          </w:sdtPr>
          <w:sdtEndPr/>
          <w:sdtContent>
            <w:tc>
              <w:tcPr>
                <w:tcW w:w="6803" w:type="dxa"/>
              </w:tcPr>
              <w:p w14:paraId="53AB1AD8" w14:textId="77777777" w:rsidR="00F066E1" w:rsidRPr="00260F73" w:rsidRDefault="00F066E1" w:rsidP="00CA2CEB">
                <w:r w:rsidRPr="00260F73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F066E1" w:rsidRPr="00260F73" w14:paraId="7811FBC4" w14:textId="77777777" w:rsidTr="002E140B">
        <w:tc>
          <w:tcPr>
            <w:tcW w:w="2547" w:type="dxa"/>
            <w:tcBorders>
              <w:bottom w:val="single" w:sz="4" w:space="0" w:color="auto"/>
            </w:tcBorders>
          </w:tcPr>
          <w:p w14:paraId="18DB5BD5" w14:textId="77777777" w:rsidR="00F066E1" w:rsidRPr="00260F73" w:rsidRDefault="00F066E1" w:rsidP="002E140B">
            <w:r w:rsidRPr="00260F73">
              <w:rPr>
                <w:b/>
                <w:bCs/>
              </w:rPr>
              <w:t>Summary of clinical duties</w:t>
            </w:r>
          </w:p>
        </w:tc>
        <w:sdt>
          <w:sdtPr>
            <w:id w:val="-1444674711"/>
            <w:placeholder>
              <w:docPart w:val="A70AF058C40C42668DFC7D2C54FE48EE"/>
            </w:placeholder>
            <w:showingPlcHdr/>
          </w:sdtPr>
          <w:sdtEndPr/>
          <w:sdtContent>
            <w:tc>
              <w:tcPr>
                <w:tcW w:w="6803" w:type="dxa"/>
                <w:tcBorders>
                  <w:bottom w:val="single" w:sz="4" w:space="0" w:color="auto"/>
                </w:tcBorders>
              </w:tcPr>
              <w:p w14:paraId="325EC0AA" w14:textId="77777777" w:rsidR="00F066E1" w:rsidRPr="00260F73" w:rsidRDefault="00F066E1" w:rsidP="00CA2CEB">
                <w:r w:rsidRPr="00260F73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F066E1" w:rsidRPr="00260F73" w14:paraId="152D5BC6" w14:textId="77777777" w:rsidTr="002E140B">
        <w:tc>
          <w:tcPr>
            <w:tcW w:w="9350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64F48F61" w14:textId="341FB574" w:rsidR="00F066E1" w:rsidRPr="00260F73" w:rsidRDefault="00F066E1" w:rsidP="002E140B"/>
        </w:tc>
      </w:tr>
      <w:tr w:rsidR="00F066E1" w:rsidRPr="00260F73" w14:paraId="30863C28" w14:textId="77777777" w:rsidTr="00E70F08">
        <w:tc>
          <w:tcPr>
            <w:tcW w:w="9350" w:type="dxa"/>
            <w:gridSpan w:val="2"/>
          </w:tcPr>
          <w:p w14:paraId="2DA1BAC1" w14:textId="2BB4B9E4" w:rsidR="00F066E1" w:rsidRPr="00260F73" w:rsidRDefault="00F066E1">
            <w:r w:rsidRPr="00260F73">
              <w:rPr>
                <w:b/>
                <w:bCs/>
              </w:rPr>
              <w:t xml:space="preserve">Position (Intern; SHO; Reg): </w:t>
            </w:r>
            <w:sdt>
              <w:sdtPr>
                <w:rPr>
                  <w:b/>
                  <w:bCs/>
                </w:rPr>
                <w:id w:val="-1816709133"/>
                <w:placeholder>
                  <w:docPart w:val="88B0BCB4D77548989F7D7A64D219E857"/>
                </w:placeholder>
                <w:showingPlcHdr/>
              </w:sdtPr>
              <w:sdtEndPr/>
              <w:sdtContent>
                <w:r w:rsidRPr="00260F73">
                  <w:rPr>
                    <w:rStyle w:val="PlaceholderText"/>
                  </w:rPr>
                  <w:t>Click or tap here to enter text.</w:t>
                </w:r>
              </w:sdtContent>
            </w:sdt>
          </w:p>
        </w:tc>
      </w:tr>
      <w:tr w:rsidR="00F066E1" w:rsidRPr="00260F73" w14:paraId="64075823" w14:textId="77777777" w:rsidTr="002E140B">
        <w:tc>
          <w:tcPr>
            <w:tcW w:w="2547" w:type="dxa"/>
          </w:tcPr>
          <w:p w14:paraId="28BE8D4B" w14:textId="77777777" w:rsidR="00F066E1" w:rsidRPr="00260F73" w:rsidRDefault="00F066E1">
            <w:r w:rsidRPr="00260F73">
              <w:rPr>
                <w:b/>
                <w:bCs/>
              </w:rPr>
              <w:t>Start Date</w:t>
            </w:r>
          </w:p>
        </w:tc>
        <w:sdt>
          <w:sdtPr>
            <w:id w:val="-1180497362"/>
            <w:placeholder>
              <w:docPart w:val="639C81B507D641DC87FA82194ED1EF11"/>
            </w:placeholder>
            <w:showingPlcHdr/>
            <w:date>
              <w:dateFormat w:val="dd/MM/yyyy"/>
              <w:lid w:val="en-IE"/>
              <w:storeMappedDataAs w:val="dateTime"/>
              <w:calendar w:val="gregorian"/>
            </w:date>
          </w:sdtPr>
          <w:sdtEndPr/>
          <w:sdtContent>
            <w:tc>
              <w:tcPr>
                <w:tcW w:w="6803" w:type="dxa"/>
              </w:tcPr>
              <w:p w14:paraId="313F4A04" w14:textId="77777777" w:rsidR="00F066E1" w:rsidRPr="00260F73" w:rsidRDefault="00F066E1" w:rsidP="00CA2CEB">
                <w:r w:rsidRPr="00260F73">
                  <w:rPr>
                    <w:rStyle w:val="PlaceholderText"/>
                  </w:rPr>
                  <w:t>Click or tap to enter a date.</w:t>
                </w:r>
              </w:p>
            </w:tc>
          </w:sdtContent>
        </w:sdt>
      </w:tr>
      <w:tr w:rsidR="00F066E1" w:rsidRPr="00260F73" w14:paraId="531965C5" w14:textId="77777777" w:rsidTr="002E140B">
        <w:tc>
          <w:tcPr>
            <w:tcW w:w="2547" w:type="dxa"/>
          </w:tcPr>
          <w:p w14:paraId="08CD2B02" w14:textId="77777777" w:rsidR="00F066E1" w:rsidRPr="00260F73" w:rsidRDefault="00F066E1">
            <w:r w:rsidRPr="00260F73">
              <w:rPr>
                <w:b/>
                <w:bCs/>
              </w:rPr>
              <w:t>End Date</w:t>
            </w:r>
          </w:p>
        </w:tc>
        <w:sdt>
          <w:sdtPr>
            <w:id w:val="-694385629"/>
            <w:placeholder>
              <w:docPart w:val="F060D239509F4521A56580FA79442C4C"/>
            </w:placeholder>
            <w:showingPlcHdr/>
            <w:date>
              <w:dateFormat w:val="dd/MM/yyyy"/>
              <w:lid w:val="en-IE"/>
              <w:storeMappedDataAs w:val="dateTime"/>
              <w:calendar w:val="gregorian"/>
            </w:date>
          </w:sdtPr>
          <w:sdtEndPr/>
          <w:sdtContent>
            <w:tc>
              <w:tcPr>
                <w:tcW w:w="6803" w:type="dxa"/>
              </w:tcPr>
              <w:p w14:paraId="41F79B9B" w14:textId="77777777" w:rsidR="00F066E1" w:rsidRPr="00260F73" w:rsidRDefault="00F066E1" w:rsidP="00CA2CEB">
                <w:r w:rsidRPr="00260F73">
                  <w:rPr>
                    <w:rStyle w:val="PlaceholderText"/>
                  </w:rPr>
                  <w:t>Click or tap to enter a date.</w:t>
                </w:r>
              </w:p>
            </w:tc>
          </w:sdtContent>
        </w:sdt>
      </w:tr>
      <w:tr w:rsidR="00F066E1" w:rsidRPr="00260F73" w14:paraId="3EE2D271" w14:textId="77777777" w:rsidTr="002E140B">
        <w:tc>
          <w:tcPr>
            <w:tcW w:w="2547" w:type="dxa"/>
          </w:tcPr>
          <w:p w14:paraId="106215F4" w14:textId="77777777" w:rsidR="00F066E1" w:rsidRPr="00260F73" w:rsidRDefault="00F066E1">
            <w:r w:rsidRPr="00260F73">
              <w:rPr>
                <w:b/>
                <w:bCs/>
              </w:rPr>
              <w:t>Hospital</w:t>
            </w:r>
          </w:p>
        </w:tc>
        <w:sdt>
          <w:sdtPr>
            <w:id w:val="-1653676088"/>
            <w:placeholder>
              <w:docPart w:val="79ACDACDFAB0495793743B259BD7708F"/>
            </w:placeholder>
            <w:showingPlcHdr/>
          </w:sdtPr>
          <w:sdtEndPr/>
          <w:sdtContent>
            <w:tc>
              <w:tcPr>
                <w:tcW w:w="6803" w:type="dxa"/>
              </w:tcPr>
              <w:p w14:paraId="1DF0EDE3" w14:textId="77777777" w:rsidR="00F066E1" w:rsidRPr="00260F73" w:rsidRDefault="00F066E1" w:rsidP="00CA2CEB">
                <w:r w:rsidRPr="00260F73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F066E1" w:rsidRPr="00260F73" w14:paraId="0870DC5E" w14:textId="77777777" w:rsidTr="002E140B">
        <w:tc>
          <w:tcPr>
            <w:tcW w:w="2547" w:type="dxa"/>
          </w:tcPr>
          <w:p w14:paraId="1EAFFCA3" w14:textId="77777777" w:rsidR="00F066E1" w:rsidRPr="00260F73" w:rsidRDefault="00F066E1">
            <w:r w:rsidRPr="00260F73">
              <w:rPr>
                <w:b/>
                <w:bCs/>
              </w:rPr>
              <w:t>Specialty</w:t>
            </w:r>
          </w:p>
        </w:tc>
        <w:sdt>
          <w:sdtPr>
            <w:id w:val="1579478883"/>
            <w:placeholder>
              <w:docPart w:val="6F9AA3E76E964C07919E72767FDFA663"/>
            </w:placeholder>
            <w:showingPlcHdr/>
          </w:sdtPr>
          <w:sdtEndPr/>
          <w:sdtContent>
            <w:tc>
              <w:tcPr>
                <w:tcW w:w="6803" w:type="dxa"/>
              </w:tcPr>
              <w:p w14:paraId="607BCCE8" w14:textId="77777777" w:rsidR="00F066E1" w:rsidRPr="00260F73" w:rsidRDefault="00F066E1" w:rsidP="00CA2CEB">
                <w:r w:rsidRPr="00260F73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F066E1" w:rsidRPr="00260F73" w14:paraId="50914305" w14:textId="77777777" w:rsidTr="002E140B">
        <w:tc>
          <w:tcPr>
            <w:tcW w:w="2547" w:type="dxa"/>
            <w:vAlign w:val="center"/>
          </w:tcPr>
          <w:p w14:paraId="6CC2ADD4" w14:textId="77777777" w:rsidR="00F066E1" w:rsidRPr="00260F73" w:rsidRDefault="00F066E1" w:rsidP="002E140B">
            <w:proofErr w:type="gramStart"/>
            <w:r w:rsidRPr="00260F73">
              <w:rPr>
                <w:b/>
                <w:bCs/>
              </w:rPr>
              <w:t>Sub Specialty</w:t>
            </w:r>
            <w:proofErr w:type="gramEnd"/>
            <w:r w:rsidRPr="00260F73">
              <w:rPr>
                <w:b/>
                <w:bCs/>
              </w:rPr>
              <w:t xml:space="preserve"> (where applicable</w:t>
            </w:r>
          </w:p>
        </w:tc>
        <w:sdt>
          <w:sdtPr>
            <w:id w:val="331338202"/>
            <w:placeholder>
              <w:docPart w:val="B5E5B51EFDED4D77870B76E85B2338A5"/>
            </w:placeholder>
            <w:showingPlcHdr/>
          </w:sdtPr>
          <w:sdtEndPr/>
          <w:sdtContent>
            <w:tc>
              <w:tcPr>
                <w:tcW w:w="6803" w:type="dxa"/>
              </w:tcPr>
              <w:p w14:paraId="03939A40" w14:textId="77777777" w:rsidR="00F066E1" w:rsidRPr="00260F73" w:rsidRDefault="00F066E1" w:rsidP="00CA2CEB">
                <w:r w:rsidRPr="00260F73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F066E1" w:rsidRPr="00260F73" w14:paraId="3ACD0C57" w14:textId="77777777" w:rsidTr="002E140B">
        <w:tc>
          <w:tcPr>
            <w:tcW w:w="2547" w:type="dxa"/>
            <w:tcBorders>
              <w:bottom w:val="single" w:sz="4" w:space="0" w:color="auto"/>
            </w:tcBorders>
          </w:tcPr>
          <w:p w14:paraId="6FC4F260" w14:textId="77777777" w:rsidR="00F066E1" w:rsidRPr="00260F73" w:rsidRDefault="00F066E1" w:rsidP="002E140B">
            <w:r w:rsidRPr="00260F73">
              <w:rPr>
                <w:b/>
                <w:bCs/>
              </w:rPr>
              <w:t>Summary of clinical duties</w:t>
            </w:r>
          </w:p>
        </w:tc>
        <w:sdt>
          <w:sdtPr>
            <w:id w:val="-34817340"/>
            <w:placeholder>
              <w:docPart w:val="F87B790A53064A2EA783C6F3B906476D"/>
            </w:placeholder>
            <w:showingPlcHdr/>
          </w:sdtPr>
          <w:sdtEndPr/>
          <w:sdtContent>
            <w:tc>
              <w:tcPr>
                <w:tcW w:w="6803" w:type="dxa"/>
                <w:tcBorders>
                  <w:bottom w:val="single" w:sz="4" w:space="0" w:color="auto"/>
                </w:tcBorders>
              </w:tcPr>
              <w:p w14:paraId="71934BBA" w14:textId="77777777" w:rsidR="00F066E1" w:rsidRPr="00260F73" w:rsidRDefault="00F066E1" w:rsidP="00CA2CEB">
                <w:r w:rsidRPr="00260F73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F066E1" w:rsidRPr="00260F73" w14:paraId="4CAD031A" w14:textId="77777777" w:rsidTr="002E140B">
        <w:tc>
          <w:tcPr>
            <w:tcW w:w="9350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675F437D" w14:textId="468769C9" w:rsidR="00F066E1" w:rsidRPr="00260F73" w:rsidRDefault="00F066E1" w:rsidP="002E140B"/>
        </w:tc>
      </w:tr>
    </w:tbl>
    <w:p w14:paraId="61A419C9" w14:textId="77777777" w:rsidR="00F066E1" w:rsidRDefault="00F066E1">
      <w:pPr>
        <w:pStyle w:val="Heading1"/>
      </w:pPr>
    </w:p>
    <w:p w14:paraId="539B6EEF" w14:textId="77777777" w:rsidR="00F066E1" w:rsidRDefault="00F066E1">
      <w:pPr>
        <w:rPr>
          <w:rFonts w:asciiTheme="majorHAnsi" w:eastAsiaTheme="majorEastAsia" w:hAnsiTheme="majorHAnsi" w:cstheme="majorBidi"/>
          <w:b/>
          <w:bCs/>
          <w:color w:val="0024BB"/>
          <w:sz w:val="28"/>
          <w:szCs w:val="28"/>
        </w:rPr>
      </w:pPr>
      <w:r>
        <w:br w:type="page"/>
      </w:r>
    </w:p>
    <w:p w14:paraId="77947B8A" w14:textId="6F7E193F" w:rsidR="00214ECC" w:rsidRPr="00260F73" w:rsidRDefault="007C3707">
      <w:pPr>
        <w:pStyle w:val="Heading1"/>
      </w:pPr>
      <w:r w:rsidRPr="00260F73">
        <w:lastRenderedPageBreak/>
        <w:t>A</w:t>
      </w:r>
      <w:r w:rsidR="003729FB" w:rsidRPr="00260F73">
        <w:t>udit &amp; Quality Improvement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830"/>
        <w:gridCol w:w="6520"/>
      </w:tblGrid>
      <w:tr w:rsidR="008525FA" w:rsidRPr="00260F73" w14:paraId="1AC9EFE7" w14:textId="77777777" w:rsidTr="0019370D">
        <w:tc>
          <w:tcPr>
            <w:tcW w:w="9350" w:type="dxa"/>
            <w:gridSpan w:val="2"/>
          </w:tcPr>
          <w:p w14:paraId="4B30661B" w14:textId="1A15A539" w:rsidR="008525FA" w:rsidRPr="00260F73" w:rsidRDefault="008525FA" w:rsidP="002D7D98">
            <w:r w:rsidRPr="00260F73">
              <w:rPr>
                <w:b/>
                <w:bCs/>
              </w:rPr>
              <w:t>Project Title</w:t>
            </w:r>
            <w:r w:rsidR="00CD745A" w:rsidRPr="00260F73">
              <w:rPr>
                <w:b/>
                <w:bCs/>
              </w:rPr>
              <w:t>:</w:t>
            </w:r>
            <w:r w:rsidR="00A0792E" w:rsidRPr="00260F73">
              <w:rPr>
                <w:b/>
                <w:bCs/>
              </w:rPr>
              <w:t xml:space="preserve"> </w:t>
            </w:r>
            <w:r w:rsidR="00A0792E" w:rsidRPr="00260F73">
              <w:rPr>
                <w:b/>
                <w:bCs/>
              </w:rPr>
              <w:tab/>
            </w:r>
            <w:r w:rsidR="00A0792E" w:rsidRPr="00260F73">
              <w:rPr>
                <w:b/>
                <w:bCs/>
              </w:rPr>
              <w:tab/>
            </w:r>
            <w:r w:rsidR="00A0792E" w:rsidRPr="00260F73">
              <w:rPr>
                <w:b/>
                <w:bCs/>
              </w:rPr>
              <w:tab/>
            </w:r>
            <w:sdt>
              <w:sdtPr>
                <w:rPr>
                  <w:b/>
                  <w:bCs/>
                </w:rPr>
                <w:id w:val="871966618"/>
                <w:placeholder>
                  <w:docPart w:val="C6C5AA04D5744E5397F5B4C02E599FEC"/>
                </w:placeholder>
                <w:showingPlcHdr/>
              </w:sdtPr>
              <w:sdtEndPr/>
              <w:sdtContent>
                <w:r w:rsidR="00CD745A" w:rsidRPr="00260F73">
                  <w:rPr>
                    <w:rStyle w:val="PlaceholderText"/>
                  </w:rPr>
                  <w:t>Click or tap here to enter text.</w:t>
                </w:r>
              </w:sdtContent>
            </w:sdt>
          </w:p>
        </w:tc>
      </w:tr>
      <w:tr w:rsidR="008525FA" w:rsidRPr="00260F73" w14:paraId="176303B5" w14:textId="77777777" w:rsidTr="00A0792E">
        <w:tc>
          <w:tcPr>
            <w:tcW w:w="2830" w:type="dxa"/>
            <w:vAlign w:val="center"/>
          </w:tcPr>
          <w:p w14:paraId="50053F71" w14:textId="65A68AAE" w:rsidR="008525FA" w:rsidRPr="00260F73" w:rsidRDefault="00CD745A" w:rsidP="00CD745A">
            <w:r w:rsidRPr="00260F73">
              <w:rPr>
                <w:b/>
                <w:bCs/>
              </w:rPr>
              <w:t>Role:</w:t>
            </w:r>
          </w:p>
        </w:tc>
        <w:sdt>
          <w:sdtPr>
            <w:id w:val="766196237"/>
            <w:placeholder>
              <w:docPart w:val="657845195F10471BB191FDF6254F450F"/>
            </w:placeholder>
            <w:showingPlcHdr/>
          </w:sdtPr>
          <w:sdtEndPr/>
          <w:sdtContent>
            <w:tc>
              <w:tcPr>
                <w:tcW w:w="6520" w:type="dxa"/>
              </w:tcPr>
              <w:p w14:paraId="745FB9AC" w14:textId="2D45EB78" w:rsidR="008525FA" w:rsidRPr="00260F73" w:rsidRDefault="00CD745A" w:rsidP="002D7D98">
                <w:r w:rsidRPr="00260F73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8525FA" w:rsidRPr="00260F73" w14:paraId="0F3FFF85" w14:textId="77777777" w:rsidTr="00A0792E">
        <w:tc>
          <w:tcPr>
            <w:tcW w:w="2830" w:type="dxa"/>
            <w:vAlign w:val="center"/>
          </w:tcPr>
          <w:p w14:paraId="4C91F2EC" w14:textId="6D80818A" w:rsidR="008525FA" w:rsidRPr="00260F73" w:rsidRDefault="00CD745A" w:rsidP="00CD745A">
            <w:r w:rsidRPr="00260F73">
              <w:rPr>
                <w:b/>
                <w:bCs/>
              </w:rPr>
              <w:t>Was the audit cycle completed?</w:t>
            </w:r>
          </w:p>
        </w:tc>
        <w:tc>
          <w:tcPr>
            <w:tcW w:w="6520" w:type="dxa"/>
          </w:tcPr>
          <w:p w14:paraId="16211C1B" w14:textId="0510C58D" w:rsidR="008525FA" w:rsidRPr="00260F73" w:rsidRDefault="00CD745A" w:rsidP="002D7D98">
            <w:r w:rsidRPr="00260F73">
              <w:t xml:space="preserve">Yes </w:t>
            </w:r>
            <w:sdt>
              <w:sdtPr>
                <w:id w:val="209049712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260F73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Pr="00260F73">
              <w:tab/>
              <w:t xml:space="preserve">No </w:t>
            </w:r>
            <w:sdt>
              <w:sdtPr>
                <w:id w:val="30328187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260F73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Pr="00260F73">
              <w:tab/>
              <w:t xml:space="preserve">Ongoing </w:t>
            </w:r>
            <w:sdt>
              <w:sdtPr>
                <w:id w:val="146538914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260F73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</w:tr>
      <w:tr w:rsidR="00CD745A" w:rsidRPr="00260F73" w14:paraId="3C6DB542" w14:textId="77777777" w:rsidTr="00A0792E">
        <w:tc>
          <w:tcPr>
            <w:tcW w:w="2830" w:type="dxa"/>
            <w:vAlign w:val="center"/>
          </w:tcPr>
          <w:p w14:paraId="3B040F6A" w14:textId="721E8324" w:rsidR="00CD745A" w:rsidRPr="00260F73" w:rsidRDefault="00CD745A" w:rsidP="00CD745A">
            <w:pPr>
              <w:rPr>
                <w:b/>
                <w:bCs/>
              </w:rPr>
            </w:pPr>
            <w:r w:rsidRPr="00260F73">
              <w:rPr>
                <w:b/>
                <w:bCs/>
              </w:rPr>
              <w:t>Audit Start Date</w:t>
            </w:r>
          </w:p>
        </w:tc>
        <w:sdt>
          <w:sdtPr>
            <w:id w:val="-1609892518"/>
            <w:placeholder>
              <w:docPart w:val="4261ABEBA6024587BD9BFFA89B86CBAD"/>
            </w:placeholder>
            <w:showingPlcHdr/>
            <w:date>
              <w:dateFormat w:val="dd/MM/yyyy"/>
              <w:lid w:val="en-IE"/>
              <w:storeMappedDataAs w:val="dateTime"/>
              <w:calendar w:val="gregorian"/>
            </w:date>
          </w:sdtPr>
          <w:sdtEndPr/>
          <w:sdtContent>
            <w:tc>
              <w:tcPr>
                <w:tcW w:w="6520" w:type="dxa"/>
              </w:tcPr>
              <w:p w14:paraId="25D02023" w14:textId="60E95C39" w:rsidR="00CD745A" w:rsidRPr="00260F73" w:rsidRDefault="00CD745A" w:rsidP="002D7D98">
                <w:r w:rsidRPr="00260F73">
                  <w:rPr>
                    <w:rStyle w:val="PlaceholderText"/>
                  </w:rPr>
                  <w:t>Click or tap to enter a date.</w:t>
                </w:r>
              </w:p>
            </w:tc>
          </w:sdtContent>
        </w:sdt>
      </w:tr>
      <w:tr w:rsidR="00CD745A" w:rsidRPr="00260F73" w14:paraId="46F6B3E4" w14:textId="77777777" w:rsidTr="00A0792E">
        <w:tc>
          <w:tcPr>
            <w:tcW w:w="2830" w:type="dxa"/>
            <w:vAlign w:val="center"/>
          </w:tcPr>
          <w:p w14:paraId="6ABC61BA" w14:textId="05A981FC" w:rsidR="00CD745A" w:rsidRPr="00260F73" w:rsidRDefault="00CD745A" w:rsidP="00CD745A">
            <w:pPr>
              <w:rPr>
                <w:b/>
                <w:bCs/>
              </w:rPr>
            </w:pPr>
            <w:r w:rsidRPr="00260F73">
              <w:rPr>
                <w:b/>
                <w:bCs/>
              </w:rPr>
              <w:t>Audit End Date</w:t>
            </w:r>
          </w:p>
        </w:tc>
        <w:sdt>
          <w:sdtPr>
            <w:id w:val="-1212185724"/>
            <w:placeholder>
              <w:docPart w:val="ECE4C47E07C843CCA2D7255597D07705"/>
            </w:placeholder>
            <w:showingPlcHdr/>
            <w:date>
              <w:dateFormat w:val="dd/MM/yyyy"/>
              <w:lid w:val="en-IE"/>
              <w:storeMappedDataAs w:val="dateTime"/>
              <w:calendar w:val="gregorian"/>
            </w:date>
          </w:sdtPr>
          <w:sdtEndPr/>
          <w:sdtContent>
            <w:tc>
              <w:tcPr>
                <w:tcW w:w="6520" w:type="dxa"/>
              </w:tcPr>
              <w:p w14:paraId="57FE0445" w14:textId="66AEC1FD" w:rsidR="00CD745A" w:rsidRPr="00260F73" w:rsidRDefault="00CD745A" w:rsidP="002D7D98">
                <w:r w:rsidRPr="00260F73">
                  <w:rPr>
                    <w:rStyle w:val="PlaceholderText"/>
                  </w:rPr>
                  <w:t>Click or tap to enter a date.</w:t>
                </w:r>
              </w:p>
            </w:tc>
          </w:sdtContent>
        </w:sdt>
      </w:tr>
      <w:tr w:rsidR="008525FA" w:rsidRPr="00260F73" w14:paraId="65E572C5" w14:textId="77777777" w:rsidTr="00A0792E">
        <w:tc>
          <w:tcPr>
            <w:tcW w:w="2830" w:type="dxa"/>
            <w:vAlign w:val="center"/>
          </w:tcPr>
          <w:p w14:paraId="098C6AF8" w14:textId="77777777" w:rsidR="00CD745A" w:rsidRPr="00260F73" w:rsidRDefault="00CD745A" w:rsidP="00CD745A">
            <w:pPr>
              <w:rPr>
                <w:b/>
                <w:bCs/>
              </w:rPr>
            </w:pPr>
            <w:r w:rsidRPr="00260F73">
              <w:rPr>
                <w:b/>
                <w:bCs/>
              </w:rPr>
              <w:t>What change did you implement?</w:t>
            </w:r>
          </w:p>
          <w:p w14:paraId="253A3E46" w14:textId="77777777" w:rsidR="008525FA" w:rsidRPr="00260F73" w:rsidRDefault="008525FA" w:rsidP="00CD745A"/>
        </w:tc>
        <w:sdt>
          <w:sdtPr>
            <w:id w:val="-2029861939"/>
            <w:placeholder>
              <w:docPart w:val="9444CF760006459A89EF2B7CE3AFF2D1"/>
            </w:placeholder>
            <w:showingPlcHdr/>
          </w:sdtPr>
          <w:sdtEndPr/>
          <w:sdtContent>
            <w:tc>
              <w:tcPr>
                <w:tcW w:w="6520" w:type="dxa"/>
              </w:tcPr>
              <w:p w14:paraId="4673DCAB" w14:textId="7BD41298" w:rsidR="008525FA" w:rsidRPr="00260F73" w:rsidRDefault="00CD745A" w:rsidP="002D7D98">
                <w:r w:rsidRPr="00260F73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8525FA" w:rsidRPr="00260F73" w14:paraId="510BFC14" w14:textId="77777777" w:rsidTr="00A0792E">
        <w:tc>
          <w:tcPr>
            <w:tcW w:w="2830" w:type="dxa"/>
            <w:vAlign w:val="center"/>
          </w:tcPr>
          <w:p w14:paraId="53BD32ED" w14:textId="77777777" w:rsidR="00CD745A" w:rsidRPr="00260F73" w:rsidRDefault="00CD745A" w:rsidP="00CD745A">
            <w:pPr>
              <w:rPr>
                <w:b/>
                <w:bCs/>
              </w:rPr>
            </w:pPr>
            <w:r w:rsidRPr="00260F73">
              <w:rPr>
                <w:b/>
                <w:bCs/>
              </w:rPr>
              <w:t>What was the measurable impact?</w:t>
            </w:r>
          </w:p>
          <w:p w14:paraId="2E70E9ED" w14:textId="77777777" w:rsidR="008525FA" w:rsidRPr="00260F73" w:rsidRDefault="008525FA" w:rsidP="00CD745A"/>
        </w:tc>
        <w:sdt>
          <w:sdtPr>
            <w:id w:val="-719363920"/>
            <w:placeholder>
              <w:docPart w:val="A451D5A1F2414B9AB219F05CFB3EC45E"/>
            </w:placeholder>
            <w:showingPlcHdr/>
          </w:sdtPr>
          <w:sdtEndPr/>
          <w:sdtContent>
            <w:tc>
              <w:tcPr>
                <w:tcW w:w="6520" w:type="dxa"/>
              </w:tcPr>
              <w:p w14:paraId="3CCAF454" w14:textId="4840209E" w:rsidR="008525FA" w:rsidRPr="00260F73" w:rsidRDefault="00CD745A" w:rsidP="002D7D98">
                <w:r w:rsidRPr="00260F73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8525FA" w:rsidRPr="00260F73" w14:paraId="39BC37AF" w14:textId="77777777" w:rsidTr="00A0792E">
        <w:tc>
          <w:tcPr>
            <w:tcW w:w="2830" w:type="dxa"/>
            <w:vAlign w:val="center"/>
          </w:tcPr>
          <w:p w14:paraId="53D262A2" w14:textId="3E26B4B9" w:rsidR="008525FA" w:rsidRPr="00260F73" w:rsidRDefault="00CD745A" w:rsidP="00CD745A">
            <w:r w:rsidRPr="00260F73">
              <w:rPr>
                <w:b/>
                <w:bCs/>
              </w:rPr>
              <w:t>Overall Outcome</w:t>
            </w:r>
          </w:p>
        </w:tc>
        <w:sdt>
          <w:sdtPr>
            <w:id w:val="912965953"/>
            <w:placeholder>
              <w:docPart w:val="E58E1C4CC73644419B96786849CD0414"/>
            </w:placeholder>
            <w:showingPlcHdr/>
          </w:sdtPr>
          <w:sdtEndPr/>
          <w:sdtContent>
            <w:tc>
              <w:tcPr>
                <w:tcW w:w="6520" w:type="dxa"/>
              </w:tcPr>
              <w:p w14:paraId="491EB2BF" w14:textId="28F05A7B" w:rsidR="008525FA" w:rsidRPr="00260F73" w:rsidRDefault="00CD745A" w:rsidP="002D7D98">
                <w:r w:rsidRPr="00260F73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CD745A" w:rsidRPr="00260F73" w14:paraId="07F36634" w14:textId="77777777" w:rsidTr="00A0792E">
        <w:tc>
          <w:tcPr>
            <w:tcW w:w="2830" w:type="dxa"/>
            <w:tcBorders>
              <w:bottom w:val="single" w:sz="4" w:space="0" w:color="auto"/>
            </w:tcBorders>
            <w:vAlign w:val="center"/>
          </w:tcPr>
          <w:p w14:paraId="7F4CCE51" w14:textId="1AFEBF49" w:rsidR="00CD745A" w:rsidRPr="00260F73" w:rsidRDefault="00CD745A" w:rsidP="00CD745A">
            <w:pPr>
              <w:rPr>
                <w:b/>
                <w:bCs/>
              </w:rPr>
            </w:pPr>
            <w:r w:rsidRPr="00260F73">
              <w:rPr>
                <w:b/>
                <w:bCs/>
              </w:rPr>
              <w:t>Supporting Documentation Attached</w:t>
            </w:r>
          </w:p>
        </w:tc>
        <w:tc>
          <w:tcPr>
            <w:tcW w:w="6520" w:type="dxa"/>
            <w:tcBorders>
              <w:bottom w:val="single" w:sz="4" w:space="0" w:color="auto"/>
            </w:tcBorders>
          </w:tcPr>
          <w:p w14:paraId="4093FA3A" w14:textId="50DD70BB" w:rsidR="00CD745A" w:rsidRPr="00260F73" w:rsidRDefault="00CD745A" w:rsidP="002D7D98">
            <w:r w:rsidRPr="00260F73">
              <w:t xml:space="preserve">Yes </w:t>
            </w:r>
            <w:sdt>
              <w:sdtPr>
                <w:id w:val="-174155586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260F73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Pr="00260F73">
              <w:tab/>
              <w:t xml:space="preserve">No </w:t>
            </w:r>
            <w:sdt>
              <w:sdtPr>
                <w:id w:val="-84277949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260F73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</w:tr>
      <w:tr w:rsidR="00CD745A" w:rsidRPr="00260F73" w14:paraId="52CA7D1C" w14:textId="77777777" w:rsidTr="00CD745A">
        <w:tc>
          <w:tcPr>
            <w:tcW w:w="9350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27ED39AD" w14:textId="677F9A4C" w:rsidR="00CD745A" w:rsidRPr="00260F73" w:rsidRDefault="00CD745A" w:rsidP="002D7D98"/>
        </w:tc>
      </w:tr>
      <w:tr w:rsidR="003713D2" w:rsidRPr="00260F73" w14:paraId="7FD5D7F1" w14:textId="77777777" w:rsidTr="0019370D">
        <w:tc>
          <w:tcPr>
            <w:tcW w:w="9350" w:type="dxa"/>
            <w:gridSpan w:val="2"/>
          </w:tcPr>
          <w:p w14:paraId="7A8FF5CE" w14:textId="073C9697" w:rsidR="003713D2" w:rsidRPr="00260F73" w:rsidRDefault="003713D2" w:rsidP="002D7D98">
            <w:r w:rsidRPr="00260F73">
              <w:rPr>
                <w:b/>
                <w:bCs/>
              </w:rPr>
              <w:t xml:space="preserve">Project Title: </w:t>
            </w:r>
            <w:r w:rsidRPr="00260F73">
              <w:rPr>
                <w:b/>
                <w:bCs/>
              </w:rPr>
              <w:tab/>
            </w:r>
            <w:r w:rsidRPr="00260F73">
              <w:rPr>
                <w:b/>
                <w:bCs/>
              </w:rPr>
              <w:tab/>
            </w:r>
            <w:r w:rsidRPr="00260F73">
              <w:rPr>
                <w:b/>
                <w:bCs/>
              </w:rPr>
              <w:tab/>
            </w:r>
            <w:sdt>
              <w:sdtPr>
                <w:rPr>
                  <w:b/>
                  <w:bCs/>
                </w:rPr>
                <w:id w:val="1433701423"/>
                <w:placeholder>
                  <w:docPart w:val="D90A19DFEA52488BB99915162C93968C"/>
                </w:placeholder>
                <w:showingPlcHdr/>
              </w:sdtPr>
              <w:sdtEndPr/>
              <w:sdtContent>
                <w:r w:rsidRPr="00260F73">
                  <w:rPr>
                    <w:rStyle w:val="PlaceholderText"/>
                  </w:rPr>
                  <w:t>Click or tap here to enter text.</w:t>
                </w:r>
              </w:sdtContent>
            </w:sdt>
          </w:p>
        </w:tc>
      </w:tr>
      <w:tr w:rsidR="003713D2" w:rsidRPr="00260F73" w14:paraId="16B7DFA9" w14:textId="77777777" w:rsidTr="00A0792E">
        <w:tc>
          <w:tcPr>
            <w:tcW w:w="2830" w:type="dxa"/>
            <w:vAlign w:val="center"/>
          </w:tcPr>
          <w:p w14:paraId="49CA3F59" w14:textId="77777777" w:rsidR="003713D2" w:rsidRPr="00260F73" w:rsidRDefault="003713D2" w:rsidP="00CD745A">
            <w:r w:rsidRPr="00260F73">
              <w:rPr>
                <w:b/>
                <w:bCs/>
              </w:rPr>
              <w:t>Role:</w:t>
            </w:r>
          </w:p>
        </w:tc>
        <w:sdt>
          <w:sdtPr>
            <w:id w:val="1325551126"/>
            <w:placeholder>
              <w:docPart w:val="521563FD68FD43D5BA165673FF6D1378"/>
            </w:placeholder>
            <w:showingPlcHdr/>
          </w:sdtPr>
          <w:sdtEndPr/>
          <w:sdtContent>
            <w:tc>
              <w:tcPr>
                <w:tcW w:w="6520" w:type="dxa"/>
              </w:tcPr>
              <w:p w14:paraId="6EED0A7A" w14:textId="77777777" w:rsidR="003713D2" w:rsidRPr="00260F73" w:rsidRDefault="003713D2" w:rsidP="00016A95">
                <w:r w:rsidRPr="00260F73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3713D2" w:rsidRPr="00260F73" w14:paraId="09C2E69A" w14:textId="77777777" w:rsidTr="00A0792E">
        <w:tc>
          <w:tcPr>
            <w:tcW w:w="2830" w:type="dxa"/>
            <w:vAlign w:val="center"/>
          </w:tcPr>
          <w:p w14:paraId="270C1B41" w14:textId="77777777" w:rsidR="003713D2" w:rsidRPr="00260F73" w:rsidRDefault="003713D2" w:rsidP="00CD745A">
            <w:r w:rsidRPr="00260F73">
              <w:rPr>
                <w:b/>
                <w:bCs/>
              </w:rPr>
              <w:t>Was the audit cycle completed?</w:t>
            </w:r>
          </w:p>
        </w:tc>
        <w:tc>
          <w:tcPr>
            <w:tcW w:w="6520" w:type="dxa"/>
          </w:tcPr>
          <w:p w14:paraId="167E63AF" w14:textId="77777777" w:rsidR="003713D2" w:rsidRPr="00260F73" w:rsidRDefault="003713D2" w:rsidP="002D7D98">
            <w:r w:rsidRPr="00260F73">
              <w:t xml:space="preserve">Yes </w:t>
            </w:r>
            <w:sdt>
              <w:sdtPr>
                <w:id w:val="-11475790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260F73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Pr="00260F73">
              <w:tab/>
              <w:t xml:space="preserve">No </w:t>
            </w:r>
            <w:sdt>
              <w:sdtPr>
                <w:id w:val="168355537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260F73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Pr="00260F73">
              <w:tab/>
              <w:t xml:space="preserve">Ongoing </w:t>
            </w:r>
            <w:sdt>
              <w:sdtPr>
                <w:id w:val="30559631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260F73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</w:tr>
      <w:tr w:rsidR="003713D2" w:rsidRPr="00260F73" w14:paraId="4BFF7EBF" w14:textId="77777777" w:rsidTr="00A0792E">
        <w:tc>
          <w:tcPr>
            <w:tcW w:w="2830" w:type="dxa"/>
            <w:vAlign w:val="center"/>
          </w:tcPr>
          <w:p w14:paraId="15155400" w14:textId="77777777" w:rsidR="003713D2" w:rsidRPr="00260F73" w:rsidRDefault="003713D2" w:rsidP="00CD745A">
            <w:pPr>
              <w:rPr>
                <w:b/>
                <w:bCs/>
              </w:rPr>
            </w:pPr>
            <w:r w:rsidRPr="00260F73">
              <w:rPr>
                <w:b/>
                <w:bCs/>
              </w:rPr>
              <w:t>Audit Start Date</w:t>
            </w:r>
          </w:p>
        </w:tc>
        <w:sdt>
          <w:sdtPr>
            <w:id w:val="643635738"/>
            <w:placeholder>
              <w:docPart w:val="AE408CFFC6BA4AA5A655C4CB9E8D33BD"/>
            </w:placeholder>
            <w:showingPlcHdr/>
            <w:date>
              <w:dateFormat w:val="dd/MM/yyyy"/>
              <w:lid w:val="en-IE"/>
              <w:storeMappedDataAs w:val="dateTime"/>
              <w:calendar w:val="gregorian"/>
            </w:date>
          </w:sdtPr>
          <w:sdtEndPr/>
          <w:sdtContent>
            <w:tc>
              <w:tcPr>
                <w:tcW w:w="6520" w:type="dxa"/>
              </w:tcPr>
              <w:p w14:paraId="6E44445C" w14:textId="77777777" w:rsidR="003713D2" w:rsidRPr="00260F73" w:rsidRDefault="003713D2" w:rsidP="00016A95">
                <w:r w:rsidRPr="00260F73">
                  <w:rPr>
                    <w:rStyle w:val="PlaceholderText"/>
                  </w:rPr>
                  <w:t>Click or tap to enter a date.</w:t>
                </w:r>
              </w:p>
            </w:tc>
          </w:sdtContent>
        </w:sdt>
      </w:tr>
      <w:tr w:rsidR="003713D2" w:rsidRPr="00260F73" w14:paraId="0535368D" w14:textId="77777777" w:rsidTr="00A0792E">
        <w:tc>
          <w:tcPr>
            <w:tcW w:w="2830" w:type="dxa"/>
            <w:vAlign w:val="center"/>
          </w:tcPr>
          <w:p w14:paraId="23AE5302" w14:textId="77777777" w:rsidR="003713D2" w:rsidRPr="00260F73" w:rsidRDefault="003713D2" w:rsidP="00CD745A">
            <w:pPr>
              <w:rPr>
                <w:b/>
                <w:bCs/>
              </w:rPr>
            </w:pPr>
            <w:r w:rsidRPr="00260F73">
              <w:rPr>
                <w:b/>
                <w:bCs/>
              </w:rPr>
              <w:t>Audit End Date</w:t>
            </w:r>
          </w:p>
        </w:tc>
        <w:sdt>
          <w:sdtPr>
            <w:id w:val="-1441984824"/>
            <w:placeholder>
              <w:docPart w:val="77C883E787A7487E8AC9A2460D0D6120"/>
            </w:placeholder>
            <w:showingPlcHdr/>
            <w:date>
              <w:dateFormat w:val="dd/MM/yyyy"/>
              <w:lid w:val="en-IE"/>
              <w:storeMappedDataAs w:val="dateTime"/>
              <w:calendar w:val="gregorian"/>
            </w:date>
          </w:sdtPr>
          <w:sdtEndPr/>
          <w:sdtContent>
            <w:tc>
              <w:tcPr>
                <w:tcW w:w="6520" w:type="dxa"/>
              </w:tcPr>
              <w:p w14:paraId="71B34399" w14:textId="77777777" w:rsidR="003713D2" w:rsidRPr="00260F73" w:rsidRDefault="003713D2" w:rsidP="00016A95">
                <w:r w:rsidRPr="00260F73">
                  <w:rPr>
                    <w:rStyle w:val="PlaceholderText"/>
                  </w:rPr>
                  <w:t>Click or tap to enter a date.</w:t>
                </w:r>
              </w:p>
            </w:tc>
          </w:sdtContent>
        </w:sdt>
      </w:tr>
      <w:tr w:rsidR="003713D2" w:rsidRPr="00260F73" w14:paraId="3D0ACDE4" w14:textId="77777777" w:rsidTr="00A0792E">
        <w:tc>
          <w:tcPr>
            <w:tcW w:w="2830" w:type="dxa"/>
            <w:vAlign w:val="center"/>
          </w:tcPr>
          <w:p w14:paraId="657A7D56" w14:textId="77777777" w:rsidR="003713D2" w:rsidRPr="00260F73" w:rsidRDefault="003713D2" w:rsidP="00CD745A">
            <w:pPr>
              <w:rPr>
                <w:b/>
                <w:bCs/>
              </w:rPr>
            </w:pPr>
            <w:r w:rsidRPr="00260F73">
              <w:rPr>
                <w:b/>
                <w:bCs/>
              </w:rPr>
              <w:t>What change did you implement?</w:t>
            </w:r>
          </w:p>
          <w:p w14:paraId="27273C56" w14:textId="77777777" w:rsidR="003713D2" w:rsidRPr="00260F73" w:rsidRDefault="003713D2" w:rsidP="00CD745A"/>
        </w:tc>
        <w:sdt>
          <w:sdtPr>
            <w:id w:val="1649172040"/>
            <w:placeholder>
              <w:docPart w:val="EDFABB6305204921AB41714CDBEF1F2C"/>
            </w:placeholder>
            <w:showingPlcHdr/>
          </w:sdtPr>
          <w:sdtEndPr/>
          <w:sdtContent>
            <w:tc>
              <w:tcPr>
                <w:tcW w:w="6520" w:type="dxa"/>
              </w:tcPr>
              <w:p w14:paraId="27427EE5" w14:textId="77777777" w:rsidR="003713D2" w:rsidRPr="00260F73" w:rsidRDefault="003713D2" w:rsidP="00016A95">
                <w:r w:rsidRPr="00260F73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3713D2" w:rsidRPr="00260F73" w14:paraId="1D92BE2C" w14:textId="77777777" w:rsidTr="00A0792E">
        <w:tc>
          <w:tcPr>
            <w:tcW w:w="2830" w:type="dxa"/>
            <w:vAlign w:val="center"/>
          </w:tcPr>
          <w:p w14:paraId="62896E3B" w14:textId="77777777" w:rsidR="003713D2" w:rsidRPr="00260F73" w:rsidRDefault="003713D2" w:rsidP="00CD745A">
            <w:pPr>
              <w:rPr>
                <w:b/>
                <w:bCs/>
              </w:rPr>
            </w:pPr>
            <w:r w:rsidRPr="00260F73">
              <w:rPr>
                <w:b/>
                <w:bCs/>
              </w:rPr>
              <w:t>What was the measurable impact?</w:t>
            </w:r>
          </w:p>
          <w:p w14:paraId="4D56B56F" w14:textId="77777777" w:rsidR="003713D2" w:rsidRPr="00260F73" w:rsidRDefault="003713D2" w:rsidP="00CD745A"/>
        </w:tc>
        <w:sdt>
          <w:sdtPr>
            <w:id w:val="1017587781"/>
            <w:placeholder>
              <w:docPart w:val="39948876AF22424CB7ED2F5AF92F9C43"/>
            </w:placeholder>
            <w:showingPlcHdr/>
          </w:sdtPr>
          <w:sdtEndPr/>
          <w:sdtContent>
            <w:tc>
              <w:tcPr>
                <w:tcW w:w="6520" w:type="dxa"/>
              </w:tcPr>
              <w:p w14:paraId="127B41A9" w14:textId="77777777" w:rsidR="003713D2" w:rsidRPr="00260F73" w:rsidRDefault="003713D2" w:rsidP="00016A95">
                <w:r w:rsidRPr="00260F73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3713D2" w:rsidRPr="00260F73" w14:paraId="047F9E21" w14:textId="77777777" w:rsidTr="00A0792E">
        <w:tc>
          <w:tcPr>
            <w:tcW w:w="2830" w:type="dxa"/>
            <w:vAlign w:val="center"/>
          </w:tcPr>
          <w:p w14:paraId="2196664B" w14:textId="77777777" w:rsidR="003713D2" w:rsidRPr="00260F73" w:rsidRDefault="003713D2" w:rsidP="00CD745A">
            <w:r w:rsidRPr="00260F73">
              <w:rPr>
                <w:b/>
                <w:bCs/>
              </w:rPr>
              <w:t>Overall Outcome</w:t>
            </w:r>
          </w:p>
        </w:tc>
        <w:sdt>
          <w:sdtPr>
            <w:id w:val="630144458"/>
            <w:placeholder>
              <w:docPart w:val="4EEA29DA30454295831DD7CCFD08932C"/>
            </w:placeholder>
            <w:showingPlcHdr/>
          </w:sdtPr>
          <w:sdtEndPr/>
          <w:sdtContent>
            <w:tc>
              <w:tcPr>
                <w:tcW w:w="6520" w:type="dxa"/>
              </w:tcPr>
              <w:p w14:paraId="21DF0997" w14:textId="77777777" w:rsidR="003713D2" w:rsidRPr="00260F73" w:rsidRDefault="003713D2" w:rsidP="00016A95">
                <w:r w:rsidRPr="00260F73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3713D2" w:rsidRPr="00260F73" w14:paraId="4C98AF3D" w14:textId="77777777" w:rsidTr="00A0792E">
        <w:tc>
          <w:tcPr>
            <w:tcW w:w="2830" w:type="dxa"/>
            <w:tcBorders>
              <w:bottom w:val="single" w:sz="4" w:space="0" w:color="auto"/>
            </w:tcBorders>
            <w:vAlign w:val="center"/>
          </w:tcPr>
          <w:p w14:paraId="2EE21B46" w14:textId="77777777" w:rsidR="003713D2" w:rsidRPr="00260F73" w:rsidRDefault="003713D2" w:rsidP="00CD745A">
            <w:pPr>
              <w:rPr>
                <w:b/>
                <w:bCs/>
              </w:rPr>
            </w:pPr>
            <w:r w:rsidRPr="00260F73">
              <w:rPr>
                <w:b/>
                <w:bCs/>
              </w:rPr>
              <w:t>Supporting Documentation Attached</w:t>
            </w:r>
          </w:p>
        </w:tc>
        <w:tc>
          <w:tcPr>
            <w:tcW w:w="6520" w:type="dxa"/>
            <w:tcBorders>
              <w:bottom w:val="single" w:sz="4" w:space="0" w:color="auto"/>
            </w:tcBorders>
          </w:tcPr>
          <w:p w14:paraId="333D2A9E" w14:textId="77777777" w:rsidR="003713D2" w:rsidRPr="00260F73" w:rsidRDefault="003713D2" w:rsidP="002D7D98">
            <w:r w:rsidRPr="00260F73">
              <w:t xml:space="preserve">Yes </w:t>
            </w:r>
            <w:sdt>
              <w:sdtPr>
                <w:id w:val="-129952589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260F73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Pr="00260F73">
              <w:tab/>
              <w:t xml:space="preserve">No </w:t>
            </w:r>
            <w:sdt>
              <w:sdtPr>
                <w:id w:val="43171417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260F73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</w:tr>
      <w:tr w:rsidR="003713D2" w:rsidRPr="00260F73" w14:paraId="226E0EB6" w14:textId="77777777" w:rsidTr="00CD745A">
        <w:tc>
          <w:tcPr>
            <w:tcW w:w="9350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188787B6" w14:textId="0DCA045A" w:rsidR="003713D2" w:rsidRPr="00260F73" w:rsidRDefault="003713D2" w:rsidP="002D7D98"/>
        </w:tc>
      </w:tr>
    </w:tbl>
    <w:p w14:paraId="3020BF76" w14:textId="77777777" w:rsidR="00F066E1" w:rsidRDefault="00F066E1">
      <w:pPr>
        <w:pStyle w:val="Heading1"/>
      </w:pPr>
    </w:p>
    <w:p w14:paraId="7214B3DC" w14:textId="77777777" w:rsidR="00F066E1" w:rsidRDefault="00F066E1">
      <w:pPr>
        <w:rPr>
          <w:rFonts w:asciiTheme="majorHAnsi" w:eastAsiaTheme="majorEastAsia" w:hAnsiTheme="majorHAnsi" w:cstheme="majorBidi"/>
          <w:b/>
          <w:bCs/>
          <w:color w:val="0024BB"/>
          <w:sz w:val="28"/>
          <w:szCs w:val="28"/>
        </w:rPr>
      </w:pPr>
      <w:r>
        <w:br w:type="page"/>
      </w:r>
    </w:p>
    <w:p w14:paraId="16155EEC" w14:textId="735DD72C" w:rsidR="00214ECC" w:rsidRPr="00260F73" w:rsidRDefault="003729FB">
      <w:pPr>
        <w:pStyle w:val="Heading1"/>
      </w:pPr>
      <w:r w:rsidRPr="00260F73">
        <w:lastRenderedPageBreak/>
        <w:t>Research &amp; Publications</w:t>
      </w:r>
    </w:p>
    <w:p w14:paraId="62DC2938" w14:textId="77777777" w:rsidR="000A5F58" w:rsidRPr="002D7D98" w:rsidRDefault="000A5F58" w:rsidP="000A5F58">
      <w:r>
        <w:t>Please list your top 4 Publications, Oral Presentations, Posters, Ongoing research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723"/>
        <w:gridCol w:w="6627"/>
      </w:tblGrid>
      <w:tr w:rsidR="00CD745A" w:rsidRPr="00260F73" w14:paraId="6F75DC21" w14:textId="77777777" w:rsidTr="00695860">
        <w:tc>
          <w:tcPr>
            <w:tcW w:w="9350" w:type="dxa"/>
            <w:gridSpan w:val="2"/>
          </w:tcPr>
          <w:p w14:paraId="59BAD478" w14:textId="54546245" w:rsidR="00CD745A" w:rsidRPr="00015574" w:rsidRDefault="000A5F58" w:rsidP="00C7253B">
            <w:pPr>
              <w:rPr>
                <w:rFonts w:cs="Calibri"/>
                <w:szCs w:val="24"/>
              </w:rPr>
            </w:pPr>
            <w:r w:rsidRPr="00015574">
              <w:rPr>
                <w:rFonts w:cs="Calibri"/>
                <w:b/>
                <w:bCs/>
                <w:szCs w:val="24"/>
              </w:rPr>
              <w:t>Title of item</w:t>
            </w:r>
            <w:r w:rsidR="00CD745A" w:rsidRPr="00015574">
              <w:rPr>
                <w:rFonts w:cs="Calibri"/>
                <w:b/>
                <w:bCs/>
                <w:szCs w:val="24"/>
              </w:rPr>
              <w:t xml:space="preserve">: </w:t>
            </w:r>
            <w:r w:rsidR="00A0792E" w:rsidRPr="00015574">
              <w:rPr>
                <w:rFonts w:cs="Calibri"/>
                <w:b/>
                <w:bCs/>
                <w:szCs w:val="24"/>
              </w:rPr>
              <w:tab/>
            </w:r>
            <w:r w:rsidR="00A0792E" w:rsidRPr="00015574">
              <w:rPr>
                <w:rFonts w:cs="Calibri"/>
                <w:b/>
                <w:bCs/>
                <w:szCs w:val="24"/>
              </w:rPr>
              <w:tab/>
            </w:r>
            <w:sdt>
              <w:sdtPr>
                <w:rPr>
                  <w:rFonts w:cs="Calibri"/>
                  <w:b/>
                  <w:bCs/>
                  <w:szCs w:val="24"/>
                </w:rPr>
                <w:id w:val="-870296156"/>
                <w:placeholder>
                  <w:docPart w:val="CA4E4ABAE5DA465E97A6237A7809538C"/>
                </w:placeholder>
                <w:showingPlcHdr/>
              </w:sdtPr>
              <w:sdtEndPr/>
              <w:sdtContent>
                <w:r w:rsidR="00CD745A" w:rsidRPr="00015574">
                  <w:rPr>
                    <w:rStyle w:val="PlaceholderText"/>
                    <w:rFonts w:cs="Calibri"/>
                    <w:szCs w:val="24"/>
                  </w:rPr>
                  <w:t>Click or tap here to enter text.</w:t>
                </w:r>
              </w:sdtContent>
            </w:sdt>
          </w:p>
        </w:tc>
      </w:tr>
      <w:tr w:rsidR="00CD745A" w:rsidRPr="00260F73" w14:paraId="769739CE" w14:textId="77777777" w:rsidTr="00CD745A">
        <w:tc>
          <w:tcPr>
            <w:tcW w:w="2723" w:type="dxa"/>
            <w:vAlign w:val="center"/>
          </w:tcPr>
          <w:p w14:paraId="178AC458" w14:textId="5D1CCCAF" w:rsidR="00CD745A" w:rsidRPr="00015574" w:rsidRDefault="00CD745A" w:rsidP="00CD745A">
            <w:pPr>
              <w:rPr>
                <w:rFonts w:cs="Calibri"/>
                <w:szCs w:val="24"/>
              </w:rPr>
            </w:pPr>
            <w:r w:rsidRPr="00015574">
              <w:rPr>
                <w:rFonts w:cs="Calibri"/>
                <w:b/>
                <w:bCs/>
                <w:szCs w:val="24"/>
              </w:rPr>
              <w:t>Role</w:t>
            </w:r>
            <w:r w:rsidR="00446759">
              <w:rPr>
                <w:rFonts w:cs="Calibri"/>
                <w:b/>
                <w:bCs/>
                <w:szCs w:val="24"/>
              </w:rPr>
              <w:t>:</w:t>
            </w:r>
          </w:p>
        </w:tc>
        <w:sdt>
          <w:sdtPr>
            <w:id w:val="587663669"/>
            <w:placeholder>
              <w:docPart w:val="156AE4FD73954CA688AAE317B321396B"/>
            </w:placeholder>
            <w:showingPlcHdr/>
          </w:sdtPr>
          <w:sdtEndPr/>
          <w:sdtContent>
            <w:tc>
              <w:tcPr>
                <w:tcW w:w="6627" w:type="dxa"/>
              </w:tcPr>
              <w:p w14:paraId="419B1C3D" w14:textId="3D84B998" w:rsidR="00CD745A" w:rsidRPr="00260F73" w:rsidRDefault="00CD745A" w:rsidP="00C7253B">
                <w:r w:rsidRPr="00260F73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CD745A" w:rsidRPr="00260F73" w14:paraId="15DA0842" w14:textId="77777777" w:rsidTr="00CD745A">
        <w:tc>
          <w:tcPr>
            <w:tcW w:w="2723" w:type="dxa"/>
            <w:vAlign w:val="center"/>
          </w:tcPr>
          <w:p w14:paraId="22919863" w14:textId="34E53D17" w:rsidR="00CD745A" w:rsidRPr="00015574" w:rsidRDefault="00CD745A" w:rsidP="00CD745A">
            <w:pPr>
              <w:rPr>
                <w:rFonts w:cs="Calibri"/>
                <w:szCs w:val="24"/>
              </w:rPr>
            </w:pPr>
            <w:r w:rsidRPr="00015574">
              <w:rPr>
                <w:rFonts w:cs="Calibri"/>
                <w:b/>
                <w:bCs/>
                <w:szCs w:val="24"/>
              </w:rPr>
              <w:t>Publication/Conference Name</w:t>
            </w:r>
            <w:r w:rsidR="00446759">
              <w:rPr>
                <w:rFonts w:cs="Calibri"/>
                <w:b/>
                <w:bCs/>
                <w:szCs w:val="24"/>
              </w:rPr>
              <w:t>:</w:t>
            </w:r>
          </w:p>
        </w:tc>
        <w:sdt>
          <w:sdtPr>
            <w:id w:val="2132510190"/>
            <w:placeholder>
              <w:docPart w:val="6D5A277E4DAE4119840AF2E2D970FC5F"/>
            </w:placeholder>
            <w:showingPlcHdr/>
          </w:sdtPr>
          <w:sdtEndPr/>
          <w:sdtContent>
            <w:tc>
              <w:tcPr>
                <w:tcW w:w="6627" w:type="dxa"/>
              </w:tcPr>
              <w:p w14:paraId="468FCDE1" w14:textId="3348A058" w:rsidR="00CD745A" w:rsidRPr="00260F73" w:rsidRDefault="00CD745A" w:rsidP="00C7253B">
                <w:r w:rsidRPr="00260F73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CD745A" w:rsidRPr="00260F73" w14:paraId="5D715A34" w14:textId="77777777" w:rsidTr="00CD745A">
        <w:tc>
          <w:tcPr>
            <w:tcW w:w="2723" w:type="dxa"/>
            <w:vAlign w:val="center"/>
          </w:tcPr>
          <w:p w14:paraId="687B8572" w14:textId="210F1637" w:rsidR="00CD745A" w:rsidRPr="00446759" w:rsidRDefault="00CD745A" w:rsidP="00CD745A">
            <w:pPr>
              <w:rPr>
                <w:rFonts w:cs="Calibri"/>
                <w:b/>
                <w:bCs/>
                <w:szCs w:val="24"/>
              </w:rPr>
            </w:pPr>
            <w:r w:rsidRPr="00015574">
              <w:rPr>
                <w:rFonts w:cs="Calibri"/>
                <w:b/>
                <w:bCs/>
                <w:szCs w:val="24"/>
              </w:rPr>
              <w:t xml:space="preserve">DOI link </w:t>
            </w:r>
            <w:r w:rsidR="00015574" w:rsidRPr="00015574">
              <w:rPr>
                <w:rFonts w:cs="Calibri"/>
                <w:b/>
                <w:bCs/>
                <w:szCs w:val="24"/>
              </w:rPr>
              <w:t>(</w:t>
            </w:r>
            <w:r w:rsidRPr="00015574">
              <w:rPr>
                <w:rFonts w:cs="Calibri"/>
                <w:b/>
                <w:bCs/>
                <w:szCs w:val="24"/>
              </w:rPr>
              <w:t>where applicable</w:t>
            </w:r>
            <w:r w:rsidR="00015574" w:rsidRPr="00015574">
              <w:rPr>
                <w:rFonts w:cs="Calibri"/>
                <w:b/>
                <w:bCs/>
                <w:szCs w:val="24"/>
              </w:rPr>
              <w:t>)</w:t>
            </w:r>
            <w:r w:rsidR="00446759">
              <w:rPr>
                <w:rFonts w:cs="Calibri"/>
                <w:b/>
                <w:bCs/>
                <w:szCs w:val="24"/>
              </w:rPr>
              <w:t>:</w:t>
            </w:r>
          </w:p>
        </w:tc>
        <w:sdt>
          <w:sdtPr>
            <w:id w:val="281088364"/>
            <w:placeholder>
              <w:docPart w:val="586FFECF142C4598987272C037E4807A"/>
            </w:placeholder>
            <w:showingPlcHdr/>
          </w:sdtPr>
          <w:sdtEndPr/>
          <w:sdtContent>
            <w:tc>
              <w:tcPr>
                <w:tcW w:w="6627" w:type="dxa"/>
              </w:tcPr>
              <w:p w14:paraId="65BB4C77" w14:textId="59DC1FA6" w:rsidR="00CD745A" w:rsidRPr="00260F73" w:rsidRDefault="00CD745A" w:rsidP="00C7253B">
                <w:r w:rsidRPr="00260F73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CD745A" w:rsidRPr="00260F73" w14:paraId="7E170BE8" w14:textId="77777777" w:rsidTr="00CD745A">
        <w:tc>
          <w:tcPr>
            <w:tcW w:w="2723" w:type="dxa"/>
            <w:vAlign w:val="center"/>
          </w:tcPr>
          <w:p w14:paraId="609E6916" w14:textId="5AD3F0BB" w:rsidR="00CD745A" w:rsidRPr="00015574" w:rsidRDefault="00CD745A" w:rsidP="00CD745A">
            <w:pPr>
              <w:rPr>
                <w:rFonts w:cs="Calibri"/>
                <w:szCs w:val="24"/>
              </w:rPr>
            </w:pPr>
            <w:r w:rsidRPr="00015574">
              <w:rPr>
                <w:rFonts w:cs="Calibri"/>
                <w:b/>
                <w:bCs/>
                <w:szCs w:val="24"/>
              </w:rPr>
              <w:t>Publication/Presentation Date</w:t>
            </w:r>
            <w:r w:rsidR="00446759">
              <w:rPr>
                <w:rFonts w:cs="Calibri"/>
                <w:b/>
                <w:bCs/>
                <w:szCs w:val="24"/>
              </w:rPr>
              <w:t>:</w:t>
            </w:r>
          </w:p>
        </w:tc>
        <w:sdt>
          <w:sdtPr>
            <w:id w:val="1721250372"/>
            <w:placeholder>
              <w:docPart w:val="0FB6E5FECABF45829BB384A56029A28D"/>
            </w:placeholder>
            <w:showingPlcHdr/>
            <w:date>
              <w:dateFormat w:val="dd/MM/yyyy"/>
              <w:lid w:val="en-IE"/>
              <w:storeMappedDataAs w:val="dateTime"/>
              <w:calendar w:val="gregorian"/>
            </w:date>
          </w:sdtPr>
          <w:sdtEndPr/>
          <w:sdtContent>
            <w:tc>
              <w:tcPr>
                <w:tcW w:w="6627" w:type="dxa"/>
              </w:tcPr>
              <w:p w14:paraId="383255EC" w14:textId="595583B5" w:rsidR="00CD745A" w:rsidRPr="00260F73" w:rsidRDefault="00CD745A" w:rsidP="00C7253B">
                <w:r w:rsidRPr="00260F73">
                  <w:rPr>
                    <w:rStyle w:val="PlaceholderText"/>
                  </w:rPr>
                  <w:t>Click or tap to enter a date.</w:t>
                </w:r>
              </w:p>
            </w:tc>
          </w:sdtContent>
        </w:sdt>
      </w:tr>
      <w:tr w:rsidR="00CD745A" w:rsidRPr="00260F73" w14:paraId="4F9E7C13" w14:textId="77777777" w:rsidTr="00CD745A">
        <w:tc>
          <w:tcPr>
            <w:tcW w:w="2723" w:type="dxa"/>
            <w:vAlign w:val="center"/>
          </w:tcPr>
          <w:p w14:paraId="5530C6EE" w14:textId="4E8D55D8" w:rsidR="00CD745A" w:rsidRPr="00015574" w:rsidRDefault="00CD745A" w:rsidP="00CD745A">
            <w:pPr>
              <w:rPr>
                <w:rFonts w:cs="Calibri"/>
                <w:szCs w:val="24"/>
              </w:rPr>
            </w:pPr>
            <w:r w:rsidRPr="00015574">
              <w:rPr>
                <w:rFonts w:cs="Calibri"/>
                <w:b/>
                <w:bCs/>
                <w:szCs w:val="24"/>
              </w:rPr>
              <w:t>Complete or Ongoing</w:t>
            </w:r>
          </w:p>
        </w:tc>
        <w:tc>
          <w:tcPr>
            <w:tcW w:w="6627" w:type="dxa"/>
          </w:tcPr>
          <w:p w14:paraId="4B4C77D8" w14:textId="617357C6" w:rsidR="00CD745A" w:rsidRPr="00260F73" w:rsidRDefault="00CD745A" w:rsidP="00CD745A">
            <w:r w:rsidRPr="00260F73">
              <w:t xml:space="preserve">Complete  </w:t>
            </w:r>
            <w:sdt>
              <w:sdtPr>
                <w:id w:val="156683732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260F73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Pr="00260F73">
              <w:tab/>
              <w:t xml:space="preserve">Ongoing </w:t>
            </w:r>
            <w:sdt>
              <w:sdtPr>
                <w:id w:val="-139819910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260F73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</w:tr>
      <w:tr w:rsidR="00CD745A" w:rsidRPr="00260F73" w14:paraId="5C2CDB46" w14:textId="77777777" w:rsidTr="00CD745A">
        <w:tc>
          <w:tcPr>
            <w:tcW w:w="2723" w:type="dxa"/>
            <w:tcBorders>
              <w:bottom w:val="single" w:sz="4" w:space="0" w:color="auto"/>
            </w:tcBorders>
            <w:vAlign w:val="center"/>
          </w:tcPr>
          <w:p w14:paraId="4AF9FBD7" w14:textId="2CFFB4CF" w:rsidR="00CD745A" w:rsidRPr="00015574" w:rsidRDefault="00CD745A" w:rsidP="00CD745A">
            <w:pPr>
              <w:rPr>
                <w:rFonts w:cs="Calibri"/>
                <w:b/>
                <w:bCs/>
                <w:szCs w:val="24"/>
              </w:rPr>
            </w:pPr>
            <w:r w:rsidRPr="00015574">
              <w:rPr>
                <w:rFonts w:cs="Calibri"/>
                <w:b/>
                <w:bCs/>
                <w:szCs w:val="24"/>
              </w:rPr>
              <w:t>Supporting Documentation Attached</w:t>
            </w:r>
          </w:p>
        </w:tc>
        <w:tc>
          <w:tcPr>
            <w:tcW w:w="6627" w:type="dxa"/>
            <w:tcBorders>
              <w:bottom w:val="single" w:sz="4" w:space="0" w:color="auto"/>
            </w:tcBorders>
          </w:tcPr>
          <w:p w14:paraId="733F3DA5" w14:textId="295D5213" w:rsidR="00CD745A" w:rsidRPr="00260F73" w:rsidRDefault="00CD745A" w:rsidP="00CD745A">
            <w:r w:rsidRPr="00260F73">
              <w:t xml:space="preserve">Yes </w:t>
            </w:r>
            <w:sdt>
              <w:sdtPr>
                <w:id w:val="-181609355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260F73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Pr="00260F73">
              <w:tab/>
              <w:t xml:space="preserve">No </w:t>
            </w:r>
            <w:sdt>
              <w:sdtPr>
                <w:id w:val="-108090400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260F73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</w:tr>
      <w:tr w:rsidR="00CD745A" w:rsidRPr="00260F73" w14:paraId="5C942432" w14:textId="77777777" w:rsidTr="00CD745A">
        <w:tc>
          <w:tcPr>
            <w:tcW w:w="2723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50EF3430" w14:textId="77777777" w:rsidR="00CD745A" w:rsidRPr="00260F73" w:rsidRDefault="00CD745A" w:rsidP="00CD745A">
            <w:pPr>
              <w:rPr>
                <w:b/>
                <w:bCs/>
              </w:rPr>
            </w:pPr>
          </w:p>
        </w:tc>
        <w:tc>
          <w:tcPr>
            <w:tcW w:w="662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03B1F1C1" w14:textId="7D5EA4EB" w:rsidR="00CD745A" w:rsidRPr="00260F73" w:rsidRDefault="00CD745A" w:rsidP="00CD745A"/>
        </w:tc>
      </w:tr>
      <w:tr w:rsidR="003713D2" w:rsidRPr="00260F73" w14:paraId="5A7BC055" w14:textId="77777777" w:rsidTr="00695860">
        <w:tc>
          <w:tcPr>
            <w:tcW w:w="9350" w:type="dxa"/>
            <w:gridSpan w:val="2"/>
          </w:tcPr>
          <w:p w14:paraId="08164C5A" w14:textId="027F35FB" w:rsidR="003713D2" w:rsidRPr="00015574" w:rsidRDefault="003713D2" w:rsidP="00C7253B">
            <w:pPr>
              <w:rPr>
                <w:rFonts w:cs="Calibri"/>
                <w:szCs w:val="24"/>
              </w:rPr>
            </w:pPr>
            <w:r w:rsidRPr="00015574">
              <w:rPr>
                <w:rFonts w:cs="Calibri"/>
                <w:b/>
                <w:bCs/>
                <w:szCs w:val="24"/>
              </w:rPr>
              <w:t xml:space="preserve">Title of item: </w:t>
            </w:r>
            <w:r w:rsidRPr="00015574">
              <w:rPr>
                <w:rFonts w:cs="Calibri"/>
                <w:b/>
                <w:bCs/>
                <w:szCs w:val="24"/>
              </w:rPr>
              <w:tab/>
            </w:r>
            <w:r w:rsidRPr="00015574">
              <w:rPr>
                <w:rFonts w:cs="Calibri"/>
                <w:b/>
                <w:bCs/>
                <w:szCs w:val="24"/>
              </w:rPr>
              <w:tab/>
            </w:r>
            <w:sdt>
              <w:sdtPr>
                <w:rPr>
                  <w:rFonts w:cs="Calibri"/>
                  <w:b/>
                  <w:bCs/>
                  <w:szCs w:val="24"/>
                </w:rPr>
                <w:id w:val="947045306"/>
                <w:placeholder>
                  <w:docPart w:val="2636CEBDA55446F2B898CE82D65A7F19"/>
                </w:placeholder>
                <w:showingPlcHdr/>
              </w:sdtPr>
              <w:sdtEndPr/>
              <w:sdtContent>
                <w:r w:rsidRPr="00015574">
                  <w:rPr>
                    <w:rStyle w:val="PlaceholderText"/>
                    <w:rFonts w:cs="Calibri"/>
                    <w:szCs w:val="24"/>
                  </w:rPr>
                  <w:t>Click or tap here to enter text.</w:t>
                </w:r>
              </w:sdtContent>
            </w:sdt>
          </w:p>
        </w:tc>
      </w:tr>
      <w:tr w:rsidR="003713D2" w:rsidRPr="00260F73" w14:paraId="2145186D" w14:textId="77777777" w:rsidTr="00CD745A">
        <w:tc>
          <w:tcPr>
            <w:tcW w:w="2723" w:type="dxa"/>
            <w:vAlign w:val="center"/>
          </w:tcPr>
          <w:p w14:paraId="588E5A17" w14:textId="77777777" w:rsidR="003713D2" w:rsidRPr="00015574" w:rsidRDefault="003713D2" w:rsidP="00CD745A">
            <w:pPr>
              <w:rPr>
                <w:rFonts w:cs="Calibri"/>
                <w:szCs w:val="24"/>
              </w:rPr>
            </w:pPr>
            <w:r w:rsidRPr="00015574">
              <w:rPr>
                <w:rFonts w:cs="Calibri"/>
                <w:b/>
                <w:bCs/>
                <w:szCs w:val="24"/>
              </w:rPr>
              <w:t>Role</w:t>
            </w:r>
            <w:r>
              <w:rPr>
                <w:rFonts w:cs="Calibri"/>
                <w:b/>
                <w:bCs/>
                <w:szCs w:val="24"/>
              </w:rPr>
              <w:t>:</w:t>
            </w:r>
          </w:p>
        </w:tc>
        <w:sdt>
          <w:sdtPr>
            <w:id w:val="544719331"/>
            <w:placeholder>
              <w:docPart w:val="B1AD7A19AFD34107A93F340107E987C9"/>
            </w:placeholder>
            <w:showingPlcHdr/>
          </w:sdtPr>
          <w:sdtEndPr/>
          <w:sdtContent>
            <w:tc>
              <w:tcPr>
                <w:tcW w:w="6627" w:type="dxa"/>
              </w:tcPr>
              <w:p w14:paraId="6822FCB2" w14:textId="77777777" w:rsidR="003713D2" w:rsidRPr="00260F73" w:rsidRDefault="003713D2" w:rsidP="00016A95">
                <w:r w:rsidRPr="00260F73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3713D2" w:rsidRPr="00260F73" w14:paraId="43DB2023" w14:textId="77777777" w:rsidTr="00CD745A">
        <w:tc>
          <w:tcPr>
            <w:tcW w:w="2723" w:type="dxa"/>
            <w:vAlign w:val="center"/>
          </w:tcPr>
          <w:p w14:paraId="72C6C651" w14:textId="77777777" w:rsidR="003713D2" w:rsidRPr="00015574" w:rsidRDefault="003713D2" w:rsidP="00CD745A">
            <w:pPr>
              <w:rPr>
                <w:rFonts w:cs="Calibri"/>
                <w:szCs w:val="24"/>
              </w:rPr>
            </w:pPr>
            <w:r w:rsidRPr="00015574">
              <w:rPr>
                <w:rFonts w:cs="Calibri"/>
                <w:b/>
                <w:bCs/>
                <w:szCs w:val="24"/>
              </w:rPr>
              <w:t>Publication/Conference Name</w:t>
            </w:r>
            <w:r>
              <w:rPr>
                <w:rFonts w:cs="Calibri"/>
                <w:b/>
                <w:bCs/>
                <w:szCs w:val="24"/>
              </w:rPr>
              <w:t>:</w:t>
            </w:r>
          </w:p>
        </w:tc>
        <w:sdt>
          <w:sdtPr>
            <w:id w:val="-1706710911"/>
            <w:placeholder>
              <w:docPart w:val="886A75EF89754CCCA94133C3ED148370"/>
            </w:placeholder>
            <w:showingPlcHdr/>
          </w:sdtPr>
          <w:sdtEndPr/>
          <w:sdtContent>
            <w:tc>
              <w:tcPr>
                <w:tcW w:w="6627" w:type="dxa"/>
              </w:tcPr>
              <w:p w14:paraId="4EB2FE85" w14:textId="77777777" w:rsidR="003713D2" w:rsidRPr="00260F73" w:rsidRDefault="003713D2" w:rsidP="00016A95">
                <w:r w:rsidRPr="00260F73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3713D2" w:rsidRPr="00260F73" w14:paraId="6F06F30B" w14:textId="77777777" w:rsidTr="00CD745A">
        <w:tc>
          <w:tcPr>
            <w:tcW w:w="2723" w:type="dxa"/>
            <w:vAlign w:val="center"/>
          </w:tcPr>
          <w:p w14:paraId="486CC72A" w14:textId="77777777" w:rsidR="003713D2" w:rsidRPr="00446759" w:rsidRDefault="003713D2" w:rsidP="00CD745A">
            <w:pPr>
              <w:rPr>
                <w:rFonts w:cs="Calibri"/>
                <w:b/>
                <w:bCs/>
                <w:szCs w:val="24"/>
              </w:rPr>
            </w:pPr>
            <w:r w:rsidRPr="00015574">
              <w:rPr>
                <w:rFonts w:cs="Calibri"/>
                <w:b/>
                <w:bCs/>
                <w:szCs w:val="24"/>
              </w:rPr>
              <w:t>DOI link (where applicable)</w:t>
            </w:r>
            <w:r>
              <w:rPr>
                <w:rFonts w:cs="Calibri"/>
                <w:b/>
                <w:bCs/>
                <w:szCs w:val="24"/>
              </w:rPr>
              <w:t>:</w:t>
            </w:r>
          </w:p>
        </w:tc>
        <w:sdt>
          <w:sdtPr>
            <w:id w:val="-1012066124"/>
            <w:placeholder>
              <w:docPart w:val="5ED57F54BA834AB1B5607992871117D0"/>
            </w:placeholder>
            <w:showingPlcHdr/>
          </w:sdtPr>
          <w:sdtEndPr/>
          <w:sdtContent>
            <w:tc>
              <w:tcPr>
                <w:tcW w:w="6627" w:type="dxa"/>
              </w:tcPr>
              <w:p w14:paraId="1021780B" w14:textId="77777777" w:rsidR="003713D2" w:rsidRPr="00260F73" w:rsidRDefault="003713D2" w:rsidP="00016A95">
                <w:r w:rsidRPr="00260F73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3713D2" w:rsidRPr="00260F73" w14:paraId="65F6EF2A" w14:textId="77777777" w:rsidTr="00CD745A">
        <w:tc>
          <w:tcPr>
            <w:tcW w:w="2723" w:type="dxa"/>
            <w:vAlign w:val="center"/>
          </w:tcPr>
          <w:p w14:paraId="78A6DDE9" w14:textId="77777777" w:rsidR="003713D2" w:rsidRPr="00015574" w:rsidRDefault="003713D2" w:rsidP="00CD745A">
            <w:pPr>
              <w:rPr>
                <w:rFonts w:cs="Calibri"/>
                <w:szCs w:val="24"/>
              </w:rPr>
            </w:pPr>
            <w:r w:rsidRPr="00015574">
              <w:rPr>
                <w:rFonts w:cs="Calibri"/>
                <w:b/>
                <w:bCs/>
                <w:szCs w:val="24"/>
              </w:rPr>
              <w:t>Publication/Presentation Date</w:t>
            </w:r>
            <w:r>
              <w:rPr>
                <w:rFonts w:cs="Calibri"/>
                <w:b/>
                <w:bCs/>
                <w:szCs w:val="24"/>
              </w:rPr>
              <w:t>:</w:t>
            </w:r>
          </w:p>
        </w:tc>
        <w:sdt>
          <w:sdtPr>
            <w:id w:val="-295063232"/>
            <w:placeholder>
              <w:docPart w:val="6DFABCABA0B9461DA7D3E68645D5FAB7"/>
            </w:placeholder>
            <w:showingPlcHdr/>
            <w:date>
              <w:dateFormat w:val="dd/MM/yyyy"/>
              <w:lid w:val="en-IE"/>
              <w:storeMappedDataAs w:val="dateTime"/>
              <w:calendar w:val="gregorian"/>
            </w:date>
          </w:sdtPr>
          <w:sdtEndPr/>
          <w:sdtContent>
            <w:tc>
              <w:tcPr>
                <w:tcW w:w="6627" w:type="dxa"/>
              </w:tcPr>
              <w:p w14:paraId="349C29A8" w14:textId="77777777" w:rsidR="003713D2" w:rsidRPr="00260F73" w:rsidRDefault="003713D2" w:rsidP="00016A95">
                <w:r w:rsidRPr="00260F73">
                  <w:rPr>
                    <w:rStyle w:val="PlaceholderText"/>
                  </w:rPr>
                  <w:t>Click or tap to enter a date.</w:t>
                </w:r>
              </w:p>
            </w:tc>
          </w:sdtContent>
        </w:sdt>
      </w:tr>
      <w:tr w:rsidR="003713D2" w:rsidRPr="00260F73" w14:paraId="2A30D7E1" w14:textId="77777777" w:rsidTr="00CD745A">
        <w:tc>
          <w:tcPr>
            <w:tcW w:w="2723" w:type="dxa"/>
            <w:vAlign w:val="center"/>
          </w:tcPr>
          <w:p w14:paraId="4D4215FE" w14:textId="77777777" w:rsidR="003713D2" w:rsidRPr="00015574" w:rsidRDefault="003713D2" w:rsidP="00CD745A">
            <w:pPr>
              <w:rPr>
                <w:rFonts w:cs="Calibri"/>
                <w:szCs w:val="24"/>
              </w:rPr>
            </w:pPr>
            <w:r w:rsidRPr="00015574">
              <w:rPr>
                <w:rFonts w:cs="Calibri"/>
                <w:b/>
                <w:bCs/>
                <w:szCs w:val="24"/>
              </w:rPr>
              <w:t>Complete or Ongoing</w:t>
            </w:r>
          </w:p>
        </w:tc>
        <w:tc>
          <w:tcPr>
            <w:tcW w:w="6627" w:type="dxa"/>
          </w:tcPr>
          <w:p w14:paraId="7B529526" w14:textId="77777777" w:rsidR="003713D2" w:rsidRPr="00260F73" w:rsidRDefault="003713D2" w:rsidP="00CD745A">
            <w:r w:rsidRPr="00260F73">
              <w:t xml:space="preserve">Complete  </w:t>
            </w:r>
            <w:sdt>
              <w:sdtPr>
                <w:id w:val="121655719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260F73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Pr="00260F73">
              <w:tab/>
              <w:t xml:space="preserve">Ongoing </w:t>
            </w:r>
            <w:sdt>
              <w:sdtPr>
                <w:id w:val="-163246787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260F73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</w:tr>
      <w:tr w:rsidR="003713D2" w:rsidRPr="00260F73" w14:paraId="270147D2" w14:textId="77777777" w:rsidTr="00CD745A">
        <w:tc>
          <w:tcPr>
            <w:tcW w:w="2723" w:type="dxa"/>
            <w:tcBorders>
              <w:bottom w:val="single" w:sz="4" w:space="0" w:color="auto"/>
            </w:tcBorders>
            <w:vAlign w:val="center"/>
          </w:tcPr>
          <w:p w14:paraId="2ED69CFE" w14:textId="77777777" w:rsidR="003713D2" w:rsidRPr="00015574" w:rsidRDefault="003713D2" w:rsidP="00CD745A">
            <w:pPr>
              <w:rPr>
                <w:rFonts w:cs="Calibri"/>
                <w:b/>
                <w:bCs/>
                <w:szCs w:val="24"/>
              </w:rPr>
            </w:pPr>
            <w:r w:rsidRPr="00015574">
              <w:rPr>
                <w:rFonts w:cs="Calibri"/>
                <w:b/>
                <w:bCs/>
                <w:szCs w:val="24"/>
              </w:rPr>
              <w:t>Supporting Documentation Attached</w:t>
            </w:r>
          </w:p>
        </w:tc>
        <w:tc>
          <w:tcPr>
            <w:tcW w:w="6627" w:type="dxa"/>
            <w:tcBorders>
              <w:bottom w:val="single" w:sz="4" w:space="0" w:color="auto"/>
            </w:tcBorders>
          </w:tcPr>
          <w:p w14:paraId="7A519656" w14:textId="77777777" w:rsidR="003713D2" w:rsidRPr="00260F73" w:rsidRDefault="003713D2" w:rsidP="00CD745A">
            <w:r w:rsidRPr="00260F73">
              <w:t xml:space="preserve">Yes </w:t>
            </w:r>
            <w:sdt>
              <w:sdtPr>
                <w:id w:val="-56479964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260F73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Pr="00260F73">
              <w:tab/>
              <w:t xml:space="preserve">No </w:t>
            </w:r>
            <w:sdt>
              <w:sdtPr>
                <w:id w:val="72850694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260F73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</w:tr>
      <w:tr w:rsidR="003713D2" w:rsidRPr="00260F73" w14:paraId="5C9E775F" w14:textId="77777777" w:rsidTr="00CD745A">
        <w:tc>
          <w:tcPr>
            <w:tcW w:w="2723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772D1063" w14:textId="77777777" w:rsidR="003713D2" w:rsidRPr="00260F73" w:rsidRDefault="003713D2" w:rsidP="00CD745A">
            <w:pPr>
              <w:rPr>
                <w:b/>
                <w:bCs/>
              </w:rPr>
            </w:pPr>
          </w:p>
        </w:tc>
        <w:tc>
          <w:tcPr>
            <w:tcW w:w="662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16DAA2A6" w14:textId="666D19AF" w:rsidR="003713D2" w:rsidRPr="00260F73" w:rsidRDefault="003713D2" w:rsidP="00CD745A"/>
        </w:tc>
      </w:tr>
      <w:tr w:rsidR="00F066E1" w:rsidRPr="00260F73" w14:paraId="11D22455" w14:textId="77777777" w:rsidTr="00695860">
        <w:tc>
          <w:tcPr>
            <w:tcW w:w="9350" w:type="dxa"/>
            <w:gridSpan w:val="2"/>
          </w:tcPr>
          <w:p w14:paraId="38E705B1" w14:textId="0560187B" w:rsidR="00F066E1" w:rsidRPr="00015574" w:rsidRDefault="00F066E1" w:rsidP="00C7253B">
            <w:pPr>
              <w:rPr>
                <w:rFonts w:cs="Calibri"/>
                <w:szCs w:val="24"/>
              </w:rPr>
            </w:pPr>
            <w:r w:rsidRPr="00015574">
              <w:rPr>
                <w:rFonts w:cs="Calibri"/>
                <w:b/>
                <w:bCs/>
                <w:szCs w:val="24"/>
              </w:rPr>
              <w:t xml:space="preserve">Title of item: </w:t>
            </w:r>
            <w:r w:rsidRPr="00015574">
              <w:rPr>
                <w:rFonts w:cs="Calibri"/>
                <w:b/>
                <w:bCs/>
                <w:szCs w:val="24"/>
              </w:rPr>
              <w:tab/>
            </w:r>
            <w:r w:rsidRPr="00015574">
              <w:rPr>
                <w:rFonts w:cs="Calibri"/>
                <w:b/>
                <w:bCs/>
                <w:szCs w:val="24"/>
              </w:rPr>
              <w:tab/>
            </w:r>
            <w:sdt>
              <w:sdtPr>
                <w:rPr>
                  <w:rFonts w:cs="Calibri"/>
                  <w:b/>
                  <w:bCs/>
                  <w:szCs w:val="24"/>
                </w:rPr>
                <w:id w:val="407734505"/>
                <w:placeholder>
                  <w:docPart w:val="8E8FF8BC698C434E89BBFC103705B590"/>
                </w:placeholder>
                <w:showingPlcHdr/>
              </w:sdtPr>
              <w:sdtEndPr/>
              <w:sdtContent>
                <w:r w:rsidRPr="00015574">
                  <w:rPr>
                    <w:rStyle w:val="PlaceholderText"/>
                    <w:rFonts w:cs="Calibri"/>
                    <w:szCs w:val="24"/>
                  </w:rPr>
                  <w:t>Click or tap here to enter text.</w:t>
                </w:r>
              </w:sdtContent>
            </w:sdt>
          </w:p>
        </w:tc>
      </w:tr>
      <w:tr w:rsidR="00F066E1" w:rsidRPr="00260F73" w14:paraId="625EBEA1" w14:textId="77777777" w:rsidTr="00CD745A">
        <w:tc>
          <w:tcPr>
            <w:tcW w:w="2723" w:type="dxa"/>
            <w:vAlign w:val="center"/>
          </w:tcPr>
          <w:p w14:paraId="45C879DD" w14:textId="77777777" w:rsidR="00F066E1" w:rsidRPr="00015574" w:rsidRDefault="00F066E1" w:rsidP="00CD745A">
            <w:pPr>
              <w:rPr>
                <w:rFonts w:cs="Calibri"/>
                <w:szCs w:val="24"/>
              </w:rPr>
            </w:pPr>
            <w:r w:rsidRPr="00015574">
              <w:rPr>
                <w:rFonts w:cs="Calibri"/>
                <w:b/>
                <w:bCs/>
                <w:szCs w:val="24"/>
              </w:rPr>
              <w:t>Role</w:t>
            </w:r>
            <w:r>
              <w:rPr>
                <w:rFonts w:cs="Calibri"/>
                <w:b/>
                <w:bCs/>
                <w:szCs w:val="24"/>
              </w:rPr>
              <w:t>:</w:t>
            </w:r>
          </w:p>
        </w:tc>
        <w:sdt>
          <w:sdtPr>
            <w:id w:val="-1082290941"/>
            <w:placeholder>
              <w:docPart w:val="59F2EB4351454B2C8CE4046359B53193"/>
            </w:placeholder>
            <w:showingPlcHdr/>
          </w:sdtPr>
          <w:sdtEndPr/>
          <w:sdtContent>
            <w:tc>
              <w:tcPr>
                <w:tcW w:w="6627" w:type="dxa"/>
              </w:tcPr>
              <w:p w14:paraId="36F7FAD6" w14:textId="77777777" w:rsidR="00F066E1" w:rsidRPr="00260F73" w:rsidRDefault="00F066E1" w:rsidP="00CA2CEB">
                <w:r w:rsidRPr="00260F73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F066E1" w:rsidRPr="00260F73" w14:paraId="321EBA5A" w14:textId="77777777" w:rsidTr="00CD745A">
        <w:tc>
          <w:tcPr>
            <w:tcW w:w="2723" w:type="dxa"/>
            <w:vAlign w:val="center"/>
          </w:tcPr>
          <w:p w14:paraId="67C40CFD" w14:textId="77777777" w:rsidR="00F066E1" w:rsidRPr="00015574" w:rsidRDefault="00F066E1" w:rsidP="00CD745A">
            <w:pPr>
              <w:rPr>
                <w:rFonts w:cs="Calibri"/>
                <w:szCs w:val="24"/>
              </w:rPr>
            </w:pPr>
            <w:r w:rsidRPr="00015574">
              <w:rPr>
                <w:rFonts w:cs="Calibri"/>
                <w:b/>
                <w:bCs/>
                <w:szCs w:val="24"/>
              </w:rPr>
              <w:t>Publication/Conference Name</w:t>
            </w:r>
            <w:r>
              <w:rPr>
                <w:rFonts w:cs="Calibri"/>
                <w:b/>
                <w:bCs/>
                <w:szCs w:val="24"/>
              </w:rPr>
              <w:t>:</w:t>
            </w:r>
          </w:p>
        </w:tc>
        <w:sdt>
          <w:sdtPr>
            <w:id w:val="-123461193"/>
            <w:placeholder>
              <w:docPart w:val="518319FD957C4593840AD7D0C78E876C"/>
            </w:placeholder>
            <w:showingPlcHdr/>
          </w:sdtPr>
          <w:sdtEndPr/>
          <w:sdtContent>
            <w:tc>
              <w:tcPr>
                <w:tcW w:w="6627" w:type="dxa"/>
              </w:tcPr>
              <w:p w14:paraId="67333254" w14:textId="77777777" w:rsidR="00F066E1" w:rsidRPr="00260F73" w:rsidRDefault="00F066E1" w:rsidP="00CA2CEB">
                <w:r w:rsidRPr="00260F73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F066E1" w:rsidRPr="00260F73" w14:paraId="36A81DF6" w14:textId="77777777" w:rsidTr="00CD745A">
        <w:tc>
          <w:tcPr>
            <w:tcW w:w="2723" w:type="dxa"/>
            <w:vAlign w:val="center"/>
          </w:tcPr>
          <w:p w14:paraId="5FDFCF82" w14:textId="77777777" w:rsidR="00F066E1" w:rsidRPr="00446759" w:rsidRDefault="00F066E1" w:rsidP="00CD745A">
            <w:pPr>
              <w:rPr>
                <w:rFonts w:cs="Calibri"/>
                <w:b/>
                <w:bCs/>
                <w:szCs w:val="24"/>
              </w:rPr>
            </w:pPr>
            <w:r w:rsidRPr="00015574">
              <w:rPr>
                <w:rFonts w:cs="Calibri"/>
                <w:b/>
                <w:bCs/>
                <w:szCs w:val="24"/>
              </w:rPr>
              <w:t>DOI link (where applicable)</w:t>
            </w:r>
            <w:r>
              <w:rPr>
                <w:rFonts w:cs="Calibri"/>
                <w:b/>
                <w:bCs/>
                <w:szCs w:val="24"/>
              </w:rPr>
              <w:t>:</w:t>
            </w:r>
          </w:p>
        </w:tc>
        <w:sdt>
          <w:sdtPr>
            <w:id w:val="-1263914494"/>
            <w:placeholder>
              <w:docPart w:val="6D55C65D3CC8440CB3C9A55AD7343C60"/>
            </w:placeholder>
            <w:showingPlcHdr/>
          </w:sdtPr>
          <w:sdtEndPr/>
          <w:sdtContent>
            <w:tc>
              <w:tcPr>
                <w:tcW w:w="6627" w:type="dxa"/>
              </w:tcPr>
              <w:p w14:paraId="28288CA3" w14:textId="77777777" w:rsidR="00F066E1" w:rsidRPr="00260F73" w:rsidRDefault="00F066E1" w:rsidP="00CA2CEB">
                <w:r w:rsidRPr="00260F73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F066E1" w:rsidRPr="00260F73" w14:paraId="6F1D8D15" w14:textId="77777777" w:rsidTr="00CD745A">
        <w:tc>
          <w:tcPr>
            <w:tcW w:w="2723" w:type="dxa"/>
            <w:vAlign w:val="center"/>
          </w:tcPr>
          <w:p w14:paraId="6A922A8D" w14:textId="77777777" w:rsidR="00F066E1" w:rsidRPr="00015574" w:rsidRDefault="00F066E1" w:rsidP="00CD745A">
            <w:pPr>
              <w:rPr>
                <w:rFonts w:cs="Calibri"/>
                <w:szCs w:val="24"/>
              </w:rPr>
            </w:pPr>
            <w:r w:rsidRPr="00015574">
              <w:rPr>
                <w:rFonts w:cs="Calibri"/>
                <w:b/>
                <w:bCs/>
                <w:szCs w:val="24"/>
              </w:rPr>
              <w:t>Publication/Presentation Date</w:t>
            </w:r>
            <w:r>
              <w:rPr>
                <w:rFonts w:cs="Calibri"/>
                <w:b/>
                <w:bCs/>
                <w:szCs w:val="24"/>
              </w:rPr>
              <w:t>:</w:t>
            </w:r>
          </w:p>
        </w:tc>
        <w:sdt>
          <w:sdtPr>
            <w:id w:val="-962574393"/>
            <w:placeholder>
              <w:docPart w:val="4A1F8B837A6543188890A60420A6FE14"/>
            </w:placeholder>
            <w:showingPlcHdr/>
            <w:date>
              <w:dateFormat w:val="dd/MM/yyyy"/>
              <w:lid w:val="en-IE"/>
              <w:storeMappedDataAs w:val="dateTime"/>
              <w:calendar w:val="gregorian"/>
            </w:date>
          </w:sdtPr>
          <w:sdtEndPr/>
          <w:sdtContent>
            <w:tc>
              <w:tcPr>
                <w:tcW w:w="6627" w:type="dxa"/>
              </w:tcPr>
              <w:p w14:paraId="0477484E" w14:textId="77777777" w:rsidR="00F066E1" w:rsidRPr="00260F73" w:rsidRDefault="00F066E1" w:rsidP="00CA2CEB">
                <w:r w:rsidRPr="00260F73">
                  <w:rPr>
                    <w:rStyle w:val="PlaceholderText"/>
                  </w:rPr>
                  <w:t>Click or tap to enter a date.</w:t>
                </w:r>
              </w:p>
            </w:tc>
          </w:sdtContent>
        </w:sdt>
      </w:tr>
      <w:tr w:rsidR="00F066E1" w:rsidRPr="00260F73" w14:paraId="4B7FA9FB" w14:textId="77777777" w:rsidTr="00CD745A">
        <w:tc>
          <w:tcPr>
            <w:tcW w:w="2723" w:type="dxa"/>
            <w:vAlign w:val="center"/>
          </w:tcPr>
          <w:p w14:paraId="5BBA5A09" w14:textId="77777777" w:rsidR="00F066E1" w:rsidRPr="00015574" w:rsidRDefault="00F066E1" w:rsidP="00CD745A">
            <w:pPr>
              <w:rPr>
                <w:rFonts w:cs="Calibri"/>
                <w:szCs w:val="24"/>
              </w:rPr>
            </w:pPr>
            <w:r w:rsidRPr="00015574">
              <w:rPr>
                <w:rFonts w:cs="Calibri"/>
                <w:b/>
                <w:bCs/>
                <w:szCs w:val="24"/>
              </w:rPr>
              <w:t>Complete or Ongoing</w:t>
            </w:r>
          </w:p>
        </w:tc>
        <w:tc>
          <w:tcPr>
            <w:tcW w:w="6627" w:type="dxa"/>
          </w:tcPr>
          <w:p w14:paraId="171CEB68" w14:textId="77777777" w:rsidR="00F066E1" w:rsidRPr="00260F73" w:rsidRDefault="00F066E1" w:rsidP="00CD745A">
            <w:r w:rsidRPr="00260F73">
              <w:t xml:space="preserve">Complete  </w:t>
            </w:r>
            <w:sdt>
              <w:sdtPr>
                <w:id w:val="-50174069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260F73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Pr="00260F73">
              <w:tab/>
              <w:t xml:space="preserve">Ongoing </w:t>
            </w:r>
            <w:sdt>
              <w:sdtPr>
                <w:id w:val="-148638576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260F73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</w:tr>
      <w:tr w:rsidR="00F066E1" w:rsidRPr="00260F73" w14:paraId="1D60498E" w14:textId="77777777" w:rsidTr="00CD745A">
        <w:tc>
          <w:tcPr>
            <w:tcW w:w="2723" w:type="dxa"/>
            <w:tcBorders>
              <w:bottom w:val="single" w:sz="4" w:space="0" w:color="auto"/>
            </w:tcBorders>
            <w:vAlign w:val="center"/>
          </w:tcPr>
          <w:p w14:paraId="7BA8DAAC" w14:textId="77777777" w:rsidR="00F066E1" w:rsidRPr="00015574" w:rsidRDefault="00F066E1" w:rsidP="00CD745A">
            <w:pPr>
              <w:rPr>
                <w:rFonts w:cs="Calibri"/>
                <w:b/>
                <w:bCs/>
                <w:szCs w:val="24"/>
              </w:rPr>
            </w:pPr>
            <w:r w:rsidRPr="00015574">
              <w:rPr>
                <w:rFonts w:cs="Calibri"/>
                <w:b/>
                <w:bCs/>
                <w:szCs w:val="24"/>
              </w:rPr>
              <w:t>Supporting Documentation Attached</w:t>
            </w:r>
          </w:p>
        </w:tc>
        <w:tc>
          <w:tcPr>
            <w:tcW w:w="6627" w:type="dxa"/>
            <w:tcBorders>
              <w:bottom w:val="single" w:sz="4" w:space="0" w:color="auto"/>
            </w:tcBorders>
          </w:tcPr>
          <w:p w14:paraId="17D9E62F" w14:textId="77777777" w:rsidR="00F066E1" w:rsidRPr="00260F73" w:rsidRDefault="00F066E1" w:rsidP="00CD745A">
            <w:r w:rsidRPr="00260F73">
              <w:t xml:space="preserve">Yes </w:t>
            </w:r>
            <w:sdt>
              <w:sdtPr>
                <w:id w:val="167722913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260F73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Pr="00260F73">
              <w:tab/>
              <w:t xml:space="preserve">No </w:t>
            </w:r>
            <w:sdt>
              <w:sdtPr>
                <w:id w:val="57417630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260F73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</w:tr>
      <w:tr w:rsidR="00F066E1" w:rsidRPr="00260F73" w14:paraId="55275A3E" w14:textId="77777777" w:rsidTr="00CD745A">
        <w:tc>
          <w:tcPr>
            <w:tcW w:w="2723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11F29412" w14:textId="77777777" w:rsidR="00F066E1" w:rsidRPr="00260F73" w:rsidRDefault="00F066E1" w:rsidP="00CD745A">
            <w:pPr>
              <w:rPr>
                <w:b/>
                <w:bCs/>
              </w:rPr>
            </w:pPr>
          </w:p>
        </w:tc>
        <w:tc>
          <w:tcPr>
            <w:tcW w:w="662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222734F5" w14:textId="3BDF6CDC" w:rsidR="00F066E1" w:rsidRPr="00260F73" w:rsidRDefault="00F066E1" w:rsidP="00CD745A"/>
        </w:tc>
      </w:tr>
      <w:tr w:rsidR="00F066E1" w:rsidRPr="00260F73" w14:paraId="5C374AAE" w14:textId="77777777" w:rsidTr="00695860">
        <w:tc>
          <w:tcPr>
            <w:tcW w:w="9350" w:type="dxa"/>
            <w:gridSpan w:val="2"/>
          </w:tcPr>
          <w:p w14:paraId="4AC3FFC0" w14:textId="548467D5" w:rsidR="00F066E1" w:rsidRPr="00015574" w:rsidRDefault="00F066E1" w:rsidP="00C7253B">
            <w:pPr>
              <w:rPr>
                <w:rFonts w:cs="Calibri"/>
                <w:szCs w:val="24"/>
              </w:rPr>
            </w:pPr>
            <w:r w:rsidRPr="00015574">
              <w:rPr>
                <w:rFonts w:cs="Calibri"/>
                <w:b/>
                <w:bCs/>
                <w:szCs w:val="24"/>
              </w:rPr>
              <w:lastRenderedPageBreak/>
              <w:t xml:space="preserve">Title of item: </w:t>
            </w:r>
            <w:r w:rsidRPr="00015574">
              <w:rPr>
                <w:rFonts w:cs="Calibri"/>
                <w:b/>
                <w:bCs/>
                <w:szCs w:val="24"/>
              </w:rPr>
              <w:tab/>
            </w:r>
            <w:r w:rsidRPr="00015574">
              <w:rPr>
                <w:rFonts w:cs="Calibri"/>
                <w:b/>
                <w:bCs/>
                <w:szCs w:val="24"/>
              </w:rPr>
              <w:tab/>
            </w:r>
            <w:sdt>
              <w:sdtPr>
                <w:rPr>
                  <w:rFonts w:cs="Calibri"/>
                  <w:b/>
                  <w:bCs/>
                  <w:szCs w:val="24"/>
                </w:rPr>
                <w:id w:val="-853962754"/>
                <w:placeholder>
                  <w:docPart w:val="A4DF142684EC468FB1DA54C96F1A4C80"/>
                </w:placeholder>
                <w:showingPlcHdr/>
              </w:sdtPr>
              <w:sdtEndPr/>
              <w:sdtContent>
                <w:r w:rsidRPr="00015574">
                  <w:rPr>
                    <w:rStyle w:val="PlaceholderText"/>
                    <w:rFonts w:cs="Calibri"/>
                    <w:szCs w:val="24"/>
                  </w:rPr>
                  <w:t>Click or tap here to enter text.</w:t>
                </w:r>
              </w:sdtContent>
            </w:sdt>
          </w:p>
        </w:tc>
      </w:tr>
      <w:tr w:rsidR="00F066E1" w:rsidRPr="00260F73" w14:paraId="29EE5673" w14:textId="77777777" w:rsidTr="00CD745A">
        <w:tc>
          <w:tcPr>
            <w:tcW w:w="2723" w:type="dxa"/>
            <w:vAlign w:val="center"/>
          </w:tcPr>
          <w:p w14:paraId="5038DE8F" w14:textId="77777777" w:rsidR="00F066E1" w:rsidRPr="00015574" w:rsidRDefault="00F066E1" w:rsidP="00CD745A">
            <w:pPr>
              <w:rPr>
                <w:rFonts w:cs="Calibri"/>
                <w:szCs w:val="24"/>
              </w:rPr>
            </w:pPr>
            <w:r w:rsidRPr="00015574">
              <w:rPr>
                <w:rFonts w:cs="Calibri"/>
                <w:b/>
                <w:bCs/>
                <w:szCs w:val="24"/>
              </w:rPr>
              <w:t>Role</w:t>
            </w:r>
            <w:r>
              <w:rPr>
                <w:rFonts w:cs="Calibri"/>
                <w:b/>
                <w:bCs/>
                <w:szCs w:val="24"/>
              </w:rPr>
              <w:t>:</w:t>
            </w:r>
          </w:p>
        </w:tc>
        <w:sdt>
          <w:sdtPr>
            <w:id w:val="1705822744"/>
            <w:placeholder>
              <w:docPart w:val="3E7A6C8D88D046D5B07A95475A6528D0"/>
            </w:placeholder>
            <w:showingPlcHdr/>
          </w:sdtPr>
          <w:sdtEndPr/>
          <w:sdtContent>
            <w:tc>
              <w:tcPr>
                <w:tcW w:w="6627" w:type="dxa"/>
              </w:tcPr>
              <w:p w14:paraId="30BEFCA0" w14:textId="77777777" w:rsidR="00F066E1" w:rsidRPr="00260F73" w:rsidRDefault="00F066E1" w:rsidP="00CA2CEB">
                <w:r w:rsidRPr="00260F73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F066E1" w:rsidRPr="00260F73" w14:paraId="6C8749AC" w14:textId="77777777" w:rsidTr="00CD745A">
        <w:tc>
          <w:tcPr>
            <w:tcW w:w="2723" w:type="dxa"/>
            <w:vAlign w:val="center"/>
          </w:tcPr>
          <w:p w14:paraId="377748D4" w14:textId="77777777" w:rsidR="00F066E1" w:rsidRPr="00015574" w:rsidRDefault="00F066E1" w:rsidP="00CD745A">
            <w:pPr>
              <w:rPr>
                <w:rFonts w:cs="Calibri"/>
                <w:szCs w:val="24"/>
              </w:rPr>
            </w:pPr>
            <w:r w:rsidRPr="00015574">
              <w:rPr>
                <w:rFonts w:cs="Calibri"/>
                <w:b/>
                <w:bCs/>
                <w:szCs w:val="24"/>
              </w:rPr>
              <w:t>Publication/Conference Name</w:t>
            </w:r>
            <w:r>
              <w:rPr>
                <w:rFonts w:cs="Calibri"/>
                <w:b/>
                <w:bCs/>
                <w:szCs w:val="24"/>
              </w:rPr>
              <w:t>:</w:t>
            </w:r>
          </w:p>
        </w:tc>
        <w:sdt>
          <w:sdtPr>
            <w:id w:val="1724021854"/>
            <w:placeholder>
              <w:docPart w:val="D2D35B0C30C94983A9B8CD4110782924"/>
            </w:placeholder>
            <w:showingPlcHdr/>
          </w:sdtPr>
          <w:sdtEndPr/>
          <w:sdtContent>
            <w:tc>
              <w:tcPr>
                <w:tcW w:w="6627" w:type="dxa"/>
              </w:tcPr>
              <w:p w14:paraId="7631B8B1" w14:textId="77777777" w:rsidR="00F066E1" w:rsidRPr="00260F73" w:rsidRDefault="00F066E1" w:rsidP="00CA2CEB">
                <w:r w:rsidRPr="00260F73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F066E1" w:rsidRPr="00260F73" w14:paraId="00640D84" w14:textId="77777777" w:rsidTr="00CD745A">
        <w:tc>
          <w:tcPr>
            <w:tcW w:w="2723" w:type="dxa"/>
            <w:vAlign w:val="center"/>
          </w:tcPr>
          <w:p w14:paraId="1D223091" w14:textId="77777777" w:rsidR="00F066E1" w:rsidRPr="00446759" w:rsidRDefault="00F066E1" w:rsidP="00CD745A">
            <w:pPr>
              <w:rPr>
                <w:rFonts w:cs="Calibri"/>
                <w:b/>
                <w:bCs/>
                <w:szCs w:val="24"/>
              </w:rPr>
            </w:pPr>
            <w:r w:rsidRPr="00015574">
              <w:rPr>
                <w:rFonts w:cs="Calibri"/>
                <w:b/>
                <w:bCs/>
                <w:szCs w:val="24"/>
              </w:rPr>
              <w:t>DOI link (where applicable)</w:t>
            </w:r>
            <w:r>
              <w:rPr>
                <w:rFonts w:cs="Calibri"/>
                <w:b/>
                <w:bCs/>
                <w:szCs w:val="24"/>
              </w:rPr>
              <w:t>:</w:t>
            </w:r>
          </w:p>
        </w:tc>
        <w:sdt>
          <w:sdtPr>
            <w:id w:val="1951815567"/>
            <w:placeholder>
              <w:docPart w:val="674E75E4015C4DB68E3F331B6311F15D"/>
            </w:placeholder>
            <w:showingPlcHdr/>
          </w:sdtPr>
          <w:sdtEndPr/>
          <w:sdtContent>
            <w:tc>
              <w:tcPr>
                <w:tcW w:w="6627" w:type="dxa"/>
              </w:tcPr>
              <w:p w14:paraId="43ADDF80" w14:textId="77777777" w:rsidR="00F066E1" w:rsidRPr="00260F73" w:rsidRDefault="00F066E1" w:rsidP="00CA2CEB">
                <w:r w:rsidRPr="00260F73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F066E1" w:rsidRPr="00260F73" w14:paraId="4D57908C" w14:textId="77777777" w:rsidTr="00CD745A">
        <w:tc>
          <w:tcPr>
            <w:tcW w:w="2723" w:type="dxa"/>
            <w:vAlign w:val="center"/>
          </w:tcPr>
          <w:p w14:paraId="19673688" w14:textId="77777777" w:rsidR="00F066E1" w:rsidRPr="00015574" w:rsidRDefault="00F066E1" w:rsidP="00CD745A">
            <w:pPr>
              <w:rPr>
                <w:rFonts w:cs="Calibri"/>
                <w:szCs w:val="24"/>
              </w:rPr>
            </w:pPr>
            <w:r w:rsidRPr="00015574">
              <w:rPr>
                <w:rFonts w:cs="Calibri"/>
                <w:b/>
                <w:bCs/>
                <w:szCs w:val="24"/>
              </w:rPr>
              <w:t>Publication/Presentation Date</w:t>
            </w:r>
            <w:r>
              <w:rPr>
                <w:rFonts w:cs="Calibri"/>
                <w:b/>
                <w:bCs/>
                <w:szCs w:val="24"/>
              </w:rPr>
              <w:t>:</w:t>
            </w:r>
          </w:p>
        </w:tc>
        <w:sdt>
          <w:sdtPr>
            <w:id w:val="1308818247"/>
            <w:placeholder>
              <w:docPart w:val="79198DD2E5CC45868D4AEC1106FBB8E0"/>
            </w:placeholder>
            <w:showingPlcHdr/>
            <w:date>
              <w:dateFormat w:val="dd/MM/yyyy"/>
              <w:lid w:val="en-IE"/>
              <w:storeMappedDataAs w:val="dateTime"/>
              <w:calendar w:val="gregorian"/>
            </w:date>
          </w:sdtPr>
          <w:sdtEndPr/>
          <w:sdtContent>
            <w:tc>
              <w:tcPr>
                <w:tcW w:w="6627" w:type="dxa"/>
              </w:tcPr>
              <w:p w14:paraId="27A3AE04" w14:textId="77777777" w:rsidR="00F066E1" w:rsidRPr="00260F73" w:rsidRDefault="00F066E1" w:rsidP="00CA2CEB">
                <w:r w:rsidRPr="00260F73">
                  <w:rPr>
                    <w:rStyle w:val="PlaceholderText"/>
                  </w:rPr>
                  <w:t>Click or tap to enter a date.</w:t>
                </w:r>
              </w:p>
            </w:tc>
          </w:sdtContent>
        </w:sdt>
      </w:tr>
      <w:tr w:rsidR="00F066E1" w:rsidRPr="00260F73" w14:paraId="1C564594" w14:textId="77777777" w:rsidTr="00CD745A">
        <w:tc>
          <w:tcPr>
            <w:tcW w:w="2723" w:type="dxa"/>
            <w:vAlign w:val="center"/>
          </w:tcPr>
          <w:p w14:paraId="335126A6" w14:textId="77777777" w:rsidR="00F066E1" w:rsidRPr="00015574" w:rsidRDefault="00F066E1" w:rsidP="00CD745A">
            <w:pPr>
              <w:rPr>
                <w:rFonts w:cs="Calibri"/>
                <w:szCs w:val="24"/>
              </w:rPr>
            </w:pPr>
            <w:r w:rsidRPr="00015574">
              <w:rPr>
                <w:rFonts w:cs="Calibri"/>
                <w:b/>
                <w:bCs/>
                <w:szCs w:val="24"/>
              </w:rPr>
              <w:t>Complete or Ongoing</w:t>
            </w:r>
          </w:p>
        </w:tc>
        <w:tc>
          <w:tcPr>
            <w:tcW w:w="6627" w:type="dxa"/>
          </w:tcPr>
          <w:p w14:paraId="4B447556" w14:textId="77777777" w:rsidR="00F066E1" w:rsidRPr="00260F73" w:rsidRDefault="00F066E1" w:rsidP="00CD745A">
            <w:r w:rsidRPr="00260F73">
              <w:t xml:space="preserve">Complete  </w:t>
            </w:r>
            <w:sdt>
              <w:sdtPr>
                <w:id w:val="117229715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260F73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Pr="00260F73">
              <w:tab/>
              <w:t xml:space="preserve">Ongoing </w:t>
            </w:r>
            <w:sdt>
              <w:sdtPr>
                <w:id w:val="117976919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260F73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</w:tr>
      <w:tr w:rsidR="00F066E1" w:rsidRPr="00260F73" w14:paraId="357B2E4A" w14:textId="77777777" w:rsidTr="00CD745A">
        <w:tc>
          <w:tcPr>
            <w:tcW w:w="2723" w:type="dxa"/>
            <w:tcBorders>
              <w:bottom w:val="single" w:sz="4" w:space="0" w:color="auto"/>
            </w:tcBorders>
            <w:vAlign w:val="center"/>
          </w:tcPr>
          <w:p w14:paraId="34B7F05F" w14:textId="77777777" w:rsidR="00F066E1" w:rsidRPr="00015574" w:rsidRDefault="00F066E1" w:rsidP="00CD745A">
            <w:pPr>
              <w:rPr>
                <w:rFonts w:cs="Calibri"/>
                <w:b/>
                <w:bCs/>
                <w:szCs w:val="24"/>
              </w:rPr>
            </w:pPr>
            <w:r w:rsidRPr="00015574">
              <w:rPr>
                <w:rFonts w:cs="Calibri"/>
                <w:b/>
                <w:bCs/>
                <w:szCs w:val="24"/>
              </w:rPr>
              <w:t>Supporting Documentation Attached</w:t>
            </w:r>
          </w:p>
        </w:tc>
        <w:tc>
          <w:tcPr>
            <w:tcW w:w="6627" w:type="dxa"/>
            <w:tcBorders>
              <w:bottom w:val="single" w:sz="4" w:space="0" w:color="auto"/>
            </w:tcBorders>
          </w:tcPr>
          <w:p w14:paraId="0F8D296F" w14:textId="77777777" w:rsidR="00F066E1" w:rsidRPr="00260F73" w:rsidRDefault="00F066E1" w:rsidP="00CD745A">
            <w:r w:rsidRPr="00260F73">
              <w:t xml:space="preserve">Yes </w:t>
            </w:r>
            <w:sdt>
              <w:sdtPr>
                <w:id w:val="-195856184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260F73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Pr="00260F73">
              <w:tab/>
              <w:t xml:space="preserve">No </w:t>
            </w:r>
            <w:sdt>
              <w:sdtPr>
                <w:id w:val="-120455918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260F73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</w:tr>
      <w:tr w:rsidR="00F066E1" w:rsidRPr="00260F73" w14:paraId="13B437BF" w14:textId="77777777" w:rsidTr="00CD745A">
        <w:tc>
          <w:tcPr>
            <w:tcW w:w="2723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51AB91BE" w14:textId="77777777" w:rsidR="00F066E1" w:rsidRPr="00260F73" w:rsidRDefault="00F066E1" w:rsidP="00CD745A">
            <w:pPr>
              <w:rPr>
                <w:b/>
                <w:bCs/>
              </w:rPr>
            </w:pPr>
          </w:p>
        </w:tc>
        <w:tc>
          <w:tcPr>
            <w:tcW w:w="662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3E02FD17" w14:textId="6AE0FCF0" w:rsidR="00F066E1" w:rsidRPr="00260F73" w:rsidRDefault="00F066E1" w:rsidP="00CD745A"/>
        </w:tc>
      </w:tr>
    </w:tbl>
    <w:p w14:paraId="1FFD6119" w14:textId="77777777" w:rsidR="00F066E1" w:rsidRDefault="00F066E1">
      <w:pPr>
        <w:pStyle w:val="Heading1"/>
      </w:pPr>
    </w:p>
    <w:p w14:paraId="7244A833" w14:textId="77777777" w:rsidR="00F066E1" w:rsidRDefault="00F066E1">
      <w:pPr>
        <w:rPr>
          <w:rFonts w:asciiTheme="majorHAnsi" w:eastAsiaTheme="majorEastAsia" w:hAnsiTheme="majorHAnsi" w:cstheme="majorBidi"/>
          <w:b/>
          <w:bCs/>
          <w:color w:val="0024BB"/>
          <w:sz w:val="28"/>
          <w:szCs w:val="28"/>
        </w:rPr>
      </w:pPr>
      <w:r>
        <w:br w:type="page"/>
      </w:r>
    </w:p>
    <w:p w14:paraId="01499F46" w14:textId="5682C822" w:rsidR="00214ECC" w:rsidRPr="00260F73" w:rsidRDefault="003729FB">
      <w:pPr>
        <w:pStyle w:val="Heading1"/>
      </w:pPr>
      <w:r w:rsidRPr="00260F73">
        <w:lastRenderedPageBreak/>
        <w:t xml:space="preserve">Teaching </w:t>
      </w:r>
      <w:r w:rsidR="00015574">
        <w:t>e</w:t>
      </w:r>
      <w:r w:rsidRPr="00260F73">
        <w:t>xperience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689"/>
        <w:gridCol w:w="6661"/>
      </w:tblGrid>
      <w:tr w:rsidR="00E9708F" w:rsidRPr="00260F73" w14:paraId="66F7ED9E" w14:textId="77777777" w:rsidTr="00A0792E">
        <w:tc>
          <w:tcPr>
            <w:tcW w:w="2689" w:type="dxa"/>
          </w:tcPr>
          <w:p w14:paraId="1ADD563F" w14:textId="602144D2" w:rsidR="00E9708F" w:rsidRPr="00260F73" w:rsidRDefault="00E9708F">
            <w:r w:rsidRPr="00260F73">
              <w:rPr>
                <w:b/>
                <w:bCs/>
              </w:rPr>
              <w:t>Role</w:t>
            </w:r>
          </w:p>
        </w:tc>
        <w:sdt>
          <w:sdtPr>
            <w:id w:val="902106861"/>
            <w:placeholder>
              <w:docPart w:val="7041F98D97294F33B27DB409BE8E34F1"/>
            </w:placeholder>
            <w:showingPlcHdr/>
          </w:sdtPr>
          <w:sdtEndPr/>
          <w:sdtContent>
            <w:tc>
              <w:tcPr>
                <w:tcW w:w="6661" w:type="dxa"/>
              </w:tcPr>
              <w:p w14:paraId="38426A61" w14:textId="6DC414F8" w:rsidR="00E9708F" w:rsidRPr="00260F73" w:rsidRDefault="00E9708F">
                <w:r w:rsidRPr="00260F73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E9708F" w:rsidRPr="00260F73" w14:paraId="3B740C1B" w14:textId="77777777" w:rsidTr="00A0792E">
        <w:tc>
          <w:tcPr>
            <w:tcW w:w="2689" w:type="dxa"/>
          </w:tcPr>
          <w:p w14:paraId="5063B332" w14:textId="5483306F" w:rsidR="00E9708F" w:rsidRPr="00260F73" w:rsidRDefault="00E9708F">
            <w:r w:rsidRPr="00260F73">
              <w:rPr>
                <w:b/>
                <w:bCs/>
              </w:rPr>
              <w:t>Institution</w:t>
            </w:r>
          </w:p>
        </w:tc>
        <w:sdt>
          <w:sdtPr>
            <w:id w:val="-15619653"/>
            <w:placeholder>
              <w:docPart w:val="73AB6D1D873F4738BF61AE697637871D"/>
            </w:placeholder>
            <w:showingPlcHdr/>
          </w:sdtPr>
          <w:sdtEndPr/>
          <w:sdtContent>
            <w:tc>
              <w:tcPr>
                <w:tcW w:w="6661" w:type="dxa"/>
              </w:tcPr>
              <w:p w14:paraId="1BDE551D" w14:textId="5EDF4BE1" w:rsidR="00E9708F" w:rsidRPr="00260F73" w:rsidRDefault="00E9708F">
                <w:r w:rsidRPr="00260F73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E9708F" w:rsidRPr="00260F73" w14:paraId="66CA38CE" w14:textId="77777777" w:rsidTr="00A0792E">
        <w:tc>
          <w:tcPr>
            <w:tcW w:w="2689" w:type="dxa"/>
          </w:tcPr>
          <w:p w14:paraId="6E014817" w14:textId="4BF4295B" w:rsidR="00E9708F" w:rsidRPr="00260F73" w:rsidRDefault="00E9708F">
            <w:r w:rsidRPr="00260F73">
              <w:rPr>
                <w:b/>
                <w:bCs/>
              </w:rPr>
              <w:t>Teaching Delivered</w:t>
            </w:r>
          </w:p>
        </w:tc>
        <w:sdt>
          <w:sdtPr>
            <w:id w:val="-1642029865"/>
            <w:placeholder>
              <w:docPart w:val="520891A0A4C04E9D9F8A8F3644975CB1"/>
            </w:placeholder>
            <w:showingPlcHdr/>
          </w:sdtPr>
          <w:sdtEndPr/>
          <w:sdtContent>
            <w:tc>
              <w:tcPr>
                <w:tcW w:w="6661" w:type="dxa"/>
              </w:tcPr>
              <w:p w14:paraId="423783DB" w14:textId="2A8EDBCC" w:rsidR="00E9708F" w:rsidRPr="00260F73" w:rsidRDefault="00E9708F">
                <w:r w:rsidRPr="00260F73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E9708F" w:rsidRPr="00260F73" w14:paraId="37EA1DB7" w14:textId="77777777" w:rsidTr="00A0792E">
        <w:tc>
          <w:tcPr>
            <w:tcW w:w="2689" w:type="dxa"/>
          </w:tcPr>
          <w:p w14:paraId="287584B0" w14:textId="77777777" w:rsidR="00E9708F" w:rsidRPr="00260F73" w:rsidRDefault="00E9708F" w:rsidP="00E9708F">
            <w:pPr>
              <w:rPr>
                <w:b/>
                <w:bCs/>
              </w:rPr>
            </w:pPr>
            <w:r w:rsidRPr="00260F73">
              <w:rPr>
                <w:b/>
                <w:bCs/>
              </w:rPr>
              <w:t>Audience</w:t>
            </w:r>
          </w:p>
          <w:p w14:paraId="76F22547" w14:textId="77777777" w:rsidR="00E9708F" w:rsidRPr="00260F73" w:rsidRDefault="00E9708F"/>
        </w:tc>
        <w:sdt>
          <w:sdtPr>
            <w:id w:val="206851474"/>
            <w:placeholder>
              <w:docPart w:val="C582574595EA444189787F4DFB8EE37F"/>
            </w:placeholder>
            <w:showingPlcHdr/>
          </w:sdtPr>
          <w:sdtEndPr/>
          <w:sdtContent>
            <w:tc>
              <w:tcPr>
                <w:tcW w:w="6661" w:type="dxa"/>
              </w:tcPr>
              <w:p w14:paraId="428D0AF4" w14:textId="14E793E1" w:rsidR="00E9708F" w:rsidRPr="00260F73" w:rsidRDefault="00E9708F">
                <w:r w:rsidRPr="00260F73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E9708F" w:rsidRPr="00260F73" w14:paraId="4B70A0A3" w14:textId="77777777" w:rsidTr="00A0792E">
        <w:tc>
          <w:tcPr>
            <w:tcW w:w="2689" w:type="dxa"/>
          </w:tcPr>
          <w:p w14:paraId="2B82BE9D" w14:textId="190108BB" w:rsidR="00E9708F" w:rsidRPr="00260F73" w:rsidRDefault="00E9708F">
            <w:r w:rsidRPr="00260F73">
              <w:rPr>
                <w:b/>
                <w:bCs/>
              </w:rPr>
              <w:t>Complete or Ongoing</w:t>
            </w:r>
          </w:p>
        </w:tc>
        <w:tc>
          <w:tcPr>
            <w:tcW w:w="6661" w:type="dxa"/>
          </w:tcPr>
          <w:p w14:paraId="51D74B4D" w14:textId="3CBD99A1" w:rsidR="00E9708F" w:rsidRPr="00260F73" w:rsidRDefault="00E9708F">
            <w:r w:rsidRPr="00260F73">
              <w:t xml:space="preserve">Complete  </w:t>
            </w:r>
            <w:sdt>
              <w:sdtPr>
                <w:id w:val="177805208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260F73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Pr="00260F73">
              <w:tab/>
              <w:t xml:space="preserve">Ongoing </w:t>
            </w:r>
            <w:sdt>
              <w:sdtPr>
                <w:id w:val="-81988933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260F73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</w:tr>
      <w:tr w:rsidR="00E9708F" w:rsidRPr="00260F73" w14:paraId="605DD3C8" w14:textId="77777777" w:rsidTr="00A0792E">
        <w:tc>
          <w:tcPr>
            <w:tcW w:w="2689" w:type="dxa"/>
          </w:tcPr>
          <w:p w14:paraId="3ACF7AFC" w14:textId="2D9BB58C" w:rsidR="00E9708F" w:rsidRPr="00260F73" w:rsidRDefault="00E9708F">
            <w:r w:rsidRPr="00260F73">
              <w:rPr>
                <w:b/>
                <w:bCs/>
              </w:rPr>
              <w:t>Feedback/Outcomes</w:t>
            </w:r>
          </w:p>
        </w:tc>
        <w:sdt>
          <w:sdtPr>
            <w:id w:val="144629995"/>
            <w:placeholder>
              <w:docPart w:val="55670920D67C4481B676B57D42BEF39B"/>
            </w:placeholder>
            <w:showingPlcHdr/>
          </w:sdtPr>
          <w:sdtEndPr/>
          <w:sdtContent>
            <w:tc>
              <w:tcPr>
                <w:tcW w:w="6661" w:type="dxa"/>
              </w:tcPr>
              <w:p w14:paraId="44ADF35B" w14:textId="075D342D" w:rsidR="00E9708F" w:rsidRPr="00260F73" w:rsidRDefault="00E9708F">
                <w:r w:rsidRPr="00260F73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015574" w:rsidRPr="00260F73" w14:paraId="63645DE6" w14:textId="77777777" w:rsidTr="00A0792E">
        <w:tc>
          <w:tcPr>
            <w:tcW w:w="2689" w:type="dxa"/>
          </w:tcPr>
          <w:p w14:paraId="217F5DEE" w14:textId="4811679C" w:rsidR="00015574" w:rsidRPr="00260F73" w:rsidRDefault="00015574">
            <w:pPr>
              <w:rPr>
                <w:b/>
                <w:bCs/>
              </w:rPr>
            </w:pPr>
            <w:r>
              <w:rPr>
                <w:b/>
                <w:bCs/>
              </w:rPr>
              <w:t>Formal role or Informal teaching</w:t>
            </w:r>
          </w:p>
        </w:tc>
        <w:sdt>
          <w:sdtPr>
            <w:id w:val="1523505239"/>
            <w:placeholder>
              <w:docPart w:val="0D0E7F21F7C74B9EB2B3FE75BF17E85D"/>
            </w:placeholder>
            <w:showingPlcHdr/>
          </w:sdtPr>
          <w:sdtEndPr/>
          <w:sdtContent>
            <w:tc>
              <w:tcPr>
                <w:tcW w:w="6661" w:type="dxa"/>
              </w:tcPr>
              <w:p w14:paraId="2E433566" w14:textId="7A15B923" w:rsidR="00015574" w:rsidRPr="00260F73" w:rsidRDefault="00015574">
                <w:r w:rsidRPr="00E73B0F">
                  <w:rPr>
                    <w:rStyle w:val="PlaceholderText"/>
                    <w:lang w:val="en-US"/>
                  </w:rPr>
                  <w:t>Click or tap here to enter text.</w:t>
                </w:r>
              </w:p>
            </w:tc>
          </w:sdtContent>
        </w:sdt>
      </w:tr>
      <w:tr w:rsidR="00E9708F" w:rsidRPr="00260F73" w14:paraId="566A2045" w14:textId="77777777" w:rsidTr="00A0792E">
        <w:tc>
          <w:tcPr>
            <w:tcW w:w="2689" w:type="dxa"/>
            <w:tcBorders>
              <w:bottom w:val="single" w:sz="4" w:space="0" w:color="auto"/>
            </w:tcBorders>
          </w:tcPr>
          <w:p w14:paraId="119B54C1" w14:textId="25B16C01" w:rsidR="00E9708F" w:rsidRPr="00260F73" w:rsidRDefault="00E9708F">
            <w:pPr>
              <w:rPr>
                <w:b/>
                <w:bCs/>
              </w:rPr>
            </w:pPr>
            <w:r w:rsidRPr="00260F73">
              <w:rPr>
                <w:b/>
                <w:bCs/>
              </w:rPr>
              <w:t>Supporting Documentation Attached</w:t>
            </w:r>
          </w:p>
        </w:tc>
        <w:tc>
          <w:tcPr>
            <w:tcW w:w="6661" w:type="dxa"/>
            <w:tcBorders>
              <w:bottom w:val="single" w:sz="4" w:space="0" w:color="auto"/>
            </w:tcBorders>
          </w:tcPr>
          <w:p w14:paraId="0F0F3B7F" w14:textId="318FBCA3" w:rsidR="00E9708F" w:rsidRPr="00260F73" w:rsidRDefault="00E9708F">
            <w:r w:rsidRPr="00260F73">
              <w:t xml:space="preserve">Yes </w:t>
            </w:r>
            <w:sdt>
              <w:sdtPr>
                <w:id w:val="101765794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260F73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Pr="00260F73">
              <w:tab/>
              <w:t xml:space="preserve">No </w:t>
            </w:r>
            <w:sdt>
              <w:sdtPr>
                <w:id w:val="122949395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260F73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</w:tr>
      <w:tr w:rsidR="00E9708F" w:rsidRPr="00260F73" w14:paraId="3B48CE59" w14:textId="77777777" w:rsidTr="00E9708F">
        <w:tc>
          <w:tcPr>
            <w:tcW w:w="9350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65BA6886" w14:textId="3C028560" w:rsidR="00E9708F" w:rsidRPr="00260F73" w:rsidRDefault="00E9708F"/>
        </w:tc>
      </w:tr>
      <w:tr w:rsidR="003713D2" w:rsidRPr="00260F73" w14:paraId="60A6C45B" w14:textId="77777777" w:rsidTr="00A0792E">
        <w:tc>
          <w:tcPr>
            <w:tcW w:w="2689" w:type="dxa"/>
          </w:tcPr>
          <w:p w14:paraId="6E46C46E" w14:textId="4D9511C5" w:rsidR="003713D2" w:rsidRPr="00260F73" w:rsidRDefault="003713D2">
            <w:r w:rsidRPr="00260F73">
              <w:rPr>
                <w:b/>
                <w:bCs/>
              </w:rPr>
              <w:t>Role</w:t>
            </w:r>
          </w:p>
        </w:tc>
        <w:sdt>
          <w:sdtPr>
            <w:id w:val="-683367350"/>
            <w:placeholder>
              <w:docPart w:val="9F98BD6A7E484DF08110B1C4E624D3D0"/>
            </w:placeholder>
            <w:showingPlcHdr/>
          </w:sdtPr>
          <w:sdtEndPr/>
          <w:sdtContent>
            <w:tc>
              <w:tcPr>
                <w:tcW w:w="6661" w:type="dxa"/>
              </w:tcPr>
              <w:p w14:paraId="2BEA9018" w14:textId="77777777" w:rsidR="003713D2" w:rsidRPr="00260F73" w:rsidRDefault="003713D2" w:rsidP="00016A95">
                <w:r w:rsidRPr="00260F73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3713D2" w:rsidRPr="00260F73" w14:paraId="60734555" w14:textId="77777777" w:rsidTr="00A0792E">
        <w:tc>
          <w:tcPr>
            <w:tcW w:w="2689" w:type="dxa"/>
          </w:tcPr>
          <w:p w14:paraId="78C7B684" w14:textId="77777777" w:rsidR="003713D2" w:rsidRPr="00260F73" w:rsidRDefault="003713D2">
            <w:r w:rsidRPr="00260F73">
              <w:rPr>
                <w:b/>
                <w:bCs/>
              </w:rPr>
              <w:t>Institution</w:t>
            </w:r>
          </w:p>
        </w:tc>
        <w:sdt>
          <w:sdtPr>
            <w:id w:val="-31882914"/>
            <w:placeholder>
              <w:docPart w:val="233C5AFA5E7E4902A9BB228B214E5792"/>
            </w:placeholder>
            <w:showingPlcHdr/>
          </w:sdtPr>
          <w:sdtEndPr/>
          <w:sdtContent>
            <w:tc>
              <w:tcPr>
                <w:tcW w:w="6661" w:type="dxa"/>
              </w:tcPr>
              <w:p w14:paraId="20B1CF88" w14:textId="77777777" w:rsidR="003713D2" w:rsidRPr="00260F73" w:rsidRDefault="003713D2" w:rsidP="00016A95">
                <w:r w:rsidRPr="00260F73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3713D2" w:rsidRPr="00260F73" w14:paraId="2FB98C1F" w14:textId="77777777" w:rsidTr="00A0792E">
        <w:tc>
          <w:tcPr>
            <w:tcW w:w="2689" w:type="dxa"/>
          </w:tcPr>
          <w:p w14:paraId="4137BF2C" w14:textId="77777777" w:rsidR="003713D2" w:rsidRPr="00260F73" w:rsidRDefault="003713D2">
            <w:r w:rsidRPr="00260F73">
              <w:rPr>
                <w:b/>
                <w:bCs/>
              </w:rPr>
              <w:t>Teaching Delivered</w:t>
            </w:r>
          </w:p>
        </w:tc>
        <w:sdt>
          <w:sdtPr>
            <w:id w:val="1480417740"/>
            <w:placeholder>
              <w:docPart w:val="1B8839E78C2545FD826212E931A37F3B"/>
            </w:placeholder>
            <w:showingPlcHdr/>
          </w:sdtPr>
          <w:sdtEndPr/>
          <w:sdtContent>
            <w:tc>
              <w:tcPr>
                <w:tcW w:w="6661" w:type="dxa"/>
              </w:tcPr>
              <w:p w14:paraId="12ADC70A" w14:textId="77777777" w:rsidR="003713D2" w:rsidRPr="00260F73" w:rsidRDefault="003713D2" w:rsidP="00016A95">
                <w:r w:rsidRPr="00260F73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3713D2" w:rsidRPr="00260F73" w14:paraId="017ED9A3" w14:textId="77777777" w:rsidTr="00A0792E">
        <w:tc>
          <w:tcPr>
            <w:tcW w:w="2689" w:type="dxa"/>
          </w:tcPr>
          <w:p w14:paraId="7C4151A8" w14:textId="77777777" w:rsidR="003713D2" w:rsidRPr="00260F73" w:rsidRDefault="003713D2" w:rsidP="00E9708F">
            <w:pPr>
              <w:rPr>
                <w:b/>
                <w:bCs/>
              </w:rPr>
            </w:pPr>
            <w:r w:rsidRPr="00260F73">
              <w:rPr>
                <w:b/>
                <w:bCs/>
              </w:rPr>
              <w:t>Audience</w:t>
            </w:r>
          </w:p>
          <w:p w14:paraId="70E69669" w14:textId="77777777" w:rsidR="003713D2" w:rsidRPr="00260F73" w:rsidRDefault="003713D2"/>
        </w:tc>
        <w:sdt>
          <w:sdtPr>
            <w:id w:val="428003593"/>
            <w:placeholder>
              <w:docPart w:val="69B61E07360347BCBC59BA9F385F7236"/>
            </w:placeholder>
            <w:showingPlcHdr/>
          </w:sdtPr>
          <w:sdtEndPr/>
          <w:sdtContent>
            <w:tc>
              <w:tcPr>
                <w:tcW w:w="6661" w:type="dxa"/>
              </w:tcPr>
              <w:p w14:paraId="59252810" w14:textId="77777777" w:rsidR="003713D2" w:rsidRPr="00260F73" w:rsidRDefault="003713D2" w:rsidP="00016A95">
                <w:r w:rsidRPr="00260F73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3713D2" w:rsidRPr="00260F73" w14:paraId="63D1D623" w14:textId="77777777" w:rsidTr="00A0792E">
        <w:tc>
          <w:tcPr>
            <w:tcW w:w="2689" w:type="dxa"/>
          </w:tcPr>
          <w:p w14:paraId="7A70044C" w14:textId="77777777" w:rsidR="003713D2" w:rsidRPr="00260F73" w:rsidRDefault="003713D2">
            <w:r w:rsidRPr="00260F73">
              <w:rPr>
                <w:b/>
                <w:bCs/>
              </w:rPr>
              <w:t>Complete or Ongoing</w:t>
            </w:r>
          </w:p>
        </w:tc>
        <w:tc>
          <w:tcPr>
            <w:tcW w:w="6661" w:type="dxa"/>
          </w:tcPr>
          <w:p w14:paraId="3661DFC2" w14:textId="77777777" w:rsidR="003713D2" w:rsidRPr="00260F73" w:rsidRDefault="003713D2">
            <w:r w:rsidRPr="00260F73">
              <w:t xml:space="preserve">Complete  </w:t>
            </w:r>
            <w:sdt>
              <w:sdtPr>
                <w:id w:val="-158266971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260F73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Pr="00260F73">
              <w:tab/>
              <w:t xml:space="preserve">Ongoing </w:t>
            </w:r>
            <w:sdt>
              <w:sdtPr>
                <w:id w:val="-2441442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260F73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</w:tr>
      <w:tr w:rsidR="003713D2" w:rsidRPr="00260F73" w14:paraId="03D7EC0F" w14:textId="77777777" w:rsidTr="00A0792E">
        <w:tc>
          <w:tcPr>
            <w:tcW w:w="2689" w:type="dxa"/>
          </w:tcPr>
          <w:p w14:paraId="0410F38E" w14:textId="77777777" w:rsidR="003713D2" w:rsidRPr="00260F73" w:rsidRDefault="003713D2">
            <w:r w:rsidRPr="00260F73">
              <w:rPr>
                <w:b/>
                <w:bCs/>
              </w:rPr>
              <w:t>Feedback/Outcomes</w:t>
            </w:r>
          </w:p>
        </w:tc>
        <w:sdt>
          <w:sdtPr>
            <w:id w:val="183716422"/>
            <w:placeholder>
              <w:docPart w:val="1B3653A43C104BD19568C0A6A4225B7F"/>
            </w:placeholder>
            <w:showingPlcHdr/>
          </w:sdtPr>
          <w:sdtEndPr/>
          <w:sdtContent>
            <w:tc>
              <w:tcPr>
                <w:tcW w:w="6661" w:type="dxa"/>
              </w:tcPr>
              <w:p w14:paraId="195C4536" w14:textId="77777777" w:rsidR="003713D2" w:rsidRPr="00260F73" w:rsidRDefault="003713D2" w:rsidP="00016A95">
                <w:r w:rsidRPr="00260F73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3713D2" w:rsidRPr="00260F73" w14:paraId="539E0342" w14:textId="77777777" w:rsidTr="00A0792E">
        <w:tc>
          <w:tcPr>
            <w:tcW w:w="2689" w:type="dxa"/>
          </w:tcPr>
          <w:p w14:paraId="0D879AD9" w14:textId="77777777" w:rsidR="003713D2" w:rsidRPr="00260F73" w:rsidRDefault="003713D2">
            <w:pPr>
              <w:rPr>
                <w:b/>
                <w:bCs/>
              </w:rPr>
            </w:pPr>
            <w:r>
              <w:rPr>
                <w:b/>
                <w:bCs/>
              </w:rPr>
              <w:t>Formal role or Informal teaching</w:t>
            </w:r>
          </w:p>
        </w:tc>
        <w:sdt>
          <w:sdtPr>
            <w:id w:val="-1529011247"/>
            <w:placeholder>
              <w:docPart w:val="EEADD47DEE724B839CD6026B1BF75AA9"/>
            </w:placeholder>
            <w:showingPlcHdr/>
          </w:sdtPr>
          <w:sdtEndPr/>
          <w:sdtContent>
            <w:tc>
              <w:tcPr>
                <w:tcW w:w="6661" w:type="dxa"/>
              </w:tcPr>
              <w:p w14:paraId="264C2E6E" w14:textId="77777777" w:rsidR="003713D2" w:rsidRPr="00260F73" w:rsidRDefault="003713D2" w:rsidP="00016A95">
                <w:r w:rsidRPr="00E73B0F">
                  <w:rPr>
                    <w:rStyle w:val="PlaceholderText"/>
                    <w:lang w:val="en-US"/>
                  </w:rPr>
                  <w:t>Click or tap here to enter text.</w:t>
                </w:r>
              </w:p>
            </w:tc>
          </w:sdtContent>
        </w:sdt>
      </w:tr>
      <w:tr w:rsidR="003713D2" w:rsidRPr="00260F73" w14:paraId="4F76E790" w14:textId="77777777" w:rsidTr="00A0792E">
        <w:tc>
          <w:tcPr>
            <w:tcW w:w="2689" w:type="dxa"/>
            <w:tcBorders>
              <w:bottom w:val="single" w:sz="4" w:space="0" w:color="auto"/>
            </w:tcBorders>
          </w:tcPr>
          <w:p w14:paraId="6FEFD7E3" w14:textId="77777777" w:rsidR="003713D2" w:rsidRPr="00260F73" w:rsidRDefault="003713D2">
            <w:pPr>
              <w:rPr>
                <w:b/>
                <w:bCs/>
              </w:rPr>
            </w:pPr>
            <w:r w:rsidRPr="00260F73">
              <w:rPr>
                <w:b/>
                <w:bCs/>
              </w:rPr>
              <w:t>Supporting Documentation Attached</w:t>
            </w:r>
          </w:p>
        </w:tc>
        <w:tc>
          <w:tcPr>
            <w:tcW w:w="6661" w:type="dxa"/>
            <w:tcBorders>
              <w:bottom w:val="single" w:sz="4" w:space="0" w:color="auto"/>
            </w:tcBorders>
          </w:tcPr>
          <w:p w14:paraId="5F3A024B" w14:textId="77777777" w:rsidR="003713D2" w:rsidRPr="00260F73" w:rsidRDefault="003713D2">
            <w:r w:rsidRPr="00260F73">
              <w:t xml:space="preserve">Yes </w:t>
            </w:r>
            <w:sdt>
              <w:sdtPr>
                <w:id w:val="139230457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260F73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Pr="00260F73">
              <w:tab/>
              <w:t xml:space="preserve">No </w:t>
            </w:r>
            <w:sdt>
              <w:sdtPr>
                <w:id w:val="122687297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260F73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</w:tr>
      <w:tr w:rsidR="003713D2" w:rsidRPr="00260F73" w14:paraId="1A6A0C59" w14:textId="77777777" w:rsidTr="00E9708F">
        <w:tc>
          <w:tcPr>
            <w:tcW w:w="9350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1F9E63DE" w14:textId="2A9FBFFD" w:rsidR="003713D2" w:rsidRPr="00260F73" w:rsidRDefault="003713D2"/>
        </w:tc>
      </w:tr>
      <w:tr w:rsidR="00F066E1" w:rsidRPr="00260F73" w14:paraId="5919B04B" w14:textId="77777777" w:rsidTr="00A0792E">
        <w:tc>
          <w:tcPr>
            <w:tcW w:w="2689" w:type="dxa"/>
          </w:tcPr>
          <w:p w14:paraId="2430FDBA" w14:textId="78E7D55A" w:rsidR="00F066E1" w:rsidRPr="00260F73" w:rsidRDefault="00F066E1">
            <w:r w:rsidRPr="00260F73">
              <w:rPr>
                <w:b/>
                <w:bCs/>
              </w:rPr>
              <w:t>Role</w:t>
            </w:r>
          </w:p>
        </w:tc>
        <w:sdt>
          <w:sdtPr>
            <w:id w:val="438731411"/>
            <w:placeholder>
              <w:docPart w:val="FFCB88D5C7A04C6AA4E94EA2B1005C46"/>
            </w:placeholder>
            <w:showingPlcHdr/>
          </w:sdtPr>
          <w:sdtEndPr/>
          <w:sdtContent>
            <w:tc>
              <w:tcPr>
                <w:tcW w:w="6661" w:type="dxa"/>
              </w:tcPr>
              <w:p w14:paraId="06828AF6" w14:textId="77777777" w:rsidR="00F066E1" w:rsidRPr="00260F73" w:rsidRDefault="00F066E1" w:rsidP="00CA2CEB">
                <w:r w:rsidRPr="00260F73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F066E1" w:rsidRPr="00260F73" w14:paraId="3F4BD2ED" w14:textId="77777777" w:rsidTr="00A0792E">
        <w:tc>
          <w:tcPr>
            <w:tcW w:w="2689" w:type="dxa"/>
          </w:tcPr>
          <w:p w14:paraId="498D1E8A" w14:textId="77777777" w:rsidR="00F066E1" w:rsidRPr="00260F73" w:rsidRDefault="00F066E1">
            <w:r w:rsidRPr="00260F73">
              <w:rPr>
                <w:b/>
                <w:bCs/>
              </w:rPr>
              <w:t>Institution</w:t>
            </w:r>
          </w:p>
        </w:tc>
        <w:sdt>
          <w:sdtPr>
            <w:id w:val="-1844155105"/>
            <w:placeholder>
              <w:docPart w:val="813C5B556E804F328CE98F3377B4A428"/>
            </w:placeholder>
            <w:showingPlcHdr/>
          </w:sdtPr>
          <w:sdtEndPr/>
          <w:sdtContent>
            <w:tc>
              <w:tcPr>
                <w:tcW w:w="6661" w:type="dxa"/>
              </w:tcPr>
              <w:p w14:paraId="45D9602F" w14:textId="77777777" w:rsidR="00F066E1" w:rsidRPr="00260F73" w:rsidRDefault="00F066E1" w:rsidP="00CA2CEB">
                <w:r w:rsidRPr="00260F73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F066E1" w:rsidRPr="00260F73" w14:paraId="721B7A16" w14:textId="77777777" w:rsidTr="00A0792E">
        <w:tc>
          <w:tcPr>
            <w:tcW w:w="2689" w:type="dxa"/>
          </w:tcPr>
          <w:p w14:paraId="5AE79E7F" w14:textId="77777777" w:rsidR="00F066E1" w:rsidRPr="00260F73" w:rsidRDefault="00F066E1">
            <w:r w:rsidRPr="00260F73">
              <w:rPr>
                <w:b/>
                <w:bCs/>
              </w:rPr>
              <w:t>Teaching Delivered</w:t>
            </w:r>
          </w:p>
        </w:tc>
        <w:sdt>
          <w:sdtPr>
            <w:id w:val="-1717808932"/>
            <w:placeholder>
              <w:docPart w:val="8958F4DE94604A7C84587667D5E3A82D"/>
            </w:placeholder>
            <w:showingPlcHdr/>
          </w:sdtPr>
          <w:sdtEndPr/>
          <w:sdtContent>
            <w:tc>
              <w:tcPr>
                <w:tcW w:w="6661" w:type="dxa"/>
              </w:tcPr>
              <w:p w14:paraId="02B84429" w14:textId="77777777" w:rsidR="00F066E1" w:rsidRPr="00260F73" w:rsidRDefault="00F066E1" w:rsidP="00CA2CEB">
                <w:r w:rsidRPr="00260F73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F066E1" w:rsidRPr="00260F73" w14:paraId="5D16418B" w14:textId="77777777" w:rsidTr="00A0792E">
        <w:tc>
          <w:tcPr>
            <w:tcW w:w="2689" w:type="dxa"/>
          </w:tcPr>
          <w:p w14:paraId="232789BE" w14:textId="77777777" w:rsidR="00F066E1" w:rsidRPr="00260F73" w:rsidRDefault="00F066E1" w:rsidP="00E9708F">
            <w:pPr>
              <w:rPr>
                <w:b/>
                <w:bCs/>
              </w:rPr>
            </w:pPr>
            <w:r w:rsidRPr="00260F73">
              <w:rPr>
                <w:b/>
                <w:bCs/>
              </w:rPr>
              <w:t>Audience</w:t>
            </w:r>
          </w:p>
          <w:p w14:paraId="3EDC1038" w14:textId="77777777" w:rsidR="00F066E1" w:rsidRPr="00260F73" w:rsidRDefault="00F066E1"/>
        </w:tc>
        <w:sdt>
          <w:sdtPr>
            <w:id w:val="1325001345"/>
            <w:placeholder>
              <w:docPart w:val="7136CC3AAAA240558A1F70E921681333"/>
            </w:placeholder>
            <w:showingPlcHdr/>
          </w:sdtPr>
          <w:sdtEndPr/>
          <w:sdtContent>
            <w:tc>
              <w:tcPr>
                <w:tcW w:w="6661" w:type="dxa"/>
              </w:tcPr>
              <w:p w14:paraId="1B671827" w14:textId="77777777" w:rsidR="00F066E1" w:rsidRPr="00260F73" w:rsidRDefault="00F066E1" w:rsidP="00CA2CEB">
                <w:r w:rsidRPr="00260F73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F066E1" w:rsidRPr="00260F73" w14:paraId="2D1BB026" w14:textId="77777777" w:rsidTr="00A0792E">
        <w:tc>
          <w:tcPr>
            <w:tcW w:w="2689" w:type="dxa"/>
          </w:tcPr>
          <w:p w14:paraId="39DD663C" w14:textId="77777777" w:rsidR="00F066E1" w:rsidRPr="00260F73" w:rsidRDefault="00F066E1">
            <w:r w:rsidRPr="00260F73">
              <w:rPr>
                <w:b/>
                <w:bCs/>
              </w:rPr>
              <w:t>Complete or Ongoing</w:t>
            </w:r>
          </w:p>
        </w:tc>
        <w:tc>
          <w:tcPr>
            <w:tcW w:w="6661" w:type="dxa"/>
          </w:tcPr>
          <w:p w14:paraId="7DA7E57C" w14:textId="77777777" w:rsidR="00F066E1" w:rsidRPr="00260F73" w:rsidRDefault="00F066E1">
            <w:r w:rsidRPr="00260F73">
              <w:t xml:space="preserve">Complete  </w:t>
            </w:r>
            <w:sdt>
              <w:sdtPr>
                <w:id w:val="-112260830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260F73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Pr="00260F73">
              <w:tab/>
              <w:t xml:space="preserve">Ongoing </w:t>
            </w:r>
            <w:sdt>
              <w:sdtPr>
                <w:id w:val="-75806637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260F73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</w:tr>
      <w:tr w:rsidR="00F066E1" w:rsidRPr="00260F73" w14:paraId="0469AF0A" w14:textId="77777777" w:rsidTr="00A0792E">
        <w:tc>
          <w:tcPr>
            <w:tcW w:w="2689" w:type="dxa"/>
          </w:tcPr>
          <w:p w14:paraId="1A415D13" w14:textId="77777777" w:rsidR="00F066E1" w:rsidRPr="00260F73" w:rsidRDefault="00F066E1">
            <w:r w:rsidRPr="00260F73">
              <w:rPr>
                <w:b/>
                <w:bCs/>
              </w:rPr>
              <w:t>Feedback/Outcomes</w:t>
            </w:r>
          </w:p>
        </w:tc>
        <w:sdt>
          <w:sdtPr>
            <w:id w:val="78264212"/>
            <w:placeholder>
              <w:docPart w:val="09192308477F4D11853CC48C5E958ECA"/>
            </w:placeholder>
            <w:showingPlcHdr/>
          </w:sdtPr>
          <w:sdtEndPr/>
          <w:sdtContent>
            <w:tc>
              <w:tcPr>
                <w:tcW w:w="6661" w:type="dxa"/>
              </w:tcPr>
              <w:p w14:paraId="589C6F61" w14:textId="77777777" w:rsidR="00F066E1" w:rsidRPr="00260F73" w:rsidRDefault="00F066E1" w:rsidP="00CA2CEB">
                <w:r w:rsidRPr="00260F73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F066E1" w:rsidRPr="00260F73" w14:paraId="4EF3F6EE" w14:textId="77777777" w:rsidTr="00A0792E">
        <w:tc>
          <w:tcPr>
            <w:tcW w:w="2689" w:type="dxa"/>
          </w:tcPr>
          <w:p w14:paraId="656CBB18" w14:textId="77777777" w:rsidR="00F066E1" w:rsidRPr="00260F73" w:rsidRDefault="00F066E1">
            <w:pPr>
              <w:rPr>
                <w:b/>
                <w:bCs/>
              </w:rPr>
            </w:pPr>
            <w:r>
              <w:rPr>
                <w:b/>
                <w:bCs/>
              </w:rPr>
              <w:t>Formal role or Informal teaching</w:t>
            </w:r>
          </w:p>
        </w:tc>
        <w:sdt>
          <w:sdtPr>
            <w:id w:val="2072077480"/>
            <w:placeholder>
              <w:docPart w:val="EE356AE9B93B46D5876B2F93D200CE7F"/>
            </w:placeholder>
            <w:showingPlcHdr/>
          </w:sdtPr>
          <w:sdtEndPr/>
          <w:sdtContent>
            <w:tc>
              <w:tcPr>
                <w:tcW w:w="6661" w:type="dxa"/>
              </w:tcPr>
              <w:p w14:paraId="175264DC" w14:textId="77777777" w:rsidR="00F066E1" w:rsidRPr="00260F73" w:rsidRDefault="00F066E1" w:rsidP="00CA2CEB">
                <w:r w:rsidRPr="00E73B0F">
                  <w:rPr>
                    <w:rStyle w:val="PlaceholderText"/>
                    <w:lang w:val="en-US"/>
                  </w:rPr>
                  <w:t>Click or tap here to enter text.</w:t>
                </w:r>
              </w:p>
            </w:tc>
          </w:sdtContent>
        </w:sdt>
      </w:tr>
      <w:tr w:rsidR="00F066E1" w:rsidRPr="00260F73" w14:paraId="54DB81AE" w14:textId="77777777" w:rsidTr="00A0792E">
        <w:tc>
          <w:tcPr>
            <w:tcW w:w="2689" w:type="dxa"/>
            <w:tcBorders>
              <w:bottom w:val="single" w:sz="4" w:space="0" w:color="auto"/>
            </w:tcBorders>
          </w:tcPr>
          <w:p w14:paraId="0054EC58" w14:textId="77777777" w:rsidR="00F066E1" w:rsidRPr="00260F73" w:rsidRDefault="00F066E1">
            <w:pPr>
              <w:rPr>
                <w:b/>
                <w:bCs/>
              </w:rPr>
            </w:pPr>
            <w:r w:rsidRPr="00260F73">
              <w:rPr>
                <w:b/>
                <w:bCs/>
              </w:rPr>
              <w:t>Supporting Documentation Attached</w:t>
            </w:r>
          </w:p>
        </w:tc>
        <w:tc>
          <w:tcPr>
            <w:tcW w:w="6661" w:type="dxa"/>
            <w:tcBorders>
              <w:bottom w:val="single" w:sz="4" w:space="0" w:color="auto"/>
            </w:tcBorders>
          </w:tcPr>
          <w:p w14:paraId="54FBA450" w14:textId="77777777" w:rsidR="00F066E1" w:rsidRPr="00260F73" w:rsidRDefault="00F066E1">
            <w:r w:rsidRPr="00260F73">
              <w:t xml:space="preserve">Yes </w:t>
            </w:r>
            <w:sdt>
              <w:sdtPr>
                <w:id w:val="-92456218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260F73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Pr="00260F73">
              <w:tab/>
              <w:t xml:space="preserve">No </w:t>
            </w:r>
            <w:sdt>
              <w:sdtPr>
                <w:id w:val="108797166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260F73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</w:tr>
      <w:tr w:rsidR="00F066E1" w:rsidRPr="00260F73" w14:paraId="2F26AD2D" w14:textId="77777777" w:rsidTr="00E9708F">
        <w:tc>
          <w:tcPr>
            <w:tcW w:w="9350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040AD8AA" w14:textId="60214F30" w:rsidR="00F066E1" w:rsidRPr="00260F73" w:rsidRDefault="00F066E1"/>
        </w:tc>
      </w:tr>
      <w:tr w:rsidR="00F066E1" w:rsidRPr="00260F73" w14:paraId="2A2B926C" w14:textId="77777777" w:rsidTr="00A0792E">
        <w:tc>
          <w:tcPr>
            <w:tcW w:w="2689" w:type="dxa"/>
          </w:tcPr>
          <w:p w14:paraId="54F70822" w14:textId="4DB31B7C" w:rsidR="00F066E1" w:rsidRPr="00260F73" w:rsidRDefault="00F066E1">
            <w:r w:rsidRPr="00260F73">
              <w:rPr>
                <w:b/>
                <w:bCs/>
              </w:rPr>
              <w:t>Role</w:t>
            </w:r>
          </w:p>
        </w:tc>
        <w:sdt>
          <w:sdtPr>
            <w:id w:val="-890263539"/>
            <w:placeholder>
              <w:docPart w:val="7EFDD844CC0D4CC5B292B2891E90D165"/>
            </w:placeholder>
            <w:showingPlcHdr/>
          </w:sdtPr>
          <w:sdtEndPr/>
          <w:sdtContent>
            <w:tc>
              <w:tcPr>
                <w:tcW w:w="6661" w:type="dxa"/>
              </w:tcPr>
              <w:p w14:paraId="23FFDF70" w14:textId="77777777" w:rsidR="00F066E1" w:rsidRPr="00260F73" w:rsidRDefault="00F066E1" w:rsidP="00CA2CEB">
                <w:r w:rsidRPr="00260F73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F066E1" w:rsidRPr="00260F73" w14:paraId="3B9A0B88" w14:textId="77777777" w:rsidTr="00A0792E">
        <w:tc>
          <w:tcPr>
            <w:tcW w:w="2689" w:type="dxa"/>
          </w:tcPr>
          <w:p w14:paraId="649CFEB1" w14:textId="77777777" w:rsidR="00F066E1" w:rsidRPr="00260F73" w:rsidRDefault="00F066E1">
            <w:r w:rsidRPr="00260F73">
              <w:rPr>
                <w:b/>
                <w:bCs/>
              </w:rPr>
              <w:t>Institution</w:t>
            </w:r>
          </w:p>
        </w:tc>
        <w:sdt>
          <w:sdtPr>
            <w:id w:val="1540167866"/>
            <w:placeholder>
              <w:docPart w:val="AC604F7B5CE6476BB79D048B0CCB55A3"/>
            </w:placeholder>
            <w:showingPlcHdr/>
          </w:sdtPr>
          <w:sdtEndPr/>
          <w:sdtContent>
            <w:tc>
              <w:tcPr>
                <w:tcW w:w="6661" w:type="dxa"/>
              </w:tcPr>
              <w:p w14:paraId="75E3B4BF" w14:textId="77777777" w:rsidR="00F066E1" w:rsidRPr="00260F73" w:rsidRDefault="00F066E1" w:rsidP="00CA2CEB">
                <w:r w:rsidRPr="00260F73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F066E1" w:rsidRPr="00260F73" w14:paraId="2851E4EF" w14:textId="77777777" w:rsidTr="00A0792E">
        <w:tc>
          <w:tcPr>
            <w:tcW w:w="2689" w:type="dxa"/>
          </w:tcPr>
          <w:p w14:paraId="1FB93BE5" w14:textId="77777777" w:rsidR="00F066E1" w:rsidRPr="00260F73" w:rsidRDefault="00F066E1">
            <w:r w:rsidRPr="00260F73">
              <w:rPr>
                <w:b/>
                <w:bCs/>
              </w:rPr>
              <w:lastRenderedPageBreak/>
              <w:t>Teaching Delivered</w:t>
            </w:r>
          </w:p>
        </w:tc>
        <w:sdt>
          <w:sdtPr>
            <w:id w:val="-616762939"/>
            <w:placeholder>
              <w:docPart w:val="CEB96DB4190D479790D21C08C6D96207"/>
            </w:placeholder>
            <w:showingPlcHdr/>
          </w:sdtPr>
          <w:sdtEndPr/>
          <w:sdtContent>
            <w:tc>
              <w:tcPr>
                <w:tcW w:w="6661" w:type="dxa"/>
              </w:tcPr>
              <w:p w14:paraId="203B91B7" w14:textId="77777777" w:rsidR="00F066E1" w:rsidRPr="00260F73" w:rsidRDefault="00F066E1" w:rsidP="00CA2CEB">
                <w:r w:rsidRPr="00260F73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F066E1" w:rsidRPr="00260F73" w14:paraId="4EC06BCC" w14:textId="77777777" w:rsidTr="00A0792E">
        <w:tc>
          <w:tcPr>
            <w:tcW w:w="2689" w:type="dxa"/>
          </w:tcPr>
          <w:p w14:paraId="68C87B4A" w14:textId="77777777" w:rsidR="00F066E1" w:rsidRPr="00260F73" w:rsidRDefault="00F066E1" w:rsidP="00E9708F">
            <w:pPr>
              <w:rPr>
                <w:b/>
                <w:bCs/>
              </w:rPr>
            </w:pPr>
            <w:r w:rsidRPr="00260F73">
              <w:rPr>
                <w:b/>
                <w:bCs/>
              </w:rPr>
              <w:t>Audience</w:t>
            </w:r>
          </w:p>
          <w:p w14:paraId="6E2EB73F" w14:textId="77777777" w:rsidR="00F066E1" w:rsidRPr="00260F73" w:rsidRDefault="00F066E1"/>
        </w:tc>
        <w:sdt>
          <w:sdtPr>
            <w:id w:val="-1974592066"/>
            <w:placeholder>
              <w:docPart w:val="FD3EEEC419FB4A73A8B2E5B8B17554F6"/>
            </w:placeholder>
            <w:showingPlcHdr/>
          </w:sdtPr>
          <w:sdtEndPr/>
          <w:sdtContent>
            <w:tc>
              <w:tcPr>
                <w:tcW w:w="6661" w:type="dxa"/>
              </w:tcPr>
              <w:p w14:paraId="1138E546" w14:textId="77777777" w:rsidR="00F066E1" w:rsidRPr="00260F73" w:rsidRDefault="00F066E1" w:rsidP="00CA2CEB">
                <w:r w:rsidRPr="00260F73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F066E1" w:rsidRPr="00260F73" w14:paraId="71FDBFE5" w14:textId="77777777" w:rsidTr="00A0792E">
        <w:tc>
          <w:tcPr>
            <w:tcW w:w="2689" w:type="dxa"/>
          </w:tcPr>
          <w:p w14:paraId="46F441E2" w14:textId="77777777" w:rsidR="00F066E1" w:rsidRPr="00260F73" w:rsidRDefault="00F066E1">
            <w:r w:rsidRPr="00260F73">
              <w:rPr>
                <w:b/>
                <w:bCs/>
              </w:rPr>
              <w:t>Complete or Ongoing</w:t>
            </w:r>
          </w:p>
        </w:tc>
        <w:tc>
          <w:tcPr>
            <w:tcW w:w="6661" w:type="dxa"/>
          </w:tcPr>
          <w:p w14:paraId="23904D9A" w14:textId="77777777" w:rsidR="00F066E1" w:rsidRPr="00260F73" w:rsidRDefault="00F066E1">
            <w:r w:rsidRPr="00260F73">
              <w:t xml:space="preserve">Complete  </w:t>
            </w:r>
            <w:sdt>
              <w:sdtPr>
                <w:id w:val="150054007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260F73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Pr="00260F73">
              <w:tab/>
              <w:t xml:space="preserve">Ongoing </w:t>
            </w:r>
            <w:sdt>
              <w:sdtPr>
                <w:id w:val="2799802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260F73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</w:tr>
      <w:tr w:rsidR="00F066E1" w:rsidRPr="00260F73" w14:paraId="60670C29" w14:textId="77777777" w:rsidTr="00A0792E">
        <w:tc>
          <w:tcPr>
            <w:tcW w:w="2689" w:type="dxa"/>
          </w:tcPr>
          <w:p w14:paraId="2EB7A1D0" w14:textId="77777777" w:rsidR="00F066E1" w:rsidRPr="00260F73" w:rsidRDefault="00F066E1">
            <w:r w:rsidRPr="00260F73">
              <w:rPr>
                <w:b/>
                <w:bCs/>
              </w:rPr>
              <w:t>Feedback/Outcomes</w:t>
            </w:r>
          </w:p>
        </w:tc>
        <w:sdt>
          <w:sdtPr>
            <w:id w:val="-473992913"/>
            <w:placeholder>
              <w:docPart w:val="4DA9D3CF6711453F9D530006F1283C90"/>
            </w:placeholder>
            <w:showingPlcHdr/>
          </w:sdtPr>
          <w:sdtEndPr/>
          <w:sdtContent>
            <w:tc>
              <w:tcPr>
                <w:tcW w:w="6661" w:type="dxa"/>
              </w:tcPr>
              <w:p w14:paraId="55C77883" w14:textId="77777777" w:rsidR="00F066E1" w:rsidRPr="00260F73" w:rsidRDefault="00F066E1" w:rsidP="00CA2CEB">
                <w:r w:rsidRPr="00260F73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F066E1" w:rsidRPr="00260F73" w14:paraId="2B1E2915" w14:textId="77777777" w:rsidTr="00A0792E">
        <w:tc>
          <w:tcPr>
            <w:tcW w:w="2689" w:type="dxa"/>
          </w:tcPr>
          <w:p w14:paraId="6C4A612D" w14:textId="77777777" w:rsidR="00F066E1" w:rsidRPr="00260F73" w:rsidRDefault="00F066E1">
            <w:pPr>
              <w:rPr>
                <w:b/>
                <w:bCs/>
              </w:rPr>
            </w:pPr>
            <w:r>
              <w:rPr>
                <w:b/>
                <w:bCs/>
              </w:rPr>
              <w:t>Formal role or Informal teaching</w:t>
            </w:r>
          </w:p>
        </w:tc>
        <w:sdt>
          <w:sdtPr>
            <w:id w:val="-2113669347"/>
            <w:placeholder>
              <w:docPart w:val="65CD766933724F4E9E0C2CB8FEF3572F"/>
            </w:placeholder>
            <w:showingPlcHdr/>
          </w:sdtPr>
          <w:sdtEndPr/>
          <w:sdtContent>
            <w:tc>
              <w:tcPr>
                <w:tcW w:w="6661" w:type="dxa"/>
              </w:tcPr>
              <w:p w14:paraId="7C7EE4D8" w14:textId="77777777" w:rsidR="00F066E1" w:rsidRPr="00260F73" w:rsidRDefault="00F066E1" w:rsidP="00CA2CEB">
                <w:r w:rsidRPr="00E73B0F">
                  <w:rPr>
                    <w:rStyle w:val="PlaceholderText"/>
                    <w:lang w:val="en-US"/>
                  </w:rPr>
                  <w:t>Click or tap here to enter text.</w:t>
                </w:r>
              </w:p>
            </w:tc>
          </w:sdtContent>
        </w:sdt>
      </w:tr>
      <w:tr w:rsidR="00F066E1" w:rsidRPr="00260F73" w14:paraId="613CE8E5" w14:textId="77777777" w:rsidTr="00A0792E">
        <w:tc>
          <w:tcPr>
            <w:tcW w:w="2689" w:type="dxa"/>
            <w:tcBorders>
              <w:bottom w:val="single" w:sz="4" w:space="0" w:color="auto"/>
            </w:tcBorders>
          </w:tcPr>
          <w:p w14:paraId="3F1AD2C9" w14:textId="77777777" w:rsidR="00F066E1" w:rsidRPr="00260F73" w:rsidRDefault="00F066E1">
            <w:pPr>
              <w:rPr>
                <w:b/>
                <w:bCs/>
              </w:rPr>
            </w:pPr>
            <w:r w:rsidRPr="00260F73">
              <w:rPr>
                <w:b/>
                <w:bCs/>
              </w:rPr>
              <w:t>Supporting Documentation Attached</w:t>
            </w:r>
          </w:p>
        </w:tc>
        <w:tc>
          <w:tcPr>
            <w:tcW w:w="6661" w:type="dxa"/>
            <w:tcBorders>
              <w:bottom w:val="single" w:sz="4" w:space="0" w:color="auto"/>
            </w:tcBorders>
          </w:tcPr>
          <w:p w14:paraId="03153FCA" w14:textId="77777777" w:rsidR="00F066E1" w:rsidRPr="00260F73" w:rsidRDefault="00F066E1">
            <w:r w:rsidRPr="00260F73">
              <w:t xml:space="preserve">Yes </w:t>
            </w:r>
            <w:sdt>
              <w:sdtPr>
                <w:id w:val="211809111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260F73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Pr="00260F73">
              <w:tab/>
              <w:t xml:space="preserve">No </w:t>
            </w:r>
            <w:sdt>
              <w:sdtPr>
                <w:id w:val="117862314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260F73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</w:tr>
      <w:tr w:rsidR="00F066E1" w:rsidRPr="00260F73" w14:paraId="65EEA896" w14:textId="77777777" w:rsidTr="00E9708F">
        <w:tc>
          <w:tcPr>
            <w:tcW w:w="9350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78BF8217" w14:textId="71290509" w:rsidR="00F066E1" w:rsidRPr="00260F73" w:rsidRDefault="00F066E1"/>
        </w:tc>
      </w:tr>
      <w:tr w:rsidR="00F066E1" w:rsidRPr="00260F73" w14:paraId="6D1D5F72" w14:textId="77777777" w:rsidTr="00A0792E">
        <w:tc>
          <w:tcPr>
            <w:tcW w:w="2689" w:type="dxa"/>
          </w:tcPr>
          <w:p w14:paraId="21EA6824" w14:textId="655BA9B2" w:rsidR="00F066E1" w:rsidRPr="00260F73" w:rsidRDefault="00F066E1">
            <w:r w:rsidRPr="00260F73">
              <w:rPr>
                <w:b/>
                <w:bCs/>
              </w:rPr>
              <w:t>Role</w:t>
            </w:r>
          </w:p>
        </w:tc>
        <w:sdt>
          <w:sdtPr>
            <w:id w:val="-588382102"/>
            <w:placeholder>
              <w:docPart w:val="8EEC1EA62F6A4C669142695C1483D452"/>
            </w:placeholder>
            <w:showingPlcHdr/>
          </w:sdtPr>
          <w:sdtEndPr/>
          <w:sdtContent>
            <w:tc>
              <w:tcPr>
                <w:tcW w:w="6661" w:type="dxa"/>
              </w:tcPr>
              <w:p w14:paraId="38AA020C" w14:textId="77777777" w:rsidR="00F066E1" w:rsidRPr="00260F73" w:rsidRDefault="00F066E1" w:rsidP="00CA2CEB">
                <w:r w:rsidRPr="00260F73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F066E1" w:rsidRPr="00260F73" w14:paraId="77F5D291" w14:textId="77777777" w:rsidTr="00A0792E">
        <w:tc>
          <w:tcPr>
            <w:tcW w:w="2689" w:type="dxa"/>
          </w:tcPr>
          <w:p w14:paraId="1AE3977F" w14:textId="77777777" w:rsidR="00F066E1" w:rsidRPr="00260F73" w:rsidRDefault="00F066E1">
            <w:r w:rsidRPr="00260F73">
              <w:rPr>
                <w:b/>
                <w:bCs/>
              </w:rPr>
              <w:t>Institution</w:t>
            </w:r>
          </w:p>
        </w:tc>
        <w:sdt>
          <w:sdtPr>
            <w:id w:val="751694452"/>
            <w:placeholder>
              <w:docPart w:val="B0EC60183EEC48829EBA9B3A50725B98"/>
            </w:placeholder>
            <w:showingPlcHdr/>
          </w:sdtPr>
          <w:sdtEndPr/>
          <w:sdtContent>
            <w:tc>
              <w:tcPr>
                <w:tcW w:w="6661" w:type="dxa"/>
              </w:tcPr>
              <w:p w14:paraId="28379903" w14:textId="77777777" w:rsidR="00F066E1" w:rsidRPr="00260F73" w:rsidRDefault="00F066E1" w:rsidP="00CA2CEB">
                <w:r w:rsidRPr="00260F73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F066E1" w:rsidRPr="00260F73" w14:paraId="018D3B8E" w14:textId="77777777" w:rsidTr="00A0792E">
        <w:tc>
          <w:tcPr>
            <w:tcW w:w="2689" w:type="dxa"/>
          </w:tcPr>
          <w:p w14:paraId="2C9BF3A5" w14:textId="77777777" w:rsidR="00F066E1" w:rsidRPr="00260F73" w:rsidRDefault="00F066E1">
            <w:r w:rsidRPr="00260F73">
              <w:rPr>
                <w:b/>
                <w:bCs/>
              </w:rPr>
              <w:t>Teaching Delivered</w:t>
            </w:r>
          </w:p>
        </w:tc>
        <w:sdt>
          <w:sdtPr>
            <w:id w:val="-1336687720"/>
            <w:placeholder>
              <w:docPart w:val="EECB42420AD740A5A137A9B3773B918A"/>
            </w:placeholder>
            <w:showingPlcHdr/>
          </w:sdtPr>
          <w:sdtEndPr/>
          <w:sdtContent>
            <w:tc>
              <w:tcPr>
                <w:tcW w:w="6661" w:type="dxa"/>
              </w:tcPr>
              <w:p w14:paraId="75DEDB3A" w14:textId="77777777" w:rsidR="00F066E1" w:rsidRPr="00260F73" w:rsidRDefault="00F066E1" w:rsidP="00CA2CEB">
                <w:r w:rsidRPr="00260F73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F066E1" w:rsidRPr="00260F73" w14:paraId="55662DBF" w14:textId="77777777" w:rsidTr="00A0792E">
        <w:tc>
          <w:tcPr>
            <w:tcW w:w="2689" w:type="dxa"/>
          </w:tcPr>
          <w:p w14:paraId="22327740" w14:textId="77777777" w:rsidR="00F066E1" w:rsidRPr="00260F73" w:rsidRDefault="00F066E1" w:rsidP="00E9708F">
            <w:pPr>
              <w:rPr>
                <w:b/>
                <w:bCs/>
              </w:rPr>
            </w:pPr>
            <w:r w:rsidRPr="00260F73">
              <w:rPr>
                <w:b/>
                <w:bCs/>
              </w:rPr>
              <w:t>Audience</w:t>
            </w:r>
          </w:p>
          <w:p w14:paraId="0515A2BA" w14:textId="77777777" w:rsidR="00F066E1" w:rsidRPr="00260F73" w:rsidRDefault="00F066E1"/>
        </w:tc>
        <w:sdt>
          <w:sdtPr>
            <w:id w:val="349456033"/>
            <w:placeholder>
              <w:docPart w:val="94AF3C750CE14908BC1050CCA8227D94"/>
            </w:placeholder>
            <w:showingPlcHdr/>
          </w:sdtPr>
          <w:sdtEndPr/>
          <w:sdtContent>
            <w:tc>
              <w:tcPr>
                <w:tcW w:w="6661" w:type="dxa"/>
              </w:tcPr>
              <w:p w14:paraId="2A107BB2" w14:textId="77777777" w:rsidR="00F066E1" w:rsidRPr="00260F73" w:rsidRDefault="00F066E1" w:rsidP="00CA2CEB">
                <w:r w:rsidRPr="00260F73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F066E1" w:rsidRPr="00260F73" w14:paraId="6AF31211" w14:textId="77777777" w:rsidTr="00A0792E">
        <w:tc>
          <w:tcPr>
            <w:tcW w:w="2689" w:type="dxa"/>
          </w:tcPr>
          <w:p w14:paraId="4BF5E4EC" w14:textId="77777777" w:rsidR="00F066E1" w:rsidRPr="00260F73" w:rsidRDefault="00F066E1">
            <w:r w:rsidRPr="00260F73">
              <w:rPr>
                <w:b/>
                <w:bCs/>
              </w:rPr>
              <w:t>Complete or Ongoing</w:t>
            </w:r>
          </w:p>
        </w:tc>
        <w:tc>
          <w:tcPr>
            <w:tcW w:w="6661" w:type="dxa"/>
          </w:tcPr>
          <w:p w14:paraId="335BFC84" w14:textId="77777777" w:rsidR="00F066E1" w:rsidRPr="00260F73" w:rsidRDefault="00F066E1">
            <w:r w:rsidRPr="00260F73">
              <w:t xml:space="preserve">Complete  </w:t>
            </w:r>
            <w:sdt>
              <w:sdtPr>
                <w:id w:val="-64211554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260F73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Pr="00260F73">
              <w:tab/>
              <w:t xml:space="preserve">Ongoing </w:t>
            </w:r>
            <w:sdt>
              <w:sdtPr>
                <w:id w:val="-28073044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260F73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</w:tr>
      <w:tr w:rsidR="00F066E1" w:rsidRPr="00260F73" w14:paraId="66B8CD8A" w14:textId="77777777" w:rsidTr="00A0792E">
        <w:tc>
          <w:tcPr>
            <w:tcW w:w="2689" w:type="dxa"/>
          </w:tcPr>
          <w:p w14:paraId="0A090646" w14:textId="77777777" w:rsidR="00F066E1" w:rsidRPr="00260F73" w:rsidRDefault="00F066E1">
            <w:r w:rsidRPr="00260F73">
              <w:rPr>
                <w:b/>
                <w:bCs/>
              </w:rPr>
              <w:t>Feedback/Outcomes</w:t>
            </w:r>
          </w:p>
        </w:tc>
        <w:sdt>
          <w:sdtPr>
            <w:id w:val="2136833769"/>
            <w:placeholder>
              <w:docPart w:val="EF095F75081C4663AF611FB1763BB532"/>
            </w:placeholder>
            <w:showingPlcHdr/>
          </w:sdtPr>
          <w:sdtEndPr/>
          <w:sdtContent>
            <w:tc>
              <w:tcPr>
                <w:tcW w:w="6661" w:type="dxa"/>
              </w:tcPr>
              <w:p w14:paraId="174254B8" w14:textId="77777777" w:rsidR="00F066E1" w:rsidRPr="00260F73" w:rsidRDefault="00F066E1" w:rsidP="00CA2CEB">
                <w:r w:rsidRPr="00260F73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F066E1" w:rsidRPr="00260F73" w14:paraId="5D40B7EB" w14:textId="77777777" w:rsidTr="00A0792E">
        <w:tc>
          <w:tcPr>
            <w:tcW w:w="2689" w:type="dxa"/>
          </w:tcPr>
          <w:p w14:paraId="5AB217E6" w14:textId="77777777" w:rsidR="00F066E1" w:rsidRPr="00260F73" w:rsidRDefault="00F066E1">
            <w:pPr>
              <w:rPr>
                <w:b/>
                <w:bCs/>
              </w:rPr>
            </w:pPr>
            <w:r>
              <w:rPr>
                <w:b/>
                <w:bCs/>
              </w:rPr>
              <w:t>Formal role or Informal teaching</w:t>
            </w:r>
          </w:p>
        </w:tc>
        <w:sdt>
          <w:sdtPr>
            <w:id w:val="478353527"/>
            <w:placeholder>
              <w:docPart w:val="B9EF1E2F40E54D19807525B380E0181E"/>
            </w:placeholder>
            <w:showingPlcHdr/>
          </w:sdtPr>
          <w:sdtEndPr/>
          <w:sdtContent>
            <w:tc>
              <w:tcPr>
                <w:tcW w:w="6661" w:type="dxa"/>
              </w:tcPr>
              <w:p w14:paraId="7D4BBA8D" w14:textId="77777777" w:rsidR="00F066E1" w:rsidRPr="00260F73" w:rsidRDefault="00F066E1" w:rsidP="00CA2CEB">
                <w:r w:rsidRPr="00E73B0F">
                  <w:rPr>
                    <w:rStyle w:val="PlaceholderText"/>
                    <w:lang w:val="en-US"/>
                  </w:rPr>
                  <w:t>Click or tap here to enter text.</w:t>
                </w:r>
              </w:p>
            </w:tc>
          </w:sdtContent>
        </w:sdt>
      </w:tr>
      <w:tr w:rsidR="00F066E1" w:rsidRPr="00260F73" w14:paraId="679E1AC9" w14:textId="77777777" w:rsidTr="00A0792E">
        <w:tc>
          <w:tcPr>
            <w:tcW w:w="2689" w:type="dxa"/>
            <w:tcBorders>
              <w:bottom w:val="single" w:sz="4" w:space="0" w:color="auto"/>
            </w:tcBorders>
          </w:tcPr>
          <w:p w14:paraId="16DCA696" w14:textId="77777777" w:rsidR="00F066E1" w:rsidRPr="00260F73" w:rsidRDefault="00F066E1">
            <w:pPr>
              <w:rPr>
                <w:b/>
                <w:bCs/>
              </w:rPr>
            </w:pPr>
            <w:r w:rsidRPr="00260F73">
              <w:rPr>
                <w:b/>
                <w:bCs/>
              </w:rPr>
              <w:t>Supporting Documentation Attached</w:t>
            </w:r>
          </w:p>
        </w:tc>
        <w:tc>
          <w:tcPr>
            <w:tcW w:w="6661" w:type="dxa"/>
            <w:tcBorders>
              <w:bottom w:val="single" w:sz="4" w:space="0" w:color="auto"/>
            </w:tcBorders>
          </w:tcPr>
          <w:p w14:paraId="29EF97C5" w14:textId="77777777" w:rsidR="00F066E1" w:rsidRPr="00260F73" w:rsidRDefault="00F066E1">
            <w:r w:rsidRPr="00260F73">
              <w:t xml:space="preserve">Yes </w:t>
            </w:r>
            <w:sdt>
              <w:sdtPr>
                <w:id w:val="-89451466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260F73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Pr="00260F73">
              <w:tab/>
              <w:t xml:space="preserve">No </w:t>
            </w:r>
            <w:sdt>
              <w:sdtPr>
                <w:id w:val="-159817228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260F73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</w:tr>
      <w:tr w:rsidR="00F066E1" w:rsidRPr="00260F73" w14:paraId="55B4A2AB" w14:textId="77777777" w:rsidTr="00E9708F">
        <w:tc>
          <w:tcPr>
            <w:tcW w:w="9350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37767008" w14:textId="0DCF2DEB" w:rsidR="00F066E1" w:rsidRPr="00260F73" w:rsidRDefault="00F066E1"/>
        </w:tc>
      </w:tr>
    </w:tbl>
    <w:p w14:paraId="7A882F9A" w14:textId="77777777" w:rsidR="00E9708F" w:rsidRPr="00260F73" w:rsidRDefault="00E9708F"/>
    <w:p w14:paraId="5E15FB1E" w14:textId="77777777" w:rsidR="00F066E1" w:rsidRDefault="00F066E1">
      <w:pPr>
        <w:rPr>
          <w:rFonts w:asciiTheme="majorHAnsi" w:eastAsiaTheme="majorEastAsia" w:hAnsiTheme="majorHAnsi" w:cstheme="majorBidi"/>
          <w:b/>
          <w:bCs/>
          <w:color w:val="0024BB"/>
          <w:sz w:val="28"/>
          <w:szCs w:val="28"/>
        </w:rPr>
      </w:pPr>
      <w:r>
        <w:br w:type="page"/>
      </w:r>
    </w:p>
    <w:p w14:paraId="72EB047D" w14:textId="3F66995B" w:rsidR="0075109E" w:rsidRDefault="00446759" w:rsidP="00F211F0">
      <w:pPr>
        <w:pStyle w:val="Heading1"/>
      </w:pPr>
      <w:r>
        <w:lastRenderedPageBreak/>
        <w:t>Laboratory Experience</w:t>
      </w:r>
    </w:p>
    <w:p w14:paraId="21F6B5DB" w14:textId="51F865BE" w:rsidR="00446759" w:rsidRPr="00446759" w:rsidRDefault="00446759" w:rsidP="00446759">
      <w:pPr>
        <w:rPr>
          <w:b/>
          <w:bCs/>
        </w:rPr>
      </w:pPr>
      <w:r w:rsidRPr="00446759">
        <w:rPr>
          <w:b/>
          <w:bCs/>
        </w:rPr>
        <w:t>Describe any experience you have gained in laboratory processes</w:t>
      </w:r>
    </w:p>
    <w:sdt>
      <w:sdtPr>
        <w:id w:val="-20940576"/>
        <w:placeholder>
          <w:docPart w:val="C9DD42402A5E4547A9966034646DECE5"/>
        </w:placeholder>
        <w:showingPlcHdr/>
      </w:sdtPr>
      <w:sdtEndPr/>
      <w:sdtContent>
        <w:p w14:paraId="384220F0" w14:textId="4960A63D" w:rsidR="00446759" w:rsidRPr="00446759" w:rsidRDefault="00446759" w:rsidP="00446759">
          <w:r w:rsidRPr="00016A95">
            <w:rPr>
              <w:rStyle w:val="PlaceholderText"/>
              <w:lang w:val="en-US"/>
            </w:rPr>
            <w:t>Click or tap here to enter text.</w:t>
          </w:r>
        </w:p>
      </w:sdtContent>
    </w:sdt>
    <w:p w14:paraId="1FC78D44" w14:textId="2D5B2B68" w:rsidR="00214ECC" w:rsidRDefault="00214ECC"/>
    <w:p w14:paraId="59171476" w14:textId="5107C0BE" w:rsidR="00446759" w:rsidRDefault="00446759" w:rsidP="00446759">
      <w:pPr>
        <w:pStyle w:val="Heading1"/>
      </w:pPr>
      <w:r>
        <w:t>Leadership &amp; Management</w:t>
      </w:r>
    </w:p>
    <w:p w14:paraId="46C30522" w14:textId="71604A23" w:rsidR="00015574" w:rsidRDefault="00015574" w:rsidP="00015574">
      <w:pPr>
        <w:pStyle w:val="ListParagraph"/>
        <w:numPr>
          <w:ilvl w:val="0"/>
          <w:numId w:val="15"/>
        </w:numPr>
        <w:rPr>
          <w:b/>
          <w:bCs/>
        </w:rPr>
      </w:pPr>
      <w:r w:rsidRPr="00015574">
        <w:rPr>
          <w:b/>
          <w:bCs/>
        </w:rPr>
        <w:t>Describe a time you demonstrated leadership in a clinical setting.</w:t>
      </w:r>
    </w:p>
    <w:sdt>
      <w:sdtPr>
        <w:id w:val="-1742706817"/>
        <w:placeholder>
          <w:docPart w:val="E7D02D12569949259F4B303AE9EE91BE"/>
        </w:placeholder>
        <w:showingPlcHdr/>
      </w:sdtPr>
      <w:sdtEndPr/>
      <w:sdtContent>
        <w:p w14:paraId="746969E9" w14:textId="609B147E" w:rsidR="00015574" w:rsidRPr="00015574" w:rsidRDefault="00015574" w:rsidP="00015574">
          <w:r w:rsidRPr="00E73B0F">
            <w:rPr>
              <w:rStyle w:val="PlaceholderText"/>
              <w:lang w:val="en-US"/>
            </w:rPr>
            <w:t>Click or tap here to enter text.</w:t>
          </w:r>
        </w:p>
      </w:sdtContent>
    </w:sdt>
    <w:p w14:paraId="198D581B" w14:textId="2D48F4E4" w:rsidR="00015574" w:rsidRDefault="00015574" w:rsidP="00015574">
      <w:pPr>
        <w:pStyle w:val="ListParagraph"/>
        <w:numPr>
          <w:ilvl w:val="0"/>
          <w:numId w:val="15"/>
        </w:numPr>
        <w:rPr>
          <w:b/>
          <w:bCs/>
        </w:rPr>
      </w:pPr>
      <w:r w:rsidRPr="00015574">
        <w:rPr>
          <w:b/>
          <w:bCs/>
        </w:rPr>
        <w:t>Give an example of how you managed a challenging team situation.</w:t>
      </w:r>
    </w:p>
    <w:sdt>
      <w:sdtPr>
        <w:id w:val="-750272981"/>
        <w:placeholder>
          <w:docPart w:val="CAA78230F4974F91A466D1A3E44D5E2D"/>
        </w:placeholder>
        <w:showingPlcHdr/>
      </w:sdtPr>
      <w:sdtEndPr/>
      <w:sdtContent>
        <w:p w14:paraId="51A226CA" w14:textId="6797E0FD" w:rsidR="00015574" w:rsidRPr="00015574" w:rsidRDefault="00015574" w:rsidP="00015574">
          <w:r w:rsidRPr="00E73B0F">
            <w:rPr>
              <w:rStyle w:val="PlaceholderText"/>
              <w:lang w:val="en-US"/>
            </w:rPr>
            <w:t>Click or tap here to enter text.</w:t>
          </w:r>
        </w:p>
      </w:sdtContent>
    </w:sdt>
    <w:p w14:paraId="7F53B35C" w14:textId="2140306F" w:rsidR="00015574" w:rsidRDefault="00015574" w:rsidP="00015574">
      <w:pPr>
        <w:pStyle w:val="ListParagraph"/>
        <w:numPr>
          <w:ilvl w:val="0"/>
          <w:numId w:val="15"/>
        </w:numPr>
        <w:rPr>
          <w:b/>
          <w:bCs/>
        </w:rPr>
      </w:pPr>
      <w:r w:rsidRPr="00015574">
        <w:rPr>
          <w:b/>
          <w:bCs/>
        </w:rPr>
        <w:t>Describe a service improvement you initiated or contributed to.</w:t>
      </w:r>
    </w:p>
    <w:sdt>
      <w:sdtPr>
        <w:id w:val="-1647966239"/>
        <w:placeholder>
          <w:docPart w:val="F0CFA2EC4C7B4356B9A2A03A62C38968"/>
        </w:placeholder>
        <w:showingPlcHdr/>
      </w:sdtPr>
      <w:sdtEndPr/>
      <w:sdtContent>
        <w:p w14:paraId="43F0D350" w14:textId="42D47639" w:rsidR="00015574" w:rsidRPr="00015574" w:rsidRDefault="00015574" w:rsidP="00015574">
          <w:r w:rsidRPr="00E73B0F">
            <w:rPr>
              <w:rStyle w:val="PlaceholderText"/>
              <w:lang w:val="en-US"/>
            </w:rPr>
            <w:t>Click or tap here to enter text.</w:t>
          </w:r>
        </w:p>
      </w:sdtContent>
    </w:sdt>
    <w:p w14:paraId="3D91A783" w14:textId="08A446E3" w:rsidR="00015574" w:rsidRDefault="00015574" w:rsidP="00015574">
      <w:pPr>
        <w:pStyle w:val="ListParagraph"/>
        <w:numPr>
          <w:ilvl w:val="0"/>
          <w:numId w:val="15"/>
        </w:numPr>
        <w:rPr>
          <w:b/>
          <w:bCs/>
        </w:rPr>
      </w:pPr>
      <w:r w:rsidRPr="00015574">
        <w:rPr>
          <w:b/>
          <w:bCs/>
        </w:rPr>
        <w:t>How do you prioritise workload in a busy clinical environment?</w:t>
      </w:r>
    </w:p>
    <w:sdt>
      <w:sdtPr>
        <w:id w:val="-195615532"/>
        <w:placeholder>
          <w:docPart w:val="9380793E9EE044989EB44762814E78B6"/>
        </w:placeholder>
        <w:showingPlcHdr/>
      </w:sdtPr>
      <w:sdtEndPr/>
      <w:sdtContent>
        <w:p w14:paraId="2D21CD22" w14:textId="11FBDC37" w:rsidR="00015574" w:rsidRPr="00015574" w:rsidRDefault="00015574" w:rsidP="00015574">
          <w:r w:rsidRPr="00E73B0F">
            <w:rPr>
              <w:rStyle w:val="PlaceholderText"/>
              <w:lang w:val="en-US"/>
            </w:rPr>
            <w:t>Click or tap here to enter text.</w:t>
          </w:r>
        </w:p>
      </w:sdtContent>
    </w:sdt>
    <w:p w14:paraId="23DABBFA" w14:textId="77777777" w:rsidR="00015574" w:rsidRDefault="00015574"/>
    <w:p w14:paraId="56C20746" w14:textId="77777777" w:rsidR="00015574" w:rsidRDefault="00015574" w:rsidP="00015574">
      <w:pPr>
        <w:pStyle w:val="Heading1"/>
      </w:pPr>
      <w:r>
        <w:t>Communication &amp; Professionalism</w:t>
      </w:r>
    </w:p>
    <w:p w14:paraId="7F322BEB" w14:textId="0E1F3551" w:rsidR="00015574" w:rsidRDefault="00015574" w:rsidP="00015574">
      <w:pPr>
        <w:pStyle w:val="ListParagraph"/>
        <w:numPr>
          <w:ilvl w:val="0"/>
          <w:numId w:val="16"/>
        </w:numPr>
        <w:rPr>
          <w:b/>
          <w:bCs/>
        </w:rPr>
      </w:pPr>
      <w:r w:rsidRPr="00015574">
        <w:rPr>
          <w:b/>
          <w:bCs/>
        </w:rPr>
        <w:t>Describe a situation where you had to communicate a difficult message.</w:t>
      </w:r>
    </w:p>
    <w:sdt>
      <w:sdtPr>
        <w:id w:val="-890113822"/>
        <w:placeholder>
          <w:docPart w:val="0E951C26B4874E2787CBE628EA2C2094"/>
        </w:placeholder>
        <w:showingPlcHdr/>
      </w:sdtPr>
      <w:sdtEndPr/>
      <w:sdtContent>
        <w:p w14:paraId="66323C79" w14:textId="3B49D8A3" w:rsidR="00015574" w:rsidRPr="00015574" w:rsidRDefault="00015574" w:rsidP="00015574">
          <w:r w:rsidRPr="00E73B0F">
            <w:rPr>
              <w:rStyle w:val="PlaceholderText"/>
              <w:lang w:val="en-US"/>
            </w:rPr>
            <w:t>Click or tap here to enter text.</w:t>
          </w:r>
        </w:p>
      </w:sdtContent>
    </w:sdt>
    <w:p w14:paraId="1EC03080" w14:textId="21B23266" w:rsidR="00015574" w:rsidRDefault="00015574" w:rsidP="00015574">
      <w:pPr>
        <w:pStyle w:val="ListParagraph"/>
        <w:numPr>
          <w:ilvl w:val="0"/>
          <w:numId w:val="16"/>
        </w:numPr>
        <w:rPr>
          <w:b/>
          <w:bCs/>
        </w:rPr>
      </w:pPr>
      <w:r w:rsidRPr="00015574">
        <w:rPr>
          <w:b/>
          <w:bCs/>
        </w:rPr>
        <w:t>How do you handle conflict with colleagues?</w:t>
      </w:r>
    </w:p>
    <w:sdt>
      <w:sdtPr>
        <w:id w:val="-1454014768"/>
        <w:placeholder>
          <w:docPart w:val="07E5AC0373094234B85BEF415F1A8998"/>
        </w:placeholder>
        <w:showingPlcHdr/>
      </w:sdtPr>
      <w:sdtEndPr/>
      <w:sdtContent>
        <w:p w14:paraId="58DCB18C" w14:textId="3039869A" w:rsidR="00015574" w:rsidRPr="00015574" w:rsidRDefault="00015574" w:rsidP="00015574">
          <w:r w:rsidRPr="00E73B0F">
            <w:rPr>
              <w:rStyle w:val="PlaceholderText"/>
              <w:lang w:val="en-US"/>
            </w:rPr>
            <w:t>Click or tap here to enter text.</w:t>
          </w:r>
        </w:p>
      </w:sdtContent>
    </w:sdt>
    <w:p w14:paraId="0ACD46A0" w14:textId="3BFB5764" w:rsidR="00015574" w:rsidRDefault="00015574" w:rsidP="00015574">
      <w:pPr>
        <w:pStyle w:val="ListParagraph"/>
        <w:numPr>
          <w:ilvl w:val="0"/>
          <w:numId w:val="16"/>
        </w:numPr>
        <w:rPr>
          <w:b/>
          <w:bCs/>
        </w:rPr>
      </w:pPr>
      <w:r w:rsidRPr="00015574">
        <w:rPr>
          <w:b/>
          <w:bCs/>
        </w:rPr>
        <w:t>Give an example of maintaining professionalism under pressure.</w:t>
      </w:r>
    </w:p>
    <w:sdt>
      <w:sdtPr>
        <w:id w:val="-1459866788"/>
        <w:placeholder>
          <w:docPart w:val="3ED87B2022A34B2198DC2B217B191AF1"/>
        </w:placeholder>
        <w:showingPlcHdr/>
      </w:sdtPr>
      <w:sdtEndPr/>
      <w:sdtContent>
        <w:p w14:paraId="5BC1A269" w14:textId="52C68820" w:rsidR="00015574" w:rsidRPr="00015574" w:rsidRDefault="00015574" w:rsidP="00015574">
          <w:r w:rsidRPr="00E73B0F">
            <w:rPr>
              <w:rStyle w:val="PlaceholderText"/>
              <w:lang w:val="en-US"/>
            </w:rPr>
            <w:t>Click or tap here to enter text.</w:t>
          </w:r>
        </w:p>
      </w:sdtContent>
    </w:sdt>
    <w:p w14:paraId="2D12A2C2" w14:textId="77777777" w:rsidR="00015574" w:rsidRDefault="00015574"/>
    <w:p w14:paraId="22F0C6D2" w14:textId="77777777" w:rsidR="003713D2" w:rsidRPr="003713D2" w:rsidRDefault="003713D2" w:rsidP="003713D2">
      <w:pPr>
        <w:pStyle w:val="Heading1"/>
      </w:pPr>
      <w:r w:rsidRPr="003713D2">
        <w:t>Clinical Governance &amp; Patient Safety</w:t>
      </w:r>
    </w:p>
    <w:p w14:paraId="28B48482" w14:textId="77777777" w:rsidR="003713D2" w:rsidRDefault="003713D2" w:rsidP="003713D2">
      <w:pPr>
        <w:pStyle w:val="ListParagraph"/>
        <w:numPr>
          <w:ilvl w:val="0"/>
          <w:numId w:val="17"/>
        </w:numPr>
        <w:rPr>
          <w:b/>
          <w:bCs/>
          <w:lang w:val="en-US"/>
        </w:rPr>
      </w:pPr>
      <w:r w:rsidRPr="003713D2">
        <w:rPr>
          <w:b/>
          <w:bCs/>
          <w:lang w:val="en-US"/>
        </w:rPr>
        <w:t>Provide an example of how you identified and addressed a risk to patient safety.</w:t>
      </w:r>
    </w:p>
    <w:sdt>
      <w:sdtPr>
        <w:rPr>
          <w:lang w:val="en-US"/>
        </w:rPr>
        <w:id w:val="-1816095327"/>
        <w:placeholder>
          <w:docPart w:val="A52E9F0F3C3549C29B060FC2F2A6D578"/>
        </w:placeholder>
        <w:showingPlcHdr/>
      </w:sdtPr>
      <w:sdtEndPr/>
      <w:sdtContent>
        <w:p w14:paraId="4983BFA6" w14:textId="495545B3" w:rsidR="003713D2" w:rsidRPr="003713D2" w:rsidRDefault="003713D2" w:rsidP="003713D2">
          <w:pPr>
            <w:rPr>
              <w:lang w:val="en-US"/>
            </w:rPr>
          </w:pPr>
          <w:r w:rsidRPr="00016A95">
            <w:rPr>
              <w:rStyle w:val="PlaceholderText"/>
              <w:lang w:val="en-US"/>
            </w:rPr>
            <w:t>Click or tap here to enter text.</w:t>
          </w:r>
        </w:p>
      </w:sdtContent>
    </w:sdt>
    <w:p w14:paraId="287CB9A6" w14:textId="5AAC8D45" w:rsidR="003713D2" w:rsidRDefault="003713D2" w:rsidP="003713D2">
      <w:pPr>
        <w:pStyle w:val="ListParagraph"/>
        <w:numPr>
          <w:ilvl w:val="0"/>
          <w:numId w:val="17"/>
        </w:numPr>
        <w:rPr>
          <w:b/>
          <w:bCs/>
          <w:lang w:val="en-US"/>
        </w:rPr>
      </w:pPr>
      <w:r w:rsidRPr="003713D2">
        <w:rPr>
          <w:b/>
          <w:bCs/>
          <w:lang w:val="en-US"/>
        </w:rPr>
        <w:t>How do you ensure high standards of clinical care?</w:t>
      </w:r>
    </w:p>
    <w:sdt>
      <w:sdtPr>
        <w:rPr>
          <w:lang w:val="en-US"/>
        </w:rPr>
        <w:id w:val="1871638181"/>
        <w:placeholder>
          <w:docPart w:val="136CB3F2E58949E09F2EAE0D704C7EE0"/>
        </w:placeholder>
        <w:showingPlcHdr/>
      </w:sdtPr>
      <w:sdtEndPr/>
      <w:sdtContent>
        <w:p w14:paraId="1CEB9046" w14:textId="47BBDA1D" w:rsidR="003713D2" w:rsidRPr="003713D2" w:rsidRDefault="003713D2" w:rsidP="003713D2">
          <w:pPr>
            <w:rPr>
              <w:lang w:val="en-US"/>
            </w:rPr>
          </w:pPr>
          <w:r w:rsidRPr="00016A95">
            <w:rPr>
              <w:rStyle w:val="PlaceholderText"/>
              <w:lang w:val="en-US"/>
            </w:rPr>
            <w:t>Click or tap here to enter text.</w:t>
          </w:r>
        </w:p>
      </w:sdtContent>
    </w:sdt>
    <w:p w14:paraId="58BC4384" w14:textId="77777777" w:rsidR="003713D2" w:rsidRDefault="003713D2"/>
    <w:sectPr w:rsidR="003713D2" w:rsidSect="001C17E4">
      <w:headerReference w:type="default" r:id="rId11"/>
      <w:footerReference w:type="default" r:id="rId12"/>
      <w:headerReference w:type="first" r:id="rId13"/>
      <w:footerReference w:type="first" r:id="rId14"/>
      <w:pgSz w:w="12240" w:h="15840"/>
      <w:pgMar w:top="1440" w:right="1440" w:bottom="1440" w:left="1440" w:header="680" w:footer="68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918F4CF" w14:textId="77777777" w:rsidR="001358E1" w:rsidRPr="00260F73" w:rsidRDefault="001358E1" w:rsidP="001B2E81">
      <w:pPr>
        <w:spacing w:after="0" w:line="240" w:lineRule="auto"/>
      </w:pPr>
      <w:r w:rsidRPr="00260F73">
        <w:separator/>
      </w:r>
    </w:p>
  </w:endnote>
  <w:endnote w:type="continuationSeparator" w:id="0">
    <w:p w14:paraId="47C0203B" w14:textId="77777777" w:rsidR="001358E1" w:rsidRPr="00260F73" w:rsidRDefault="001358E1" w:rsidP="001B2E81">
      <w:pPr>
        <w:spacing w:after="0" w:line="240" w:lineRule="auto"/>
      </w:pPr>
      <w:r w:rsidRPr="00260F73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155802865"/>
      <w:docPartObj>
        <w:docPartGallery w:val="Page Numbers (Bottom of Page)"/>
        <w:docPartUnique/>
      </w:docPartObj>
    </w:sdtPr>
    <w:sdtEndPr/>
    <w:sdtContent>
      <w:p w14:paraId="7954CBEC" w14:textId="5E77B792" w:rsidR="007C3707" w:rsidRPr="00260F73" w:rsidRDefault="007C3707" w:rsidP="007C3707">
        <w:pPr>
          <w:pStyle w:val="Footer"/>
        </w:pPr>
        <w:r w:rsidRPr="00260F73">
          <w:tab/>
        </w:r>
        <w:r w:rsidRPr="00260F73">
          <w:tab/>
        </w:r>
        <w:r w:rsidRPr="00260F73">
          <w:fldChar w:fldCharType="begin"/>
        </w:r>
        <w:r w:rsidRPr="00260F73">
          <w:instrText xml:space="preserve"> PAGE   \* MERGEFORMAT </w:instrText>
        </w:r>
        <w:r w:rsidRPr="00260F73">
          <w:fldChar w:fldCharType="separate"/>
        </w:r>
        <w:r w:rsidRPr="00260F73">
          <w:t>2</w:t>
        </w:r>
        <w:r w:rsidRPr="00260F73">
          <w:fldChar w:fldCharType="end"/>
        </w:r>
      </w:p>
    </w:sdtContent>
  </w:sdt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AD7E1E" w14:textId="43A246CF" w:rsidR="007C3707" w:rsidRPr="00260F73" w:rsidRDefault="007C3707">
    <w:pPr>
      <w:pStyle w:val="Footer"/>
      <w:jc w:val="righ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486A75D" w14:textId="77777777" w:rsidR="001358E1" w:rsidRPr="00260F73" w:rsidRDefault="001358E1" w:rsidP="001B2E81">
      <w:pPr>
        <w:spacing w:after="0" w:line="240" w:lineRule="auto"/>
      </w:pPr>
      <w:r w:rsidRPr="00260F73">
        <w:separator/>
      </w:r>
    </w:p>
  </w:footnote>
  <w:footnote w:type="continuationSeparator" w:id="0">
    <w:p w14:paraId="76C0E01B" w14:textId="77777777" w:rsidR="001358E1" w:rsidRPr="00260F73" w:rsidRDefault="001358E1" w:rsidP="001B2E81">
      <w:pPr>
        <w:spacing w:after="0" w:line="240" w:lineRule="auto"/>
      </w:pPr>
      <w:r w:rsidRPr="00260F73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97A380F" w14:textId="2434E9DB" w:rsidR="001B2E81" w:rsidRPr="00260F73" w:rsidRDefault="007C3707">
    <w:pPr>
      <w:pStyle w:val="Header"/>
    </w:pPr>
    <w:r w:rsidRPr="00260F73">
      <w:ptab w:relativeTo="margin" w:alignment="right" w:leader="none"/>
    </w:r>
    <w:r w:rsidRPr="00260F73">
      <w:t xml:space="preserve">RCPI HST Application CV: </w:t>
    </w:r>
    <w:r w:rsidR="00446759">
      <w:t>Immunology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2B2179E" w14:textId="1CE977E3" w:rsidR="001B2E81" w:rsidRPr="00260F73" w:rsidRDefault="00446759">
    <w:pPr>
      <w:pStyle w:val="Header"/>
    </w:pPr>
    <w:r>
      <w:rPr>
        <w:noProof/>
      </w:rPr>
      <w:drawing>
        <wp:anchor distT="0" distB="0" distL="114300" distR="114300" simplePos="0" relativeHeight="251658240" behindDoc="0" locked="0" layoutInCell="1" allowOverlap="1" wp14:anchorId="5BD570E1" wp14:editId="063F094B">
          <wp:simplePos x="0" y="0"/>
          <wp:positionH relativeFrom="column">
            <wp:posOffset>-647700</wp:posOffset>
          </wp:positionH>
          <wp:positionV relativeFrom="paragraph">
            <wp:posOffset>-209550</wp:posOffset>
          </wp:positionV>
          <wp:extent cx="2855647" cy="1044000"/>
          <wp:effectExtent l="0" t="0" r="1905" b="3810"/>
          <wp:wrapTopAndBottom/>
          <wp:docPr id="43051264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3051264" name="Picture 43051264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2855647" cy="10440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038B0C3B"/>
    <w:multiLevelType w:val="hybridMultilevel"/>
    <w:tmpl w:val="CCD6AA88"/>
    <w:lvl w:ilvl="0" w:tplc="FFFFFFFF">
      <w:start w:val="1"/>
      <w:numFmt w:val="decimal"/>
      <w:lvlText w:val="%1."/>
      <w:lvlJc w:val="left"/>
      <w:pPr>
        <w:ind w:left="360" w:hanging="360"/>
      </w:p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2F4D49D1"/>
    <w:multiLevelType w:val="hybridMultilevel"/>
    <w:tmpl w:val="10A4BC1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EB52007"/>
    <w:multiLevelType w:val="hybridMultilevel"/>
    <w:tmpl w:val="7E4CAD6C"/>
    <w:lvl w:ilvl="0" w:tplc="AD448DD2">
      <w:start w:val="1"/>
      <w:numFmt w:val="decimal"/>
      <w:lvlText w:val="%1."/>
      <w:lvlJc w:val="left"/>
      <w:pPr>
        <w:ind w:left="720" w:hanging="360"/>
      </w:pPr>
    </w:lvl>
    <w:lvl w:ilvl="1" w:tplc="304C2162">
      <w:start w:val="1"/>
      <w:numFmt w:val="lowerLetter"/>
      <w:lvlText w:val="%2."/>
      <w:lvlJc w:val="left"/>
      <w:pPr>
        <w:ind w:left="1440" w:hanging="360"/>
      </w:pPr>
    </w:lvl>
    <w:lvl w:ilvl="2" w:tplc="FCF0101E">
      <w:start w:val="1"/>
      <w:numFmt w:val="lowerRoman"/>
      <w:lvlText w:val="%3."/>
      <w:lvlJc w:val="right"/>
      <w:pPr>
        <w:ind w:left="2160" w:hanging="180"/>
      </w:pPr>
    </w:lvl>
    <w:lvl w:ilvl="3" w:tplc="BFDCED42">
      <w:start w:val="1"/>
      <w:numFmt w:val="decimal"/>
      <w:lvlText w:val="%4."/>
      <w:lvlJc w:val="left"/>
      <w:pPr>
        <w:ind w:left="2880" w:hanging="360"/>
      </w:pPr>
    </w:lvl>
    <w:lvl w:ilvl="4" w:tplc="9DA67E82">
      <w:start w:val="1"/>
      <w:numFmt w:val="lowerLetter"/>
      <w:lvlText w:val="%5."/>
      <w:lvlJc w:val="left"/>
      <w:pPr>
        <w:ind w:left="3600" w:hanging="360"/>
      </w:pPr>
    </w:lvl>
    <w:lvl w:ilvl="5" w:tplc="E46222B2">
      <w:start w:val="1"/>
      <w:numFmt w:val="lowerRoman"/>
      <w:lvlText w:val="%6."/>
      <w:lvlJc w:val="right"/>
      <w:pPr>
        <w:ind w:left="4320" w:hanging="180"/>
      </w:pPr>
    </w:lvl>
    <w:lvl w:ilvl="6" w:tplc="5FDA97E8">
      <w:start w:val="1"/>
      <w:numFmt w:val="decimal"/>
      <w:lvlText w:val="%7."/>
      <w:lvlJc w:val="left"/>
      <w:pPr>
        <w:ind w:left="5040" w:hanging="360"/>
      </w:pPr>
    </w:lvl>
    <w:lvl w:ilvl="7" w:tplc="22A0B658">
      <w:start w:val="1"/>
      <w:numFmt w:val="lowerLetter"/>
      <w:lvlText w:val="%8."/>
      <w:lvlJc w:val="left"/>
      <w:pPr>
        <w:ind w:left="5760" w:hanging="360"/>
      </w:pPr>
    </w:lvl>
    <w:lvl w:ilvl="8" w:tplc="F3A832D8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624607B"/>
    <w:multiLevelType w:val="hybridMultilevel"/>
    <w:tmpl w:val="04B0265E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 w15:restartNumberingAfterBreak="0">
    <w:nsid w:val="56536746"/>
    <w:multiLevelType w:val="hybridMultilevel"/>
    <w:tmpl w:val="FF2CE112"/>
    <w:lvl w:ilvl="0" w:tplc="FFFFFFFF">
      <w:start w:val="1"/>
      <w:numFmt w:val="decimal"/>
      <w:lvlText w:val="%1."/>
      <w:lvlJc w:val="left"/>
      <w:pPr>
        <w:ind w:left="360" w:hanging="360"/>
      </w:p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 w15:restartNumberingAfterBreak="0">
    <w:nsid w:val="5BB0278A"/>
    <w:multiLevelType w:val="hybridMultilevel"/>
    <w:tmpl w:val="CCD6AA88"/>
    <w:lvl w:ilvl="0" w:tplc="FFFFFFFF">
      <w:start w:val="1"/>
      <w:numFmt w:val="decimal"/>
      <w:lvlText w:val="%1."/>
      <w:lvlJc w:val="left"/>
      <w:pPr>
        <w:ind w:left="360" w:hanging="360"/>
      </w:p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 w15:restartNumberingAfterBreak="0">
    <w:nsid w:val="5D944C34"/>
    <w:multiLevelType w:val="hybridMultilevel"/>
    <w:tmpl w:val="584602C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F52142C"/>
    <w:multiLevelType w:val="hybridMultilevel"/>
    <w:tmpl w:val="FF2CE112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731806701">
    <w:abstractNumId w:val="11"/>
  </w:num>
  <w:num w:numId="2" w16cid:durableId="1203786471">
    <w:abstractNumId w:val="8"/>
  </w:num>
  <w:num w:numId="3" w16cid:durableId="417601461">
    <w:abstractNumId w:val="6"/>
  </w:num>
  <w:num w:numId="4" w16cid:durableId="1775980722">
    <w:abstractNumId w:val="5"/>
  </w:num>
  <w:num w:numId="5" w16cid:durableId="228343893">
    <w:abstractNumId w:val="4"/>
  </w:num>
  <w:num w:numId="6" w16cid:durableId="2097943450">
    <w:abstractNumId w:val="7"/>
  </w:num>
  <w:num w:numId="7" w16cid:durableId="2109152698">
    <w:abstractNumId w:val="3"/>
  </w:num>
  <w:num w:numId="8" w16cid:durableId="1635867508">
    <w:abstractNumId w:val="2"/>
  </w:num>
  <w:num w:numId="9" w16cid:durableId="1632787737">
    <w:abstractNumId w:val="1"/>
  </w:num>
  <w:num w:numId="10" w16cid:durableId="645209773">
    <w:abstractNumId w:val="0"/>
  </w:num>
  <w:num w:numId="11" w16cid:durableId="1357002592">
    <w:abstractNumId w:val="10"/>
  </w:num>
  <w:num w:numId="12" w16cid:durableId="954025059">
    <w:abstractNumId w:val="12"/>
  </w:num>
  <w:num w:numId="13" w16cid:durableId="1694188166">
    <w:abstractNumId w:val="15"/>
  </w:num>
  <w:num w:numId="14" w16cid:durableId="889731661">
    <w:abstractNumId w:val="16"/>
  </w:num>
  <w:num w:numId="15" w16cid:durableId="323359985">
    <w:abstractNumId w:val="14"/>
  </w:num>
  <w:num w:numId="16" w16cid:durableId="1461606276">
    <w:abstractNumId w:val="9"/>
  </w:num>
  <w:num w:numId="17" w16cid:durableId="1219395086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ocumentProtection w:edit="forms" w:enforcement="1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47730"/>
    <w:rsid w:val="00015574"/>
    <w:rsid w:val="00034616"/>
    <w:rsid w:val="00041DFE"/>
    <w:rsid w:val="0006063C"/>
    <w:rsid w:val="00081140"/>
    <w:rsid w:val="000834D5"/>
    <w:rsid w:val="000934D5"/>
    <w:rsid w:val="000A5F58"/>
    <w:rsid w:val="001358E1"/>
    <w:rsid w:val="0015074B"/>
    <w:rsid w:val="001739F7"/>
    <w:rsid w:val="001B2E81"/>
    <w:rsid w:val="001C17E4"/>
    <w:rsid w:val="00214ECC"/>
    <w:rsid w:val="002319B9"/>
    <w:rsid w:val="00232F78"/>
    <w:rsid w:val="00260F73"/>
    <w:rsid w:val="002931FF"/>
    <w:rsid w:val="0029639D"/>
    <w:rsid w:val="002D7D98"/>
    <w:rsid w:val="002E140B"/>
    <w:rsid w:val="00326F90"/>
    <w:rsid w:val="003713D2"/>
    <w:rsid w:val="003729FB"/>
    <w:rsid w:val="00446759"/>
    <w:rsid w:val="004929C5"/>
    <w:rsid w:val="004A41F5"/>
    <w:rsid w:val="004D6768"/>
    <w:rsid w:val="00547911"/>
    <w:rsid w:val="00597958"/>
    <w:rsid w:val="005A051B"/>
    <w:rsid w:val="006D0099"/>
    <w:rsid w:val="0075109E"/>
    <w:rsid w:val="007C0991"/>
    <w:rsid w:val="007C3707"/>
    <w:rsid w:val="00801BD9"/>
    <w:rsid w:val="00821B93"/>
    <w:rsid w:val="008513D2"/>
    <w:rsid w:val="008525FA"/>
    <w:rsid w:val="009A7B67"/>
    <w:rsid w:val="009E4AEB"/>
    <w:rsid w:val="00A0792E"/>
    <w:rsid w:val="00A36383"/>
    <w:rsid w:val="00A606A6"/>
    <w:rsid w:val="00AA1D8D"/>
    <w:rsid w:val="00B16633"/>
    <w:rsid w:val="00B47730"/>
    <w:rsid w:val="00B8038E"/>
    <w:rsid w:val="00BD4838"/>
    <w:rsid w:val="00C7253B"/>
    <w:rsid w:val="00C95D05"/>
    <w:rsid w:val="00CB0664"/>
    <w:rsid w:val="00CD745A"/>
    <w:rsid w:val="00D41E2C"/>
    <w:rsid w:val="00D806C1"/>
    <w:rsid w:val="00DA296B"/>
    <w:rsid w:val="00E5708D"/>
    <w:rsid w:val="00E9708F"/>
    <w:rsid w:val="00F066E1"/>
    <w:rsid w:val="00F211F0"/>
    <w:rsid w:val="00F277ED"/>
    <w:rsid w:val="00F4085D"/>
    <w:rsid w:val="00F54DC5"/>
    <w:rsid w:val="00F75C6A"/>
    <w:rsid w:val="00F85A62"/>
    <w:rsid w:val="00F94BC3"/>
    <w:rsid w:val="00F95107"/>
    <w:rsid w:val="00FC693F"/>
    <w:rsid w:val="013003D7"/>
    <w:rsid w:val="01D3084F"/>
    <w:rsid w:val="09148FBD"/>
    <w:rsid w:val="0985AE4E"/>
    <w:rsid w:val="0B73C59C"/>
    <w:rsid w:val="0CE122BF"/>
    <w:rsid w:val="0DD6B9FE"/>
    <w:rsid w:val="10E59C75"/>
    <w:rsid w:val="125B3369"/>
    <w:rsid w:val="14BE1E3E"/>
    <w:rsid w:val="15A496DB"/>
    <w:rsid w:val="19056071"/>
    <w:rsid w:val="1B5F724A"/>
    <w:rsid w:val="1FB809EA"/>
    <w:rsid w:val="232909D8"/>
    <w:rsid w:val="25CD4F7B"/>
    <w:rsid w:val="26990713"/>
    <w:rsid w:val="26C0C10D"/>
    <w:rsid w:val="2B3C14FD"/>
    <w:rsid w:val="2D96377B"/>
    <w:rsid w:val="300EB099"/>
    <w:rsid w:val="30BDFE8C"/>
    <w:rsid w:val="32EB38F7"/>
    <w:rsid w:val="34E9FE57"/>
    <w:rsid w:val="359F11C3"/>
    <w:rsid w:val="35DA3F28"/>
    <w:rsid w:val="3A056833"/>
    <w:rsid w:val="3A5730DD"/>
    <w:rsid w:val="3AEC04AB"/>
    <w:rsid w:val="3F5352D5"/>
    <w:rsid w:val="3FE541D5"/>
    <w:rsid w:val="42F16941"/>
    <w:rsid w:val="45164F2B"/>
    <w:rsid w:val="46B26368"/>
    <w:rsid w:val="48CBC21F"/>
    <w:rsid w:val="4BED656B"/>
    <w:rsid w:val="51B2FBD2"/>
    <w:rsid w:val="5D2E224B"/>
    <w:rsid w:val="623245C4"/>
    <w:rsid w:val="647F8E21"/>
    <w:rsid w:val="66FE928F"/>
    <w:rsid w:val="689C4EBD"/>
    <w:rsid w:val="6954CC0D"/>
    <w:rsid w:val="6EAD3D8D"/>
    <w:rsid w:val="6FFA73B0"/>
    <w:rsid w:val="771B880B"/>
    <w:rsid w:val="77B5CE6B"/>
    <w:rsid w:val="7ABB2A26"/>
    <w:rsid w:val="7B91232E"/>
    <w:rsid w:val="7C7061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6CA3D516"/>
  <w14:defaultImageDpi w14:val="330"/>
  <w15:docId w15:val="{AB873603-DE17-41F5-80D2-AB816BF919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16633"/>
    <w:rPr>
      <w:rFonts w:ascii="Calibri" w:hAnsi="Calibri"/>
      <w:sz w:val="24"/>
      <w:lang w:val="en-IE"/>
    </w:rPr>
  </w:style>
  <w:style w:type="paragraph" w:styleId="Heading1">
    <w:name w:val="heading 1"/>
    <w:basedOn w:val="Normal"/>
    <w:next w:val="Normal"/>
    <w:link w:val="Heading1Char"/>
    <w:autoRedefine/>
    <w:uiPriority w:val="9"/>
    <w:qFormat/>
    <w:rsid w:val="001C17E4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0024BB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1C17E4"/>
    <w:rPr>
      <w:rFonts w:asciiTheme="majorHAnsi" w:eastAsiaTheme="majorEastAsia" w:hAnsiTheme="majorHAnsi" w:cstheme="majorBidi"/>
      <w:b/>
      <w:bCs/>
      <w:color w:val="0024BB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autoRedefine/>
    <w:uiPriority w:val="10"/>
    <w:qFormat/>
    <w:rsid w:val="001C17E4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0024BB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1C17E4"/>
    <w:rPr>
      <w:rFonts w:asciiTheme="majorHAnsi" w:eastAsiaTheme="majorEastAsia" w:hAnsiTheme="majorHAnsi" w:cstheme="majorBidi"/>
      <w:color w:val="0024BB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4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6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8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CommentReference">
    <w:name w:val="annotation reference"/>
    <w:basedOn w:val="DefaultParagraphFont"/>
    <w:uiPriority w:val="99"/>
    <w:semiHidden/>
    <w:unhideWhenUsed/>
    <w:rsid w:val="003729FB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3729FB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3729FB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3729FB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3729FB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729F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729FB"/>
    <w:rPr>
      <w:rFonts w:ascii="Segoe UI" w:hAnsi="Segoe UI" w:cs="Segoe UI"/>
      <w:sz w:val="18"/>
      <w:szCs w:val="18"/>
    </w:rPr>
  </w:style>
  <w:style w:type="paragraph" w:styleId="Revision">
    <w:name w:val="Revision"/>
    <w:hidden/>
    <w:uiPriority w:val="99"/>
    <w:semiHidden/>
    <w:rsid w:val="00F211F0"/>
    <w:pPr>
      <w:spacing w:after="0" w:line="240" w:lineRule="auto"/>
    </w:pPr>
  </w:style>
  <w:style w:type="character" w:styleId="PlaceholderText">
    <w:name w:val="Placeholder Text"/>
    <w:basedOn w:val="DefaultParagraphFont"/>
    <w:uiPriority w:val="99"/>
    <w:semiHidden/>
    <w:rsid w:val="004D6768"/>
    <w:rPr>
      <w:color w:val="666666"/>
    </w:rPr>
  </w:style>
  <w:style w:type="character" w:customStyle="1" w:styleId="Style1">
    <w:name w:val="Style1"/>
    <w:basedOn w:val="DefaultParagraphFont"/>
    <w:uiPriority w:val="1"/>
    <w:rsid w:val="004D6768"/>
    <w:rPr>
      <w:rFonts w:ascii="Calibri" w:hAnsi="Calibri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glossaryDocument" Target="glossary/document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DefaultPlaceholder_-185401343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0E73B27-4766-44DE-B2C7-DC30E78096C6}"/>
      </w:docPartPr>
      <w:docPartBody>
        <w:p w:rsidR="004161F5" w:rsidRDefault="006239E1">
          <w:r w:rsidRPr="00076DED">
            <w:rPr>
              <w:rStyle w:val="PlaceholderText"/>
            </w:rPr>
            <w:t>Enter any content that you want to repeat, including other content controls. You can also insert this control around table rows in order to repeat parts of a table.</w:t>
          </w:r>
        </w:p>
      </w:docPartBody>
    </w:docPart>
    <w:docPart>
      <w:docPartPr>
        <w:name w:val="F4D6CB2241074A76A75ACE4A72F3BAC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906D984-996F-4188-AD83-7436A5AE6724}"/>
      </w:docPartPr>
      <w:docPartBody>
        <w:p w:rsidR="004161F5" w:rsidRDefault="00EC7212" w:rsidP="00EC7212">
          <w:pPr>
            <w:pStyle w:val="F4D6CB2241074A76A75ACE4A72F3BACA1"/>
          </w:pPr>
          <w:r w:rsidRPr="00260F73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5C6BE9DD57B042A78E73AE6C65AB81E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F4F4F7B-EAED-47D4-8B71-F4775D8F4544}"/>
      </w:docPartPr>
      <w:docPartBody>
        <w:p w:rsidR="004161F5" w:rsidRDefault="00EC7212" w:rsidP="00EC7212">
          <w:pPr>
            <w:pStyle w:val="5C6BE9DD57B042A78E73AE6C65AB81E91"/>
          </w:pPr>
          <w:r w:rsidRPr="00260F73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B94FF17A7DD844238942618D220CAEE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45E0032-1341-4D0F-B597-801AF050C595}"/>
      </w:docPartPr>
      <w:docPartBody>
        <w:p w:rsidR="004161F5" w:rsidRDefault="00EC7212" w:rsidP="00EC7212">
          <w:pPr>
            <w:pStyle w:val="B94FF17A7DD844238942618D220CAEE01"/>
          </w:pPr>
          <w:r w:rsidRPr="00260F73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767E5F504CE04A3283DBB5C362BF53D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37E6A42-BB2E-40B9-AE64-BFA7347232A8}"/>
      </w:docPartPr>
      <w:docPartBody>
        <w:p w:rsidR="004161F5" w:rsidRDefault="00EC7212" w:rsidP="00EC7212">
          <w:pPr>
            <w:pStyle w:val="767E5F504CE04A3283DBB5C362BF53DD1"/>
          </w:pPr>
          <w:r w:rsidRPr="00260F73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15FA136DFCC9400EA3643631FD9D49A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2B60779-9F46-4D74-94B2-D299C2C9AFD9}"/>
      </w:docPartPr>
      <w:docPartBody>
        <w:p w:rsidR="004161F5" w:rsidRDefault="00EC7212" w:rsidP="00EC7212">
          <w:pPr>
            <w:pStyle w:val="15FA136DFCC9400EA3643631FD9D49AC1"/>
          </w:pPr>
          <w:r w:rsidRPr="00260F73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758EF154077D4EC492E0AA02749775E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4CE277D-3252-4113-AC48-C899209A754F}"/>
      </w:docPartPr>
      <w:docPartBody>
        <w:p w:rsidR="004161F5" w:rsidRDefault="00EC7212" w:rsidP="00EC7212">
          <w:pPr>
            <w:pStyle w:val="758EF154077D4EC492E0AA02749775EE1"/>
          </w:pPr>
          <w:r w:rsidRPr="00260F73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60444590C5F4414E83C6454885D5753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DF436DA-3489-4320-8325-06E594784086}"/>
      </w:docPartPr>
      <w:docPartBody>
        <w:p w:rsidR="004161F5" w:rsidRDefault="00EC7212" w:rsidP="00EC7212">
          <w:pPr>
            <w:pStyle w:val="60444590C5F4414E83C6454885D5753D1"/>
          </w:pPr>
          <w:r w:rsidRPr="00260F73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096DC268CB3744C7AF90E558EFABE7F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476E13A-442E-4E8D-AA90-5CA24E1A2261}"/>
      </w:docPartPr>
      <w:docPartBody>
        <w:p w:rsidR="004161F5" w:rsidRDefault="00EC7212" w:rsidP="00EC7212">
          <w:pPr>
            <w:pStyle w:val="096DC268CB3744C7AF90E558EFABE7F61"/>
          </w:pPr>
          <w:r w:rsidRPr="00260F73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16EE3227410F4460A6706019F08584B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3D13660-F959-4A4E-ACCD-65148B842725}"/>
      </w:docPartPr>
      <w:docPartBody>
        <w:p w:rsidR="004161F5" w:rsidRDefault="00EC7212" w:rsidP="00EC7212">
          <w:pPr>
            <w:pStyle w:val="16EE3227410F4460A6706019F08584BA1"/>
          </w:pPr>
          <w:r w:rsidRPr="00260F73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35C6ADD19D0A4F7F9AA8A8D4CCB1374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9FD5B49-E395-4B75-9078-B586EE5C441E}"/>
      </w:docPartPr>
      <w:docPartBody>
        <w:p w:rsidR="004161F5" w:rsidRDefault="00EC7212" w:rsidP="00EC7212">
          <w:pPr>
            <w:pStyle w:val="35C6ADD19D0A4F7F9AA8A8D4CCB1374F1"/>
          </w:pPr>
          <w:r w:rsidRPr="00260F73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0AD4EFDEB46F4DD3B07D7D864B6EAEB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3E21FFA-1B3A-40C3-A3FC-DC043194BF35}"/>
      </w:docPartPr>
      <w:docPartBody>
        <w:p w:rsidR="004161F5" w:rsidRDefault="00EC7212" w:rsidP="00EC7212">
          <w:pPr>
            <w:pStyle w:val="0AD4EFDEB46F4DD3B07D7D864B6EAEB21"/>
          </w:pPr>
          <w:r w:rsidRPr="00260F73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C969D259CE28476AA1EB44B74A93B0D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2996CCC-E867-4E95-91D1-688A9161C977}"/>
      </w:docPartPr>
      <w:docPartBody>
        <w:p w:rsidR="004161F5" w:rsidRDefault="00EC7212" w:rsidP="00EC7212">
          <w:pPr>
            <w:pStyle w:val="C969D259CE28476AA1EB44B74A93B0DE1"/>
          </w:pPr>
          <w:r w:rsidRPr="00260F73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4163D3241B974CB9999FF0EC5B4E2B2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362E07F-4AE9-4D0D-A78D-9F30A789EEBF}"/>
      </w:docPartPr>
      <w:docPartBody>
        <w:p w:rsidR="004161F5" w:rsidRDefault="00EC7212" w:rsidP="00EC7212">
          <w:pPr>
            <w:pStyle w:val="4163D3241B974CB9999FF0EC5B4E2B211"/>
          </w:pPr>
          <w:r w:rsidRPr="00260F73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89495584885745569DDCF4FEC1482D0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4E29761-65B4-40B4-8D59-62FC7BDC1D80}"/>
      </w:docPartPr>
      <w:docPartBody>
        <w:p w:rsidR="004161F5" w:rsidRDefault="00EC7212" w:rsidP="00EC7212">
          <w:pPr>
            <w:pStyle w:val="89495584885745569DDCF4FEC1482D051"/>
          </w:pPr>
          <w:r w:rsidRPr="00260F73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66C6F6902A3B4D4CA7D745FDDA70B68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10C5269-6BC0-4E87-AF90-388993DC23A2}"/>
      </w:docPartPr>
      <w:docPartBody>
        <w:p w:rsidR="004161F5" w:rsidRDefault="00EC7212" w:rsidP="00EC7212">
          <w:pPr>
            <w:pStyle w:val="66C6F6902A3B4D4CA7D745FDDA70B68A1"/>
          </w:pPr>
          <w:r w:rsidRPr="00260F73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4CD965A9EE694FECADF2476D720E7B6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9494C3C-F041-4984-AA6E-E0EA6A8C6F70}"/>
      </w:docPartPr>
      <w:docPartBody>
        <w:p w:rsidR="004161F5" w:rsidRDefault="00EC7212" w:rsidP="00EC7212">
          <w:pPr>
            <w:pStyle w:val="4CD965A9EE694FECADF2476D720E7B6E1"/>
          </w:pPr>
          <w:r w:rsidRPr="00260F73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09E232A6ADC042DB884957F020A929B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B097FA8-BB4E-41CD-B6D7-9908A8EB60FD}"/>
      </w:docPartPr>
      <w:docPartBody>
        <w:p w:rsidR="004161F5" w:rsidRDefault="00EC7212" w:rsidP="00EC7212">
          <w:pPr>
            <w:pStyle w:val="09E232A6ADC042DB884957F020A929BA1"/>
          </w:pPr>
          <w:r w:rsidRPr="00260F73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3DF7FD3C5E5C4C0992D419903A5ACDD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12E0D55-BED0-4FEA-8D33-AE1441A65F99}"/>
      </w:docPartPr>
      <w:docPartBody>
        <w:p w:rsidR="004161F5" w:rsidRDefault="00EC7212" w:rsidP="00EC7212">
          <w:pPr>
            <w:pStyle w:val="3DF7FD3C5E5C4C0992D419903A5ACDD91"/>
          </w:pPr>
          <w:r w:rsidRPr="00260F73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657F90F891404138BEF4C8B0986FE70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61A60B8-E470-4127-A5B4-873BBF17DD31}"/>
      </w:docPartPr>
      <w:docPartBody>
        <w:p w:rsidR="004161F5" w:rsidRDefault="00EC7212" w:rsidP="00EC7212">
          <w:pPr>
            <w:pStyle w:val="657F90F891404138BEF4C8B0986FE7061"/>
          </w:pPr>
          <w:r w:rsidRPr="00260F73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C9113B8A854441D682CE5AC80AFB086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EB38CB9-2DDF-42F9-A31F-4D2754EDDF19}"/>
      </w:docPartPr>
      <w:docPartBody>
        <w:p w:rsidR="004161F5" w:rsidRDefault="00EC7212" w:rsidP="00EC7212">
          <w:pPr>
            <w:pStyle w:val="C9113B8A854441D682CE5AC80AFB08601"/>
          </w:pPr>
          <w:r w:rsidRPr="00260F73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E3F5175B57004446843F4F317C13BE7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3BD9BF7-596D-466C-85B2-187839F777C4}"/>
      </w:docPartPr>
      <w:docPartBody>
        <w:p w:rsidR="004161F5" w:rsidRDefault="00EC7212" w:rsidP="00EC7212">
          <w:pPr>
            <w:pStyle w:val="E3F5175B57004446843F4F317C13BE7C1"/>
          </w:pPr>
          <w:r w:rsidRPr="00260F73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74CADD3637F3476CAEF2795719E307A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01C9D11-0987-4FAD-9B17-E23F574D16FE}"/>
      </w:docPartPr>
      <w:docPartBody>
        <w:p w:rsidR="004161F5" w:rsidRDefault="00EC7212" w:rsidP="00EC7212">
          <w:pPr>
            <w:pStyle w:val="74CADD3637F3476CAEF2795719E307AF1"/>
          </w:pPr>
          <w:r w:rsidRPr="00260F73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6E2E25C8BD59485F83A4E1A3EB66C1C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078445E-FB06-421F-8F3E-82635DF5DD87}"/>
      </w:docPartPr>
      <w:docPartBody>
        <w:p w:rsidR="004161F5" w:rsidRDefault="00EC7212" w:rsidP="00EC7212">
          <w:pPr>
            <w:pStyle w:val="6E2E25C8BD59485F83A4E1A3EB66C1CA1"/>
          </w:pPr>
          <w:r w:rsidRPr="00260F73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CADFFF9D18954E1993F5C0789B03E17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BACF19C-3772-49DC-928C-8678FE964B3A}"/>
      </w:docPartPr>
      <w:docPartBody>
        <w:p w:rsidR="004161F5" w:rsidRDefault="00EC7212" w:rsidP="00EC7212">
          <w:pPr>
            <w:pStyle w:val="CADFFF9D18954E1993F5C0789B03E1791"/>
          </w:pPr>
          <w:r w:rsidRPr="00260F73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872FF4CA11794B8A841DB2220DF10EA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23E1A22-8CF0-4C92-B742-0B28EE306AA7}"/>
      </w:docPartPr>
      <w:docPartBody>
        <w:p w:rsidR="004161F5" w:rsidRDefault="00EC7212" w:rsidP="00EC7212">
          <w:pPr>
            <w:pStyle w:val="872FF4CA11794B8A841DB2220DF10EA61"/>
          </w:pPr>
          <w:r w:rsidRPr="00260F73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4E97BD512F134974B65EC5CE1A1FFA5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AE046DF-0E89-4173-ABB4-0DF853182A25}"/>
      </w:docPartPr>
      <w:docPartBody>
        <w:p w:rsidR="004161F5" w:rsidRDefault="00EC7212" w:rsidP="00EC7212">
          <w:pPr>
            <w:pStyle w:val="4E97BD512F134974B65EC5CE1A1FFA5C1"/>
          </w:pPr>
          <w:r w:rsidRPr="00260F73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43C24FC1DD4E4C25906C3761C0E444F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7BFC25A-1106-431C-A300-2D25188900C2}"/>
      </w:docPartPr>
      <w:docPartBody>
        <w:p w:rsidR="004161F5" w:rsidRDefault="00EC7212" w:rsidP="00EC7212">
          <w:pPr>
            <w:pStyle w:val="43C24FC1DD4E4C25906C3761C0E444F21"/>
          </w:pPr>
          <w:r w:rsidRPr="00260F73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6E5B51F8A20C49259CB13015EB12138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6397F9A-6A64-42B5-9CB9-AB1F40B96597}"/>
      </w:docPartPr>
      <w:docPartBody>
        <w:p w:rsidR="004161F5" w:rsidRDefault="00EC7212" w:rsidP="00EC7212">
          <w:pPr>
            <w:pStyle w:val="6E5B51F8A20C49259CB13015EB1213891"/>
          </w:pPr>
          <w:r w:rsidRPr="00260F73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ACA81B7FEB124004A04A95F11ADBD7A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B9E7ECD-8C01-4AF7-AFEA-B0800360660B}"/>
      </w:docPartPr>
      <w:docPartBody>
        <w:p w:rsidR="004161F5" w:rsidRDefault="00EC7212" w:rsidP="00EC7212">
          <w:pPr>
            <w:pStyle w:val="ACA81B7FEB124004A04A95F11ADBD7A71"/>
          </w:pPr>
          <w:r w:rsidRPr="00260F73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AB27C8C8D90949D99B80C3BCC40C6DB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2D9C572-48A3-4B5B-A698-D70BF3B8EE4F}"/>
      </w:docPartPr>
      <w:docPartBody>
        <w:p w:rsidR="004161F5" w:rsidRDefault="00EC7212" w:rsidP="00EC7212">
          <w:pPr>
            <w:pStyle w:val="AB27C8C8D90949D99B80C3BCC40C6DB11"/>
          </w:pPr>
          <w:r w:rsidRPr="00260F73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BE6BAA36B4CE46CCBA1107A2CA86328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D091F43-6FB5-4DE3-90BA-1F5CB1BE177C}"/>
      </w:docPartPr>
      <w:docPartBody>
        <w:p w:rsidR="004161F5" w:rsidRDefault="00EC7212" w:rsidP="00EC7212">
          <w:pPr>
            <w:pStyle w:val="BE6BAA36B4CE46CCBA1107A2CA86328D1"/>
          </w:pPr>
          <w:r w:rsidRPr="00260F73">
            <w:rPr>
              <w:rStyle w:val="PlaceholderText"/>
            </w:rPr>
            <w:t>Click or tap to enter a date.</w:t>
          </w:r>
        </w:p>
      </w:docPartBody>
    </w:docPart>
    <w:docPart>
      <w:docPartPr>
        <w:name w:val="98F3A9EE91754E259AFD2F141BD88EC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7B84782-090E-4202-89A3-7460A328DBC9}"/>
      </w:docPartPr>
      <w:docPartBody>
        <w:p w:rsidR="004161F5" w:rsidRDefault="00EC7212" w:rsidP="00EC7212">
          <w:pPr>
            <w:pStyle w:val="98F3A9EE91754E259AFD2F141BD88EC31"/>
          </w:pPr>
          <w:r w:rsidRPr="00260F73">
            <w:rPr>
              <w:rStyle w:val="PlaceholderText"/>
            </w:rPr>
            <w:t>Click or tap to enter a date.</w:t>
          </w:r>
        </w:p>
      </w:docPartBody>
    </w:docPart>
    <w:docPart>
      <w:docPartPr>
        <w:name w:val="A562792367E244C2B52C13434E400DB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C4BC04D-AA94-4DEA-B6F9-D2C7FDD19880}"/>
      </w:docPartPr>
      <w:docPartBody>
        <w:p w:rsidR="004161F5" w:rsidRDefault="00EC7212" w:rsidP="00EC7212">
          <w:pPr>
            <w:pStyle w:val="A562792367E244C2B52C13434E400DB21"/>
          </w:pPr>
          <w:r w:rsidRPr="00260F73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7E217E49FF2B4BCCB4F3ACCCBA86205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FE59D7B-E3FE-4D7D-8A48-537138D4823B}"/>
      </w:docPartPr>
      <w:docPartBody>
        <w:p w:rsidR="004161F5" w:rsidRDefault="00EC7212" w:rsidP="00EC7212">
          <w:pPr>
            <w:pStyle w:val="7E217E49FF2B4BCCB4F3ACCCBA8620561"/>
          </w:pPr>
          <w:r w:rsidRPr="00260F73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A6B6B6169038418C8F137F03A3BAC3E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8F87BEC-2A59-4383-B98F-182EA6BFABD0}"/>
      </w:docPartPr>
      <w:docPartBody>
        <w:p w:rsidR="004161F5" w:rsidRDefault="00EC7212" w:rsidP="00EC7212">
          <w:pPr>
            <w:pStyle w:val="A6B6B6169038418C8F137F03A3BAC3E61"/>
          </w:pPr>
          <w:r w:rsidRPr="00260F73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BA84038C5BAB4BC98BCFD7720888F4E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9C7E6F5-D38E-4E1B-B3B1-04EFC4E90A7F}"/>
      </w:docPartPr>
      <w:docPartBody>
        <w:p w:rsidR="004161F5" w:rsidRDefault="00EC7212" w:rsidP="00EC7212">
          <w:pPr>
            <w:pStyle w:val="BA84038C5BAB4BC98BCFD7720888F4EA1"/>
          </w:pPr>
          <w:r w:rsidRPr="00260F73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2A85F1BB5E59479D91B2E845B74103B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5F6E3BA-30FF-46D0-B7D0-83FCC66A2AA1}"/>
      </w:docPartPr>
      <w:docPartBody>
        <w:p w:rsidR="004161F5" w:rsidRDefault="00EC7212" w:rsidP="00EC7212">
          <w:pPr>
            <w:pStyle w:val="2A85F1BB5E59479D91B2E845B74103B11"/>
          </w:pPr>
          <w:r w:rsidRPr="00260F73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734A0FEE22AB4D08A85FAFBB84445CB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1DDBE88-E99F-4792-9E9A-42C68B064E9A}"/>
      </w:docPartPr>
      <w:docPartBody>
        <w:p w:rsidR="004161F5" w:rsidRDefault="00EC7212" w:rsidP="00EC7212">
          <w:pPr>
            <w:pStyle w:val="734A0FEE22AB4D08A85FAFBB84445CB91"/>
          </w:pPr>
          <w:r w:rsidRPr="00260F73">
            <w:rPr>
              <w:rStyle w:val="PlaceholderText"/>
            </w:rPr>
            <w:t>Click or tap to enter a date.</w:t>
          </w:r>
        </w:p>
      </w:docPartBody>
    </w:docPart>
    <w:docPart>
      <w:docPartPr>
        <w:name w:val="3AE69983638E496B87E186B118E83D0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00A5A97-697E-41AB-AC27-9442240C6BC5}"/>
      </w:docPartPr>
      <w:docPartBody>
        <w:p w:rsidR="004161F5" w:rsidRDefault="00EC7212" w:rsidP="00EC7212">
          <w:pPr>
            <w:pStyle w:val="3AE69983638E496B87E186B118E83D051"/>
          </w:pPr>
          <w:r w:rsidRPr="00260F73">
            <w:rPr>
              <w:rStyle w:val="PlaceholderText"/>
            </w:rPr>
            <w:t>Click or tap to enter a date.</w:t>
          </w:r>
        </w:p>
      </w:docPartBody>
    </w:docPart>
    <w:docPart>
      <w:docPartPr>
        <w:name w:val="4E1B8BE8E635423EB269141E9E2912A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9F44324-33D8-4AD5-BC47-777873C12F19}"/>
      </w:docPartPr>
      <w:docPartBody>
        <w:p w:rsidR="004161F5" w:rsidRDefault="00EC7212" w:rsidP="00EC7212">
          <w:pPr>
            <w:pStyle w:val="4E1B8BE8E635423EB269141E9E2912AC1"/>
          </w:pPr>
          <w:r w:rsidRPr="00260F73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522C19E6AA2346A4966003129C441C2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CF70BCF-6F6C-429F-8953-A4366B1ADB4B}"/>
      </w:docPartPr>
      <w:docPartBody>
        <w:p w:rsidR="004161F5" w:rsidRDefault="00EC7212" w:rsidP="00EC7212">
          <w:pPr>
            <w:pStyle w:val="522C19E6AA2346A4966003129C441C2C1"/>
          </w:pPr>
          <w:r w:rsidRPr="00260F73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DC6DBC8E8B3947CB8F9195F36B67D85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A1466C3-0938-40F3-B80E-AC752137F2CD}"/>
      </w:docPartPr>
      <w:docPartBody>
        <w:p w:rsidR="004161F5" w:rsidRDefault="00EC7212" w:rsidP="00EC7212">
          <w:pPr>
            <w:pStyle w:val="DC6DBC8E8B3947CB8F9195F36B67D85A1"/>
          </w:pPr>
          <w:r w:rsidRPr="00260F73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49487EF4E50B45EF8F8DF0A58099CB0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983BE07-E9E5-44D9-9E25-682D3147F98A}"/>
      </w:docPartPr>
      <w:docPartBody>
        <w:p w:rsidR="004161F5" w:rsidRDefault="00EC7212" w:rsidP="00EC7212">
          <w:pPr>
            <w:pStyle w:val="49487EF4E50B45EF8F8DF0A58099CB091"/>
          </w:pPr>
          <w:r w:rsidRPr="00260F73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C6C5AA04D5744E5397F5B4C02E599FE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6108B47-84B5-43E6-81C0-FF80CE0638F8}"/>
      </w:docPartPr>
      <w:docPartBody>
        <w:p w:rsidR="004161F5" w:rsidRDefault="00EC7212" w:rsidP="00EC7212">
          <w:pPr>
            <w:pStyle w:val="C6C5AA04D5744E5397F5B4C02E599FEC1"/>
          </w:pPr>
          <w:r w:rsidRPr="00260F73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657845195F10471BB191FDF6254F450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C879696-8872-4F3D-8F49-4B1D149150F6}"/>
      </w:docPartPr>
      <w:docPartBody>
        <w:p w:rsidR="004161F5" w:rsidRDefault="00EC7212" w:rsidP="00EC7212">
          <w:pPr>
            <w:pStyle w:val="657845195F10471BB191FDF6254F450F1"/>
          </w:pPr>
          <w:r w:rsidRPr="00260F73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4261ABEBA6024587BD9BFFA89B86CBA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B739A1F-2A7E-415C-83F2-9ED9DB2B6482}"/>
      </w:docPartPr>
      <w:docPartBody>
        <w:p w:rsidR="004161F5" w:rsidRDefault="00EC7212" w:rsidP="00EC7212">
          <w:pPr>
            <w:pStyle w:val="4261ABEBA6024587BD9BFFA89B86CBAD1"/>
          </w:pPr>
          <w:r w:rsidRPr="00260F73">
            <w:rPr>
              <w:rStyle w:val="PlaceholderText"/>
            </w:rPr>
            <w:t>Click or tap to enter a date.</w:t>
          </w:r>
        </w:p>
      </w:docPartBody>
    </w:docPart>
    <w:docPart>
      <w:docPartPr>
        <w:name w:val="ECE4C47E07C843CCA2D7255597D0770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440068E-C5F7-4300-826A-70045CCF3146}"/>
      </w:docPartPr>
      <w:docPartBody>
        <w:p w:rsidR="004161F5" w:rsidRDefault="00EC7212" w:rsidP="00EC7212">
          <w:pPr>
            <w:pStyle w:val="ECE4C47E07C843CCA2D7255597D077051"/>
          </w:pPr>
          <w:r w:rsidRPr="00260F73">
            <w:rPr>
              <w:rStyle w:val="PlaceholderText"/>
            </w:rPr>
            <w:t>Click or tap to enter a date.</w:t>
          </w:r>
        </w:p>
      </w:docPartBody>
    </w:docPart>
    <w:docPart>
      <w:docPartPr>
        <w:name w:val="9444CF760006459A89EF2B7CE3AFF2D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537F74E-9D31-46C5-8E68-8ABBD337504B}"/>
      </w:docPartPr>
      <w:docPartBody>
        <w:p w:rsidR="004161F5" w:rsidRDefault="00EC7212" w:rsidP="00EC7212">
          <w:pPr>
            <w:pStyle w:val="9444CF760006459A89EF2B7CE3AFF2D11"/>
          </w:pPr>
          <w:r w:rsidRPr="00260F73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A451D5A1F2414B9AB219F05CFB3EC45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BDD5F82-167F-4B9B-844B-4C0F7B0C8B6B}"/>
      </w:docPartPr>
      <w:docPartBody>
        <w:p w:rsidR="004161F5" w:rsidRDefault="00EC7212" w:rsidP="00EC7212">
          <w:pPr>
            <w:pStyle w:val="A451D5A1F2414B9AB219F05CFB3EC45E1"/>
          </w:pPr>
          <w:r w:rsidRPr="00260F73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E58E1C4CC73644419B96786849CD041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9B9E4E2-5DC9-4412-995E-2CD5C1732424}"/>
      </w:docPartPr>
      <w:docPartBody>
        <w:p w:rsidR="004161F5" w:rsidRDefault="00EC7212" w:rsidP="00EC7212">
          <w:pPr>
            <w:pStyle w:val="E58E1C4CC73644419B96786849CD04141"/>
          </w:pPr>
          <w:r w:rsidRPr="00260F73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CA4E4ABAE5DA465E97A6237A7809538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BD22589-F299-4C9E-863D-694D8BA5F36C}"/>
      </w:docPartPr>
      <w:docPartBody>
        <w:p w:rsidR="004161F5" w:rsidRDefault="00EC7212" w:rsidP="00EC7212">
          <w:pPr>
            <w:pStyle w:val="CA4E4ABAE5DA465E97A6237A7809538C1"/>
          </w:pPr>
          <w:r w:rsidRPr="00015574">
            <w:rPr>
              <w:rStyle w:val="PlaceholderText"/>
              <w:rFonts w:cs="Calibri"/>
              <w:szCs w:val="24"/>
            </w:rPr>
            <w:t>Click or tap here to enter text.</w:t>
          </w:r>
        </w:p>
      </w:docPartBody>
    </w:docPart>
    <w:docPart>
      <w:docPartPr>
        <w:name w:val="156AE4FD73954CA688AAE317B321396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1A54D89-F76C-4B3C-8579-EA2E8196A733}"/>
      </w:docPartPr>
      <w:docPartBody>
        <w:p w:rsidR="004161F5" w:rsidRDefault="00EC7212" w:rsidP="00EC7212">
          <w:pPr>
            <w:pStyle w:val="156AE4FD73954CA688AAE317B321396B1"/>
          </w:pPr>
          <w:r w:rsidRPr="00260F73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6D5A277E4DAE4119840AF2E2D970FC5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E4D2EF1-8C4B-40AD-A1A3-1058D7398D87}"/>
      </w:docPartPr>
      <w:docPartBody>
        <w:p w:rsidR="004161F5" w:rsidRDefault="00EC7212" w:rsidP="00EC7212">
          <w:pPr>
            <w:pStyle w:val="6D5A277E4DAE4119840AF2E2D970FC5F1"/>
          </w:pPr>
          <w:r w:rsidRPr="00260F73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586FFECF142C4598987272C037E4807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F9FFF58-CD8B-47CA-9A92-700D5D4B22EB}"/>
      </w:docPartPr>
      <w:docPartBody>
        <w:p w:rsidR="004161F5" w:rsidRDefault="00EC7212" w:rsidP="00EC7212">
          <w:pPr>
            <w:pStyle w:val="586FFECF142C4598987272C037E4807A1"/>
          </w:pPr>
          <w:r w:rsidRPr="00260F73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0FB6E5FECABF45829BB384A56029A28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1B77E3C-E47F-492F-917F-B367670F50BA}"/>
      </w:docPartPr>
      <w:docPartBody>
        <w:p w:rsidR="004161F5" w:rsidRDefault="00EC7212" w:rsidP="00EC7212">
          <w:pPr>
            <w:pStyle w:val="0FB6E5FECABF45829BB384A56029A28D1"/>
          </w:pPr>
          <w:r w:rsidRPr="00260F73">
            <w:rPr>
              <w:rStyle w:val="PlaceholderText"/>
            </w:rPr>
            <w:t>Click or tap to enter a date.</w:t>
          </w:r>
        </w:p>
      </w:docPartBody>
    </w:docPart>
    <w:docPart>
      <w:docPartPr>
        <w:name w:val="7041F98D97294F33B27DB409BE8E34F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C1810D7-BAC3-4F3C-AC22-3015849488B2}"/>
      </w:docPartPr>
      <w:docPartBody>
        <w:p w:rsidR="004161F5" w:rsidRDefault="00EC7212" w:rsidP="00EC7212">
          <w:pPr>
            <w:pStyle w:val="7041F98D97294F33B27DB409BE8E34F11"/>
          </w:pPr>
          <w:r w:rsidRPr="00260F73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73AB6D1D873F4738BF61AE697637871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28F29A2-919B-4DA5-9E94-2D5172BCF8D4}"/>
      </w:docPartPr>
      <w:docPartBody>
        <w:p w:rsidR="004161F5" w:rsidRDefault="00EC7212" w:rsidP="00EC7212">
          <w:pPr>
            <w:pStyle w:val="73AB6D1D873F4738BF61AE697637871D1"/>
          </w:pPr>
          <w:r w:rsidRPr="00260F73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520891A0A4C04E9D9F8A8F3644975CB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7D65F44-5DDA-48A4-9642-C993305A98EF}"/>
      </w:docPartPr>
      <w:docPartBody>
        <w:p w:rsidR="004161F5" w:rsidRDefault="00EC7212" w:rsidP="00EC7212">
          <w:pPr>
            <w:pStyle w:val="520891A0A4C04E9D9F8A8F3644975CB11"/>
          </w:pPr>
          <w:r w:rsidRPr="00260F73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C582574595EA444189787F4DFB8EE37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DC8631A-6AFE-4F51-999B-F563E850910A}"/>
      </w:docPartPr>
      <w:docPartBody>
        <w:p w:rsidR="004161F5" w:rsidRDefault="00EC7212" w:rsidP="00EC7212">
          <w:pPr>
            <w:pStyle w:val="C582574595EA444189787F4DFB8EE37F1"/>
          </w:pPr>
          <w:r w:rsidRPr="00260F73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55670920D67C4481B676B57D42BEF39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103B76D-B474-4900-B332-874E7E539ED4}"/>
      </w:docPartPr>
      <w:docPartBody>
        <w:p w:rsidR="004161F5" w:rsidRDefault="00EC7212" w:rsidP="00EC7212">
          <w:pPr>
            <w:pStyle w:val="55670920D67C4481B676B57D42BEF39B1"/>
          </w:pPr>
          <w:r w:rsidRPr="00260F73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1734C0B0E50C4165979C1D1CD6EF511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E04D27D-680B-4463-BD9E-6BFD859A660B}"/>
      </w:docPartPr>
      <w:docPartBody>
        <w:p w:rsidR="004161F5" w:rsidRDefault="00EC7212" w:rsidP="00EC7212">
          <w:pPr>
            <w:pStyle w:val="1734C0B0E50C4165979C1D1CD6EF51181"/>
          </w:pPr>
          <w:r w:rsidRPr="00260F73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0423504971984E3CA014D7D54995C96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1E8ACEB-C183-4290-B4AE-E71E975A024E}"/>
      </w:docPartPr>
      <w:docPartBody>
        <w:p w:rsidR="00667F4B" w:rsidRDefault="004161F5" w:rsidP="004161F5">
          <w:pPr>
            <w:pStyle w:val="0423504971984E3CA014D7D54995C960"/>
          </w:pPr>
          <w:r w:rsidRPr="00076DED">
            <w:rPr>
              <w:rStyle w:val="PlaceholderText"/>
            </w:rPr>
            <w:t>Enter any content that you want to repeat, including other content controls. You can also insert this control around table rows in order to repeat parts of a table.</w:t>
          </w:r>
        </w:p>
      </w:docPartBody>
    </w:docPart>
    <w:docPart>
      <w:docPartPr>
        <w:name w:val="A98CC7936C024C2988776FBA2CC670B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A25606D-72F2-420D-A4A5-2B1138A8CD5E}"/>
      </w:docPartPr>
      <w:docPartBody>
        <w:p w:rsidR="00667F4B" w:rsidRDefault="00EC7212" w:rsidP="00EC7212">
          <w:pPr>
            <w:pStyle w:val="A98CC7936C024C2988776FBA2CC670BD1"/>
          </w:pPr>
          <w:r w:rsidRPr="00260F73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2E9B36F7201C45DF99CA9FA9C42900A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AA1CBC0-41C9-418E-9952-13C00E6ED73C}"/>
      </w:docPartPr>
      <w:docPartBody>
        <w:p w:rsidR="00667F4B" w:rsidRDefault="00EC7212" w:rsidP="00EC7212">
          <w:pPr>
            <w:pStyle w:val="2E9B36F7201C45DF99CA9FA9C42900AE1"/>
          </w:pPr>
          <w:r w:rsidRPr="00260F73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09814CF1CD7A47D3BB560F37A96F9D5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85433EE-A462-4E7A-9841-E73A061EB40C}"/>
      </w:docPartPr>
      <w:docPartBody>
        <w:p w:rsidR="00667F4B" w:rsidRDefault="00EC7212" w:rsidP="00EC7212">
          <w:pPr>
            <w:pStyle w:val="09814CF1CD7A47D3BB560F37A96F9D581"/>
          </w:pPr>
          <w:r w:rsidRPr="00260F73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7793DEAF92564508A217818A964BBBC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D1393E0-001B-4B7D-A421-D9B6B2CA1FE4}"/>
      </w:docPartPr>
      <w:docPartBody>
        <w:p w:rsidR="00667F4B" w:rsidRDefault="00EC7212" w:rsidP="00EC7212">
          <w:pPr>
            <w:pStyle w:val="7793DEAF92564508A217818A964BBBC01"/>
          </w:pPr>
          <w:r w:rsidRPr="00260F73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D5F14FB66A15431389EB3E003A7DADB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06AF9D1-D349-4B4C-8AC3-C194B67500ED}"/>
      </w:docPartPr>
      <w:docPartBody>
        <w:p w:rsidR="00FB32F8" w:rsidRDefault="00EC7212" w:rsidP="00EC7212">
          <w:pPr>
            <w:pStyle w:val="D5F14FB66A15431389EB3E003A7DADB11"/>
          </w:pPr>
          <w:r w:rsidRPr="00E73B0F">
            <w:rPr>
              <w:rStyle w:val="PlaceholderText"/>
              <w:lang w:val="en-US"/>
            </w:rPr>
            <w:t>Click or tap here to enter text.</w:t>
          </w:r>
        </w:p>
      </w:docPartBody>
    </w:docPart>
    <w:docPart>
      <w:docPartPr>
        <w:name w:val="0650B01579224C17841E78E78C05793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1E05105-B3F9-4707-A643-A9C4862E43CC}"/>
      </w:docPartPr>
      <w:docPartBody>
        <w:p w:rsidR="00FB32F8" w:rsidRDefault="00EC7212" w:rsidP="00EC7212">
          <w:pPr>
            <w:pStyle w:val="0650B01579224C17841E78E78C05793F1"/>
          </w:pPr>
          <w:r w:rsidRPr="00E73B0F">
            <w:rPr>
              <w:rStyle w:val="PlaceholderText"/>
              <w:lang w:val="en-US"/>
            </w:rPr>
            <w:t>Click or tap here to enter text.</w:t>
          </w:r>
        </w:p>
      </w:docPartBody>
    </w:docPart>
    <w:docPart>
      <w:docPartPr>
        <w:name w:val="0D0E7F21F7C74B9EB2B3FE75BF17E85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8D0EBE9-C029-4830-A3D9-0F7ADAE25657}"/>
      </w:docPartPr>
      <w:docPartBody>
        <w:p w:rsidR="00FB32F8" w:rsidRDefault="00EC7212" w:rsidP="00EC7212">
          <w:pPr>
            <w:pStyle w:val="0D0E7F21F7C74B9EB2B3FE75BF17E85D"/>
          </w:pPr>
          <w:r w:rsidRPr="00E73B0F">
            <w:rPr>
              <w:rStyle w:val="PlaceholderText"/>
              <w:lang w:val="en-US"/>
            </w:rPr>
            <w:t>Click or tap here to enter text.</w:t>
          </w:r>
        </w:p>
      </w:docPartBody>
    </w:docPart>
    <w:docPart>
      <w:docPartPr>
        <w:name w:val="E7D02D12569949259F4B303AE9EE91B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FDA76D1-381F-4CA9-B7AF-88F917F3FC88}"/>
      </w:docPartPr>
      <w:docPartBody>
        <w:p w:rsidR="00FB32F8" w:rsidRDefault="00EC7212" w:rsidP="00EC7212">
          <w:pPr>
            <w:pStyle w:val="E7D02D12569949259F4B303AE9EE91BE"/>
          </w:pPr>
          <w:r w:rsidRPr="00E73B0F">
            <w:rPr>
              <w:rStyle w:val="PlaceholderText"/>
              <w:lang w:val="en-US"/>
            </w:rPr>
            <w:t>Click or tap here to enter text.</w:t>
          </w:r>
        </w:p>
      </w:docPartBody>
    </w:docPart>
    <w:docPart>
      <w:docPartPr>
        <w:name w:val="CAA78230F4974F91A466D1A3E44D5E2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7829B16-3BFD-4A48-8F7F-0BAC8779B0C1}"/>
      </w:docPartPr>
      <w:docPartBody>
        <w:p w:rsidR="00FB32F8" w:rsidRDefault="00EC7212" w:rsidP="00EC7212">
          <w:pPr>
            <w:pStyle w:val="CAA78230F4974F91A466D1A3E44D5E2D"/>
          </w:pPr>
          <w:r w:rsidRPr="00E73B0F">
            <w:rPr>
              <w:rStyle w:val="PlaceholderText"/>
              <w:lang w:val="en-US"/>
            </w:rPr>
            <w:t>Click or tap here to enter text.</w:t>
          </w:r>
        </w:p>
      </w:docPartBody>
    </w:docPart>
    <w:docPart>
      <w:docPartPr>
        <w:name w:val="F0CFA2EC4C7B4356B9A2A03A62C3896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CDF5D85-CB3E-4A44-9637-CCF8369D9D55}"/>
      </w:docPartPr>
      <w:docPartBody>
        <w:p w:rsidR="00FB32F8" w:rsidRDefault="00EC7212" w:rsidP="00EC7212">
          <w:pPr>
            <w:pStyle w:val="F0CFA2EC4C7B4356B9A2A03A62C38968"/>
          </w:pPr>
          <w:r w:rsidRPr="00E73B0F">
            <w:rPr>
              <w:rStyle w:val="PlaceholderText"/>
              <w:lang w:val="en-US"/>
            </w:rPr>
            <w:t>Click or tap here to enter text.</w:t>
          </w:r>
        </w:p>
      </w:docPartBody>
    </w:docPart>
    <w:docPart>
      <w:docPartPr>
        <w:name w:val="9380793E9EE044989EB44762814E78B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3A11D0B-E82C-43C9-ACEC-A191B2932E65}"/>
      </w:docPartPr>
      <w:docPartBody>
        <w:p w:rsidR="00FB32F8" w:rsidRDefault="00EC7212" w:rsidP="00EC7212">
          <w:pPr>
            <w:pStyle w:val="9380793E9EE044989EB44762814E78B6"/>
          </w:pPr>
          <w:r w:rsidRPr="00E73B0F">
            <w:rPr>
              <w:rStyle w:val="PlaceholderText"/>
              <w:lang w:val="en-US"/>
            </w:rPr>
            <w:t>Click or tap here to enter text.</w:t>
          </w:r>
        </w:p>
      </w:docPartBody>
    </w:docPart>
    <w:docPart>
      <w:docPartPr>
        <w:name w:val="0E951C26B4874E2787CBE628EA2C209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20264B1-7029-4E4B-B362-40B4EA5114CB}"/>
      </w:docPartPr>
      <w:docPartBody>
        <w:p w:rsidR="00FB32F8" w:rsidRDefault="00EC7212" w:rsidP="00EC7212">
          <w:pPr>
            <w:pStyle w:val="0E951C26B4874E2787CBE628EA2C2094"/>
          </w:pPr>
          <w:r w:rsidRPr="00E73B0F">
            <w:rPr>
              <w:rStyle w:val="PlaceholderText"/>
              <w:lang w:val="en-US"/>
            </w:rPr>
            <w:t>Click or tap here to enter text.</w:t>
          </w:r>
        </w:p>
      </w:docPartBody>
    </w:docPart>
    <w:docPart>
      <w:docPartPr>
        <w:name w:val="07E5AC0373094234B85BEF415F1A899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7B2388E-C272-4943-B48F-BBC861F70C42}"/>
      </w:docPartPr>
      <w:docPartBody>
        <w:p w:rsidR="00FB32F8" w:rsidRDefault="00EC7212" w:rsidP="00EC7212">
          <w:pPr>
            <w:pStyle w:val="07E5AC0373094234B85BEF415F1A8998"/>
          </w:pPr>
          <w:r w:rsidRPr="00E73B0F">
            <w:rPr>
              <w:rStyle w:val="PlaceholderText"/>
              <w:lang w:val="en-US"/>
            </w:rPr>
            <w:t>Click or tap here to enter text.</w:t>
          </w:r>
        </w:p>
      </w:docPartBody>
    </w:docPart>
    <w:docPart>
      <w:docPartPr>
        <w:name w:val="3ED87B2022A34B2198DC2B217B191AF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9883268-A1D0-414B-9E4C-274FBCEDF1FC}"/>
      </w:docPartPr>
      <w:docPartBody>
        <w:p w:rsidR="00FB32F8" w:rsidRDefault="00EC7212" w:rsidP="00EC7212">
          <w:pPr>
            <w:pStyle w:val="3ED87B2022A34B2198DC2B217B191AF1"/>
          </w:pPr>
          <w:r w:rsidRPr="00E73B0F">
            <w:rPr>
              <w:rStyle w:val="PlaceholderText"/>
              <w:lang w:val="en-US"/>
            </w:rPr>
            <w:t>Click or tap here to enter text.</w:t>
          </w:r>
        </w:p>
      </w:docPartBody>
    </w:docPart>
    <w:docPart>
      <w:docPartPr>
        <w:name w:val="E784E538356841158C171F82ADDD532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52B5282-FD07-4F29-B2DF-18CFE9726881}"/>
      </w:docPartPr>
      <w:docPartBody>
        <w:p w:rsidR="00EC7212" w:rsidRDefault="00EC7212" w:rsidP="00EC7212">
          <w:pPr>
            <w:pStyle w:val="E784E538356841158C171F82ADDD532E1"/>
          </w:pPr>
          <w:r w:rsidRPr="00446759">
            <w:rPr>
              <w:rStyle w:val="PlaceholderText"/>
              <w:lang w:val="en-US"/>
            </w:rPr>
            <w:t>Click or tap here to enter text.</w:t>
          </w:r>
        </w:p>
      </w:docPartBody>
    </w:docPart>
    <w:docPart>
      <w:docPartPr>
        <w:name w:val="C9DD42402A5E4547A9966034646DECE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556B0C2-EF9E-494A-8DAD-0775914EB9BB}"/>
      </w:docPartPr>
      <w:docPartBody>
        <w:p w:rsidR="00EC7212" w:rsidRDefault="00EC7212" w:rsidP="00EC7212">
          <w:pPr>
            <w:pStyle w:val="C9DD42402A5E4547A9966034646DECE51"/>
          </w:pPr>
          <w:r w:rsidRPr="00016A95">
            <w:rPr>
              <w:rStyle w:val="PlaceholderText"/>
              <w:lang w:val="en-US"/>
            </w:rPr>
            <w:t>Click or tap here to enter text.</w:t>
          </w:r>
        </w:p>
      </w:docPartBody>
    </w:docPart>
    <w:docPart>
      <w:docPartPr>
        <w:name w:val="A52E9F0F3C3549C29B060FC2F2A6D57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28D4201-BD6A-4DAB-AB1B-0CB0DC782216}"/>
      </w:docPartPr>
      <w:docPartBody>
        <w:p w:rsidR="00EC7212" w:rsidRDefault="00EC7212" w:rsidP="00EC7212">
          <w:pPr>
            <w:pStyle w:val="A52E9F0F3C3549C29B060FC2F2A6D5781"/>
          </w:pPr>
          <w:r w:rsidRPr="00016A95">
            <w:rPr>
              <w:rStyle w:val="PlaceholderText"/>
              <w:lang w:val="en-US"/>
            </w:rPr>
            <w:t>Click or tap here to enter text.</w:t>
          </w:r>
        </w:p>
      </w:docPartBody>
    </w:docPart>
    <w:docPart>
      <w:docPartPr>
        <w:name w:val="136CB3F2E58949E09F2EAE0D704C7EE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7172621-4597-4216-BC04-C30185824784}"/>
      </w:docPartPr>
      <w:docPartBody>
        <w:p w:rsidR="00EC7212" w:rsidRDefault="00EC7212" w:rsidP="00EC7212">
          <w:pPr>
            <w:pStyle w:val="136CB3F2E58949E09F2EAE0D704C7EE01"/>
          </w:pPr>
          <w:r w:rsidRPr="00016A95">
            <w:rPr>
              <w:rStyle w:val="PlaceholderText"/>
              <w:lang w:val="en-US"/>
            </w:rPr>
            <w:t>Click or tap here to enter text.</w:t>
          </w:r>
        </w:p>
      </w:docPartBody>
    </w:docPart>
    <w:docPart>
      <w:docPartPr>
        <w:name w:val="9F98BD6A7E484DF08110B1C4E624D3D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6118609-F20C-4529-ABA2-5109F4885419}"/>
      </w:docPartPr>
      <w:docPartBody>
        <w:p w:rsidR="00EC7212" w:rsidRDefault="00EC7212" w:rsidP="00EC7212">
          <w:pPr>
            <w:pStyle w:val="9F98BD6A7E484DF08110B1C4E624D3D01"/>
          </w:pPr>
          <w:r w:rsidRPr="00260F73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233C5AFA5E7E4902A9BB228B214E579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2D779EC-FA3C-4FD2-8E32-369D0D2FA589}"/>
      </w:docPartPr>
      <w:docPartBody>
        <w:p w:rsidR="00EC7212" w:rsidRDefault="00EC7212" w:rsidP="00EC7212">
          <w:pPr>
            <w:pStyle w:val="233C5AFA5E7E4902A9BB228B214E57921"/>
          </w:pPr>
          <w:r w:rsidRPr="00260F73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1B8839E78C2545FD826212E931A37F3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012E05B-A3D6-4E97-8A6E-F29C8DCFDB1D}"/>
      </w:docPartPr>
      <w:docPartBody>
        <w:p w:rsidR="00EC7212" w:rsidRDefault="00EC7212" w:rsidP="00EC7212">
          <w:pPr>
            <w:pStyle w:val="1B8839E78C2545FD826212E931A37F3B1"/>
          </w:pPr>
          <w:r w:rsidRPr="00260F73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69B61E07360347BCBC59BA9F385F723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3F78943-DE9A-4924-872C-15CCE11D74A6}"/>
      </w:docPartPr>
      <w:docPartBody>
        <w:p w:rsidR="00EC7212" w:rsidRDefault="00EC7212" w:rsidP="00EC7212">
          <w:pPr>
            <w:pStyle w:val="69B61E07360347BCBC59BA9F385F72361"/>
          </w:pPr>
          <w:r w:rsidRPr="00260F73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1B3653A43C104BD19568C0A6A4225B7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6C0BB3F-045A-4BAB-92EB-1A04E3D9D43F}"/>
      </w:docPartPr>
      <w:docPartBody>
        <w:p w:rsidR="00EC7212" w:rsidRDefault="00EC7212" w:rsidP="00EC7212">
          <w:pPr>
            <w:pStyle w:val="1B3653A43C104BD19568C0A6A4225B7F1"/>
          </w:pPr>
          <w:r w:rsidRPr="00260F73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EEADD47DEE724B839CD6026B1BF75AA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C7291A8-F484-4BB9-8846-C1B8F35BA8ED}"/>
      </w:docPartPr>
      <w:docPartBody>
        <w:p w:rsidR="00EC7212" w:rsidRDefault="00EC7212" w:rsidP="00EC7212">
          <w:pPr>
            <w:pStyle w:val="EEADD47DEE724B839CD6026B1BF75AA91"/>
          </w:pPr>
          <w:r w:rsidRPr="00E73B0F">
            <w:rPr>
              <w:rStyle w:val="PlaceholderText"/>
              <w:lang w:val="en-US"/>
            </w:rPr>
            <w:t>Click or tap here to enter text.</w:t>
          </w:r>
        </w:p>
      </w:docPartBody>
    </w:docPart>
    <w:docPart>
      <w:docPartPr>
        <w:name w:val="2636CEBDA55446F2B898CE82D65A7F1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664DA02-F66D-478A-936F-27E433FF3BBB}"/>
      </w:docPartPr>
      <w:docPartBody>
        <w:p w:rsidR="00EC7212" w:rsidRDefault="00EC7212" w:rsidP="00EC7212">
          <w:pPr>
            <w:pStyle w:val="2636CEBDA55446F2B898CE82D65A7F191"/>
          </w:pPr>
          <w:r w:rsidRPr="00015574">
            <w:rPr>
              <w:rStyle w:val="PlaceholderText"/>
              <w:rFonts w:cs="Calibri"/>
              <w:szCs w:val="24"/>
            </w:rPr>
            <w:t>Click or tap here to enter text.</w:t>
          </w:r>
        </w:p>
      </w:docPartBody>
    </w:docPart>
    <w:docPart>
      <w:docPartPr>
        <w:name w:val="B1AD7A19AFD34107A93F340107E987C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1F282F6-687A-4C59-99CF-884144880502}"/>
      </w:docPartPr>
      <w:docPartBody>
        <w:p w:rsidR="00EC7212" w:rsidRDefault="00EC7212" w:rsidP="00EC7212">
          <w:pPr>
            <w:pStyle w:val="B1AD7A19AFD34107A93F340107E987C91"/>
          </w:pPr>
          <w:r w:rsidRPr="00260F73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886A75EF89754CCCA94133C3ED14837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E2E0FB0-CB23-4A52-9EA4-D532E1C29D57}"/>
      </w:docPartPr>
      <w:docPartBody>
        <w:p w:rsidR="00EC7212" w:rsidRDefault="00EC7212" w:rsidP="00EC7212">
          <w:pPr>
            <w:pStyle w:val="886A75EF89754CCCA94133C3ED1483701"/>
          </w:pPr>
          <w:r w:rsidRPr="00260F73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5ED57F54BA834AB1B5607992871117D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77E4660-D68B-4E91-BECB-84B53041CEB0}"/>
      </w:docPartPr>
      <w:docPartBody>
        <w:p w:rsidR="00EC7212" w:rsidRDefault="00EC7212" w:rsidP="00EC7212">
          <w:pPr>
            <w:pStyle w:val="5ED57F54BA834AB1B5607992871117D01"/>
          </w:pPr>
          <w:r w:rsidRPr="00260F73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6DFABCABA0B9461DA7D3E68645D5FAB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8B27A21-7C12-4F7C-B26D-BC731D9D3327}"/>
      </w:docPartPr>
      <w:docPartBody>
        <w:p w:rsidR="00EC7212" w:rsidRDefault="00EC7212" w:rsidP="00EC7212">
          <w:pPr>
            <w:pStyle w:val="6DFABCABA0B9461DA7D3E68645D5FAB71"/>
          </w:pPr>
          <w:r w:rsidRPr="00260F73">
            <w:rPr>
              <w:rStyle w:val="PlaceholderText"/>
            </w:rPr>
            <w:t>Click or tap to enter a date.</w:t>
          </w:r>
        </w:p>
      </w:docPartBody>
    </w:docPart>
    <w:docPart>
      <w:docPartPr>
        <w:name w:val="D90A19DFEA52488BB99915162C93968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ABAD4C1-B93A-4C83-A922-33F676BFAD5F}"/>
      </w:docPartPr>
      <w:docPartBody>
        <w:p w:rsidR="00EC7212" w:rsidRDefault="00EC7212" w:rsidP="00EC7212">
          <w:pPr>
            <w:pStyle w:val="D90A19DFEA52488BB99915162C93968C1"/>
          </w:pPr>
          <w:r w:rsidRPr="00260F73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521563FD68FD43D5BA165673FF6D137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16ABF75-529B-455E-B81A-D7AEB6FCF9D7}"/>
      </w:docPartPr>
      <w:docPartBody>
        <w:p w:rsidR="00EC7212" w:rsidRDefault="00EC7212" w:rsidP="00EC7212">
          <w:pPr>
            <w:pStyle w:val="521563FD68FD43D5BA165673FF6D13781"/>
          </w:pPr>
          <w:r w:rsidRPr="00260F73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AE408CFFC6BA4AA5A655C4CB9E8D33B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CD4A3E5-029B-4B7B-ACB2-88540755CD8B}"/>
      </w:docPartPr>
      <w:docPartBody>
        <w:p w:rsidR="00EC7212" w:rsidRDefault="00EC7212" w:rsidP="00EC7212">
          <w:pPr>
            <w:pStyle w:val="AE408CFFC6BA4AA5A655C4CB9E8D33BD1"/>
          </w:pPr>
          <w:r w:rsidRPr="00260F73">
            <w:rPr>
              <w:rStyle w:val="PlaceholderText"/>
            </w:rPr>
            <w:t>Click or tap to enter a date.</w:t>
          </w:r>
        </w:p>
      </w:docPartBody>
    </w:docPart>
    <w:docPart>
      <w:docPartPr>
        <w:name w:val="77C883E787A7487E8AC9A2460D0D612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0BCF150-83FF-4F4E-8568-AE575AA626C3}"/>
      </w:docPartPr>
      <w:docPartBody>
        <w:p w:rsidR="00EC7212" w:rsidRDefault="00EC7212" w:rsidP="00EC7212">
          <w:pPr>
            <w:pStyle w:val="77C883E787A7487E8AC9A2460D0D61201"/>
          </w:pPr>
          <w:r w:rsidRPr="00260F73">
            <w:rPr>
              <w:rStyle w:val="PlaceholderText"/>
            </w:rPr>
            <w:t>Click or tap to enter a date.</w:t>
          </w:r>
        </w:p>
      </w:docPartBody>
    </w:docPart>
    <w:docPart>
      <w:docPartPr>
        <w:name w:val="EDFABB6305204921AB41714CDBEF1F2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961CCC7-EC6E-4235-AE3F-C914F0C4399F}"/>
      </w:docPartPr>
      <w:docPartBody>
        <w:p w:rsidR="00EC7212" w:rsidRDefault="00EC7212" w:rsidP="00EC7212">
          <w:pPr>
            <w:pStyle w:val="EDFABB6305204921AB41714CDBEF1F2C1"/>
          </w:pPr>
          <w:r w:rsidRPr="00260F73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39948876AF22424CB7ED2F5AF92F9C4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E23A816-F1A3-41C6-9F4B-FEE33DF23F86}"/>
      </w:docPartPr>
      <w:docPartBody>
        <w:p w:rsidR="00EC7212" w:rsidRDefault="00EC7212" w:rsidP="00EC7212">
          <w:pPr>
            <w:pStyle w:val="39948876AF22424CB7ED2F5AF92F9C431"/>
          </w:pPr>
          <w:r w:rsidRPr="00260F73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4EEA29DA30454295831DD7CCFD08932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972FC8B-6295-4D64-BF9F-CC8772FA8AF8}"/>
      </w:docPartPr>
      <w:docPartBody>
        <w:p w:rsidR="00EC7212" w:rsidRDefault="00EC7212" w:rsidP="00EC7212">
          <w:pPr>
            <w:pStyle w:val="4EEA29DA30454295831DD7CCFD08932C1"/>
          </w:pPr>
          <w:r w:rsidRPr="00260F73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AA869886ABAF424FB7953BF2DF1D31C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E0A4715-2522-4E52-B359-46CE0285A110}"/>
      </w:docPartPr>
      <w:docPartBody>
        <w:p w:rsidR="00C07B4E" w:rsidRDefault="00EC7212" w:rsidP="00EC7212">
          <w:pPr>
            <w:pStyle w:val="AA869886ABAF424FB7953BF2DF1D31CE1"/>
          </w:pPr>
          <w:r w:rsidRPr="00260F73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AE374A1CCD91472388352B00158D417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B5683FC-11BB-47A8-99BD-B185520CC416}"/>
      </w:docPartPr>
      <w:docPartBody>
        <w:p w:rsidR="00C07B4E" w:rsidRDefault="00EC7212" w:rsidP="00EC7212">
          <w:pPr>
            <w:pStyle w:val="AE374A1CCD91472388352B00158D417E1"/>
          </w:pPr>
          <w:r w:rsidRPr="00260F73">
            <w:rPr>
              <w:rStyle w:val="PlaceholderText"/>
            </w:rPr>
            <w:t>Click or tap to enter a date.</w:t>
          </w:r>
        </w:p>
      </w:docPartBody>
    </w:docPart>
    <w:docPart>
      <w:docPartPr>
        <w:name w:val="32E47FD49B3B473D895C35EFD17C4C6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4586EA7-CB7F-41FA-98C2-B4793F1E68BC}"/>
      </w:docPartPr>
      <w:docPartBody>
        <w:p w:rsidR="00C07B4E" w:rsidRDefault="00EC7212" w:rsidP="00EC7212">
          <w:pPr>
            <w:pStyle w:val="32E47FD49B3B473D895C35EFD17C4C671"/>
          </w:pPr>
          <w:r w:rsidRPr="00260F73">
            <w:rPr>
              <w:rStyle w:val="PlaceholderText"/>
            </w:rPr>
            <w:t>Click or tap to enter a date.</w:t>
          </w:r>
        </w:p>
      </w:docPartBody>
    </w:docPart>
    <w:docPart>
      <w:docPartPr>
        <w:name w:val="F31D89B3B11049B6B25FF5836F1A62F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FB6E524-E013-42A4-B49B-83E4874FBB70}"/>
      </w:docPartPr>
      <w:docPartBody>
        <w:p w:rsidR="00C07B4E" w:rsidRDefault="00EC7212" w:rsidP="00EC7212">
          <w:pPr>
            <w:pStyle w:val="F31D89B3B11049B6B25FF5836F1A62F11"/>
          </w:pPr>
          <w:r w:rsidRPr="00260F73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731DF214F1EF49FE80659C689B3ADCD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EE65407-B86B-420D-B568-BA7A326CB7BE}"/>
      </w:docPartPr>
      <w:docPartBody>
        <w:p w:rsidR="00C07B4E" w:rsidRDefault="00EC7212" w:rsidP="00EC7212">
          <w:pPr>
            <w:pStyle w:val="731DF214F1EF49FE80659C689B3ADCD41"/>
          </w:pPr>
          <w:r w:rsidRPr="00260F73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5D366CD35AAB47649E996CEAEBB6035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D38AEDD-3EFE-4B57-9E11-27F9368908B2}"/>
      </w:docPartPr>
      <w:docPartBody>
        <w:p w:rsidR="00C07B4E" w:rsidRDefault="00EC7212" w:rsidP="00EC7212">
          <w:pPr>
            <w:pStyle w:val="5D366CD35AAB47649E996CEAEBB603511"/>
          </w:pPr>
          <w:r w:rsidRPr="00260F73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689329DF26FB4E599B895EB5751A472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57506CA-5D02-4672-A5DC-E159D7296D46}"/>
      </w:docPartPr>
      <w:docPartBody>
        <w:p w:rsidR="00C07B4E" w:rsidRDefault="00EC7212" w:rsidP="00EC7212">
          <w:pPr>
            <w:pStyle w:val="689329DF26FB4E599B895EB5751A472F1"/>
          </w:pPr>
          <w:r w:rsidRPr="00260F73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0662CB9F97754CE9B20ABCC49A5D4E8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5A8116E-8156-4CA1-98C2-6D430F586B97}"/>
      </w:docPartPr>
      <w:docPartBody>
        <w:p w:rsidR="00C07B4E" w:rsidRDefault="00EC7212" w:rsidP="00EC7212">
          <w:pPr>
            <w:pStyle w:val="0662CB9F97754CE9B20ABCC49A5D4E821"/>
          </w:pPr>
          <w:r w:rsidRPr="00260F73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65C8F5FE428D487DA8BB7B464E79FA0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C6F9C2B-B468-4611-A877-F11FC57E799C}"/>
      </w:docPartPr>
      <w:docPartBody>
        <w:p w:rsidR="00C07B4E" w:rsidRDefault="00EC7212" w:rsidP="00EC7212">
          <w:pPr>
            <w:pStyle w:val="65C8F5FE428D487DA8BB7B464E79FA041"/>
          </w:pPr>
          <w:r w:rsidRPr="00260F73">
            <w:rPr>
              <w:rStyle w:val="PlaceholderText"/>
            </w:rPr>
            <w:t>Click or tap to enter a date.</w:t>
          </w:r>
        </w:p>
      </w:docPartBody>
    </w:docPart>
    <w:docPart>
      <w:docPartPr>
        <w:name w:val="47B830DF94924B2482C12B7DBBE9647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9CE57D0-8ABE-47BB-8507-C2C354DD508F}"/>
      </w:docPartPr>
      <w:docPartBody>
        <w:p w:rsidR="00C07B4E" w:rsidRDefault="00EC7212" w:rsidP="00EC7212">
          <w:pPr>
            <w:pStyle w:val="47B830DF94924B2482C12B7DBBE964711"/>
          </w:pPr>
          <w:r w:rsidRPr="00260F73">
            <w:rPr>
              <w:rStyle w:val="PlaceholderText"/>
            </w:rPr>
            <w:t>Click or tap to enter a date.</w:t>
          </w:r>
        </w:p>
      </w:docPartBody>
    </w:docPart>
    <w:docPart>
      <w:docPartPr>
        <w:name w:val="3C3D8F92E24C49BA908881E9316FE63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BCF4CAE-0C70-4F87-909B-B055676045F8}"/>
      </w:docPartPr>
      <w:docPartBody>
        <w:p w:rsidR="00C07B4E" w:rsidRDefault="00EC7212" w:rsidP="00EC7212">
          <w:pPr>
            <w:pStyle w:val="3C3D8F92E24C49BA908881E9316FE63A1"/>
          </w:pPr>
          <w:r w:rsidRPr="00260F73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0680E0D108424F9A9B479935F9B0131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F9AFDF4-460D-49B9-9D68-8CEF5077C264}"/>
      </w:docPartPr>
      <w:docPartBody>
        <w:p w:rsidR="00C07B4E" w:rsidRDefault="00EC7212" w:rsidP="00EC7212">
          <w:pPr>
            <w:pStyle w:val="0680E0D108424F9A9B479935F9B013101"/>
          </w:pPr>
          <w:r w:rsidRPr="00260F73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4148FAD007544EB584F6409C6725057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A2C721E-6359-4E93-AE8F-291D4F978C72}"/>
      </w:docPartPr>
      <w:docPartBody>
        <w:p w:rsidR="00C07B4E" w:rsidRDefault="00EC7212" w:rsidP="00EC7212">
          <w:pPr>
            <w:pStyle w:val="4148FAD007544EB584F6409C672505731"/>
          </w:pPr>
          <w:r w:rsidRPr="00260F73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59EC32D1A006489898648B98FA09FC2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48DBBEF-AC08-4A5D-B81D-E4971A916023}"/>
      </w:docPartPr>
      <w:docPartBody>
        <w:p w:rsidR="00C07B4E" w:rsidRDefault="00EC7212" w:rsidP="00EC7212">
          <w:pPr>
            <w:pStyle w:val="59EC32D1A006489898648B98FA09FC201"/>
          </w:pPr>
          <w:r w:rsidRPr="00260F73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BDF8E50BF1CC440F808E2991B30E9E3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C60E7B0-40C5-47D0-BE7B-BD71592C6D47}"/>
      </w:docPartPr>
      <w:docPartBody>
        <w:p w:rsidR="00C07B4E" w:rsidRDefault="00EC7212" w:rsidP="00EC7212">
          <w:pPr>
            <w:pStyle w:val="BDF8E50BF1CC440F808E2991B30E9E351"/>
          </w:pPr>
          <w:r w:rsidRPr="00260F73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1AFE4D77BD004AA782890B1A2B891E9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C436224-6D7C-43EC-87C4-7C24775AFEB2}"/>
      </w:docPartPr>
      <w:docPartBody>
        <w:p w:rsidR="00C07B4E" w:rsidRDefault="00EC7212" w:rsidP="00EC7212">
          <w:pPr>
            <w:pStyle w:val="1AFE4D77BD004AA782890B1A2B891E911"/>
          </w:pPr>
          <w:r w:rsidRPr="00260F73">
            <w:rPr>
              <w:rStyle w:val="PlaceholderText"/>
            </w:rPr>
            <w:t>Click or tap to enter a date.</w:t>
          </w:r>
        </w:p>
      </w:docPartBody>
    </w:docPart>
    <w:docPart>
      <w:docPartPr>
        <w:name w:val="9E3FCF74501D4593A28B0097B11CF0F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7D43D9D-7121-4619-9971-AB67E2F0FD78}"/>
      </w:docPartPr>
      <w:docPartBody>
        <w:p w:rsidR="00C07B4E" w:rsidRDefault="00EC7212" w:rsidP="00EC7212">
          <w:pPr>
            <w:pStyle w:val="9E3FCF74501D4593A28B0097B11CF0FD1"/>
          </w:pPr>
          <w:r w:rsidRPr="00260F73">
            <w:rPr>
              <w:rStyle w:val="PlaceholderText"/>
            </w:rPr>
            <w:t>Click or tap to enter a date.</w:t>
          </w:r>
        </w:p>
      </w:docPartBody>
    </w:docPart>
    <w:docPart>
      <w:docPartPr>
        <w:name w:val="1B7C90431B204091BF34D4AC1D3DBC0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1FAE169-0095-460B-95AA-2F2BEFFA50FA}"/>
      </w:docPartPr>
      <w:docPartBody>
        <w:p w:rsidR="00C07B4E" w:rsidRDefault="00EC7212" w:rsidP="00EC7212">
          <w:pPr>
            <w:pStyle w:val="1B7C90431B204091BF34D4AC1D3DBC081"/>
          </w:pPr>
          <w:r w:rsidRPr="00260F73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7578560DA9D445ACB9628803C4F9665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B9C958C-ED6E-46DD-9881-A54D49FA6524}"/>
      </w:docPartPr>
      <w:docPartBody>
        <w:p w:rsidR="00C07B4E" w:rsidRDefault="00EC7212" w:rsidP="00EC7212">
          <w:pPr>
            <w:pStyle w:val="7578560DA9D445ACB9628803C4F9665C1"/>
          </w:pPr>
          <w:r w:rsidRPr="00260F73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1D08BADE406B4BE29955A794A44B9C4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DA1E947-BD5F-4A3C-B5E3-A3395BB3B5AD}"/>
      </w:docPartPr>
      <w:docPartBody>
        <w:p w:rsidR="00C07B4E" w:rsidRDefault="00EC7212" w:rsidP="00EC7212">
          <w:pPr>
            <w:pStyle w:val="1D08BADE406B4BE29955A794A44B9C441"/>
          </w:pPr>
          <w:r w:rsidRPr="00260F73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A70AF058C40C42668DFC7D2C54FE48E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725233B-831C-4FE5-BA8B-A57139141971}"/>
      </w:docPartPr>
      <w:docPartBody>
        <w:p w:rsidR="00C07B4E" w:rsidRDefault="00EC7212" w:rsidP="00EC7212">
          <w:pPr>
            <w:pStyle w:val="A70AF058C40C42668DFC7D2C54FE48EE1"/>
          </w:pPr>
          <w:r w:rsidRPr="00260F73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88B0BCB4D77548989F7D7A64D219E85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468A97A-7A12-4DB7-B020-FCB49BA3303E}"/>
      </w:docPartPr>
      <w:docPartBody>
        <w:p w:rsidR="00C07B4E" w:rsidRDefault="00EC7212" w:rsidP="00EC7212">
          <w:pPr>
            <w:pStyle w:val="88B0BCB4D77548989F7D7A64D219E8571"/>
          </w:pPr>
          <w:r w:rsidRPr="00260F73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639C81B507D641DC87FA82194ED1EF1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1044EAA-D62D-4423-ADFA-CA66A51E748A}"/>
      </w:docPartPr>
      <w:docPartBody>
        <w:p w:rsidR="00C07B4E" w:rsidRDefault="00EC7212" w:rsidP="00EC7212">
          <w:pPr>
            <w:pStyle w:val="639C81B507D641DC87FA82194ED1EF111"/>
          </w:pPr>
          <w:r w:rsidRPr="00260F73">
            <w:rPr>
              <w:rStyle w:val="PlaceholderText"/>
            </w:rPr>
            <w:t>Click or tap to enter a date.</w:t>
          </w:r>
        </w:p>
      </w:docPartBody>
    </w:docPart>
    <w:docPart>
      <w:docPartPr>
        <w:name w:val="F060D239509F4521A56580FA79442C4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7F9B5D8-FA34-43CC-AF2A-3EA93E73FDF2}"/>
      </w:docPartPr>
      <w:docPartBody>
        <w:p w:rsidR="00C07B4E" w:rsidRDefault="00EC7212" w:rsidP="00EC7212">
          <w:pPr>
            <w:pStyle w:val="F060D239509F4521A56580FA79442C4C1"/>
          </w:pPr>
          <w:r w:rsidRPr="00260F73">
            <w:rPr>
              <w:rStyle w:val="PlaceholderText"/>
            </w:rPr>
            <w:t>Click or tap to enter a date.</w:t>
          </w:r>
        </w:p>
      </w:docPartBody>
    </w:docPart>
    <w:docPart>
      <w:docPartPr>
        <w:name w:val="79ACDACDFAB0495793743B259BD7708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36EA951-E7BF-4C33-86C1-243C0EDA0747}"/>
      </w:docPartPr>
      <w:docPartBody>
        <w:p w:rsidR="00C07B4E" w:rsidRDefault="00EC7212" w:rsidP="00EC7212">
          <w:pPr>
            <w:pStyle w:val="79ACDACDFAB0495793743B259BD7708F1"/>
          </w:pPr>
          <w:r w:rsidRPr="00260F73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6F9AA3E76E964C07919E72767FDFA66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45AB8E8-8136-4BC2-962E-7B16B0BAD5C8}"/>
      </w:docPartPr>
      <w:docPartBody>
        <w:p w:rsidR="00C07B4E" w:rsidRDefault="00EC7212" w:rsidP="00EC7212">
          <w:pPr>
            <w:pStyle w:val="6F9AA3E76E964C07919E72767FDFA6631"/>
          </w:pPr>
          <w:r w:rsidRPr="00260F73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B5E5B51EFDED4D77870B76E85B2338A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5AC4AE9-CF25-4ECE-9381-8F4F2D13171B}"/>
      </w:docPartPr>
      <w:docPartBody>
        <w:p w:rsidR="00C07B4E" w:rsidRDefault="00EC7212" w:rsidP="00EC7212">
          <w:pPr>
            <w:pStyle w:val="B5E5B51EFDED4D77870B76E85B2338A51"/>
          </w:pPr>
          <w:r w:rsidRPr="00260F73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F87B790A53064A2EA783C6F3B906476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B090926-B918-43FD-ACED-A7674D0B9510}"/>
      </w:docPartPr>
      <w:docPartBody>
        <w:p w:rsidR="00C07B4E" w:rsidRDefault="00EC7212" w:rsidP="00EC7212">
          <w:pPr>
            <w:pStyle w:val="F87B790A53064A2EA783C6F3B906476D1"/>
          </w:pPr>
          <w:r w:rsidRPr="00260F73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8E8FF8BC698C434E89BBFC103705B59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A074B26-AFD9-4EC8-A55C-660861CB2AAE}"/>
      </w:docPartPr>
      <w:docPartBody>
        <w:p w:rsidR="00C07B4E" w:rsidRDefault="00EC7212" w:rsidP="00EC7212">
          <w:pPr>
            <w:pStyle w:val="8E8FF8BC698C434E89BBFC103705B5901"/>
          </w:pPr>
          <w:r w:rsidRPr="00015574">
            <w:rPr>
              <w:rStyle w:val="PlaceholderText"/>
              <w:rFonts w:cs="Calibri"/>
              <w:szCs w:val="24"/>
            </w:rPr>
            <w:t>Click or tap here to enter text.</w:t>
          </w:r>
        </w:p>
      </w:docPartBody>
    </w:docPart>
    <w:docPart>
      <w:docPartPr>
        <w:name w:val="59F2EB4351454B2C8CE4046359B5319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1122BD3-213F-42C1-BDE9-A5B4431D2FE4}"/>
      </w:docPartPr>
      <w:docPartBody>
        <w:p w:rsidR="00C07B4E" w:rsidRDefault="00EC7212" w:rsidP="00EC7212">
          <w:pPr>
            <w:pStyle w:val="59F2EB4351454B2C8CE4046359B531931"/>
          </w:pPr>
          <w:r w:rsidRPr="00260F73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518319FD957C4593840AD7D0C78E876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81B9220-0C15-4043-9AA1-88D51687127F}"/>
      </w:docPartPr>
      <w:docPartBody>
        <w:p w:rsidR="00C07B4E" w:rsidRDefault="00EC7212" w:rsidP="00EC7212">
          <w:pPr>
            <w:pStyle w:val="518319FD957C4593840AD7D0C78E876C1"/>
          </w:pPr>
          <w:r w:rsidRPr="00260F73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6D55C65D3CC8440CB3C9A55AD7343C6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ED5A91A-853A-4C82-8EA4-1141F470B775}"/>
      </w:docPartPr>
      <w:docPartBody>
        <w:p w:rsidR="00C07B4E" w:rsidRDefault="00EC7212" w:rsidP="00EC7212">
          <w:pPr>
            <w:pStyle w:val="6D55C65D3CC8440CB3C9A55AD7343C601"/>
          </w:pPr>
          <w:r w:rsidRPr="00260F73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4A1F8B837A6543188890A60420A6FE1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756012B-303B-46A5-8A67-311A73817AE9}"/>
      </w:docPartPr>
      <w:docPartBody>
        <w:p w:rsidR="00C07B4E" w:rsidRDefault="00EC7212" w:rsidP="00EC7212">
          <w:pPr>
            <w:pStyle w:val="4A1F8B837A6543188890A60420A6FE141"/>
          </w:pPr>
          <w:r w:rsidRPr="00260F73">
            <w:rPr>
              <w:rStyle w:val="PlaceholderText"/>
            </w:rPr>
            <w:t>Click or tap to enter a date.</w:t>
          </w:r>
        </w:p>
      </w:docPartBody>
    </w:docPart>
    <w:docPart>
      <w:docPartPr>
        <w:name w:val="A4DF142684EC468FB1DA54C96F1A4C8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A07B1B9-F4D4-43E2-8972-F04516204946}"/>
      </w:docPartPr>
      <w:docPartBody>
        <w:p w:rsidR="00C07B4E" w:rsidRDefault="00EC7212" w:rsidP="00EC7212">
          <w:pPr>
            <w:pStyle w:val="A4DF142684EC468FB1DA54C96F1A4C801"/>
          </w:pPr>
          <w:r w:rsidRPr="00015574">
            <w:rPr>
              <w:rStyle w:val="PlaceholderText"/>
              <w:rFonts w:cs="Calibri"/>
              <w:szCs w:val="24"/>
            </w:rPr>
            <w:t>Click or tap here to enter text.</w:t>
          </w:r>
        </w:p>
      </w:docPartBody>
    </w:docPart>
    <w:docPart>
      <w:docPartPr>
        <w:name w:val="3E7A6C8D88D046D5B07A95475A6528D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F11CBE5-24D5-47E7-96E1-EB5BF888B52D}"/>
      </w:docPartPr>
      <w:docPartBody>
        <w:p w:rsidR="00C07B4E" w:rsidRDefault="00EC7212" w:rsidP="00EC7212">
          <w:pPr>
            <w:pStyle w:val="3E7A6C8D88D046D5B07A95475A6528D01"/>
          </w:pPr>
          <w:r w:rsidRPr="00260F73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D2D35B0C30C94983A9B8CD411078292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EB7F717-97E3-4374-A2FE-F3D80FC3BE4B}"/>
      </w:docPartPr>
      <w:docPartBody>
        <w:p w:rsidR="00C07B4E" w:rsidRDefault="00EC7212" w:rsidP="00EC7212">
          <w:pPr>
            <w:pStyle w:val="D2D35B0C30C94983A9B8CD41107829241"/>
          </w:pPr>
          <w:r w:rsidRPr="00260F73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674E75E4015C4DB68E3F331B6311F15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350F886-D575-47EF-BD45-C2EF2A699B9B}"/>
      </w:docPartPr>
      <w:docPartBody>
        <w:p w:rsidR="00C07B4E" w:rsidRDefault="00EC7212" w:rsidP="00EC7212">
          <w:pPr>
            <w:pStyle w:val="674E75E4015C4DB68E3F331B6311F15D1"/>
          </w:pPr>
          <w:r w:rsidRPr="00260F73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79198DD2E5CC45868D4AEC1106FBB8E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889F07F-FE19-499E-AD65-F294C0F5639D}"/>
      </w:docPartPr>
      <w:docPartBody>
        <w:p w:rsidR="00C07B4E" w:rsidRDefault="00EC7212" w:rsidP="00EC7212">
          <w:pPr>
            <w:pStyle w:val="79198DD2E5CC45868D4AEC1106FBB8E01"/>
          </w:pPr>
          <w:r w:rsidRPr="00260F73">
            <w:rPr>
              <w:rStyle w:val="PlaceholderText"/>
            </w:rPr>
            <w:t>Click or tap to enter a date.</w:t>
          </w:r>
        </w:p>
      </w:docPartBody>
    </w:docPart>
    <w:docPart>
      <w:docPartPr>
        <w:name w:val="FFCB88D5C7A04C6AA4E94EA2B1005C4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48F1D50-9E16-4A4C-AB26-B0056C303229}"/>
      </w:docPartPr>
      <w:docPartBody>
        <w:p w:rsidR="00C07B4E" w:rsidRDefault="00EC7212" w:rsidP="00EC7212">
          <w:pPr>
            <w:pStyle w:val="FFCB88D5C7A04C6AA4E94EA2B1005C461"/>
          </w:pPr>
          <w:r w:rsidRPr="00260F73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813C5B556E804F328CE98F3377B4A42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32929FD-D65A-45A8-ACA8-4AF9BA40086B}"/>
      </w:docPartPr>
      <w:docPartBody>
        <w:p w:rsidR="00C07B4E" w:rsidRDefault="00EC7212" w:rsidP="00EC7212">
          <w:pPr>
            <w:pStyle w:val="813C5B556E804F328CE98F3377B4A4281"/>
          </w:pPr>
          <w:r w:rsidRPr="00260F73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8958F4DE94604A7C84587667D5E3A82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2908E29-B65E-4FFD-9E9E-87934534C897}"/>
      </w:docPartPr>
      <w:docPartBody>
        <w:p w:rsidR="00C07B4E" w:rsidRDefault="00EC7212" w:rsidP="00EC7212">
          <w:pPr>
            <w:pStyle w:val="8958F4DE94604A7C84587667D5E3A82D1"/>
          </w:pPr>
          <w:r w:rsidRPr="00260F73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7136CC3AAAA240558A1F70E92168133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15A5D07-0008-4F82-B3E9-44D0639EB4F0}"/>
      </w:docPartPr>
      <w:docPartBody>
        <w:p w:rsidR="00C07B4E" w:rsidRDefault="00EC7212" w:rsidP="00EC7212">
          <w:pPr>
            <w:pStyle w:val="7136CC3AAAA240558A1F70E9216813331"/>
          </w:pPr>
          <w:r w:rsidRPr="00260F73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09192308477F4D11853CC48C5E958EC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FED0561-EDBF-41E2-BBE6-42BF3E9C8001}"/>
      </w:docPartPr>
      <w:docPartBody>
        <w:p w:rsidR="00C07B4E" w:rsidRDefault="00EC7212" w:rsidP="00EC7212">
          <w:pPr>
            <w:pStyle w:val="09192308477F4D11853CC48C5E958ECA1"/>
          </w:pPr>
          <w:r w:rsidRPr="00260F73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EE356AE9B93B46D5876B2F93D200CE7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A3B0EB6-5AB7-49A8-AB17-F2505BCBE237}"/>
      </w:docPartPr>
      <w:docPartBody>
        <w:p w:rsidR="00C07B4E" w:rsidRDefault="00EC7212" w:rsidP="00EC7212">
          <w:pPr>
            <w:pStyle w:val="EE356AE9B93B46D5876B2F93D200CE7F1"/>
          </w:pPr>
          <w:r w:rsidRPr="00E73B0F">
            <w:rPr>
              <w:rStyle w:val="PlaceholderText"/>
              <w:lang w:val="en-US"/>
            </w:rPr>
            <w:t>Click or tap here to enter text.</w:t>
          </w:r>
        </w:p>
      </w:docPartBody>
    </w:docPart>
    <w:docPart>
      <w:docPartPr>
        <w:name w:val="7EFDD844CC0D4CC5B292B2891E90D16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858B1F3-F53A-44C2-B8A4-C911DF9B1DBC}"/>
      </w:docPartPr>
      <w:docPartBody>
        <w:p w:rsidR="00C07B4E" w:rsidRDefault="00EC7212" w:rsidP="00EC7212">
          <w:pPr>
            <w:pStyle w:val="7EFDD844CC0D4CC5B292B2891E90D1651"/>
          </w:pPr>
          <w:r w:rsidRPr="00260F73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AC604F7B5CE6476BB79D048B0CCB55A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D27354F-FFA3-493B-AAF4-1365946CD81F}"/>
      </w:docPartPr>
      <w:docPartBody>
        <w:p w:rsidR="00C07B4E" w:rsidRDefault="00EC7212" w:rsidP="00EC7212">
          <w:pPr>
            <w:pStyle w:val="AC604F7B5CE6476BB79D048B0CCB55A31"/>
          </w:pPr>
          <w:r w:rsidRPr="00260F73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CEB96DB4190D479790D21C08C6D9620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0F659E2-0775-4143-969F-9C4253ECB40A}"/>
      </w:docPartPr>
      <w:docPartBody>
        <w:p w:rsidR="00C07B4E" w:rsidRDefault="00EC7212" w:rsidP="00EC7212">
          <w:pPr>
            <w:pStyle w:val="CEB96DB4190D479790D21C08C6D962071"/>
          </w:pPr>
          <w:r w:rsidRPr="00260F73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FD3EEEC419FB4A73A8B2E5B8B17554F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86B6351-1C8A-46A2-8837-4F1BB5E0D5C6}"/>
      </w:docPartPr>
      <w:docPartBody>
        <w:p w:rsidR="00C07B4E" w:rsidRDefault="00EC7212" w:rsidP="00EC7212">
          <w:pPr>
            <w:pStyle w:val="FD3EEEC419FB4A73A8B2E5B8B17554F61"/>
          </w:pPr>
          <w:r w:rsidRPr="00260F73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4DA9D3CF6711453F9D530006F1283C9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3A0F5F9-4809-43F0-8A39-BA221AC6771D}"/>
      </w:docPartPr>
      <w:docPartBody>
        <w:p w:rsidR="00C07B4E" w:rsidRDefault="00EC7212" w:rsidP="00EC7212">
          <w:pPr>
            <w:pStyle w:val="4DA9D3CF6711453F9D530006F1283C901"/>
          </w:pPr>
          <w:r w:rsidRPr="00260F73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65CD766933724F4E9E0C2CB8FEF3572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A1FBCFD-80EA-44E1-B115-23F1FA749452}"/>
      </w:docPartPr>
      <w:docPartBody>
        <w:p w:rsidR="00C07B4E" w:rsidRDefault="00EC7212" w:rsidP="00EC7212">
          <w:pPr>
            <w:pStyle w:val="65CD766933724F4E9E0C2CB8FEF3572F1"/>
          </w:pPr>
          <w:r w:rsidRPr="00E73B0F">
            <w:rPr>
              <w:rStyle w:val="PlaceholderText"/>
              <w:lang w:val="en-US"/>
            </w:rPr>
            <w:t>Click or tap here to enter text.</w:t>
          </w:r>
        </w:p>
      </w:docPartBody>
    </w:docPart>
    <w:docPart>
      <w:docPartPr>
        <w:name w:val="8EEC1EA62F6A4C669142695C1483D45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70A5F1F-5B5A-4D5D-BB95-87F72461ECA4}"/>
      </w:docPartPr>
      <w:docPartBody>
        <w:p w:rsidR="00C07B4E" w:rsidRDefault="00EC7212" w:rsidP="00EC7212">
          <w:pPr>
            <w:pStyle w:val="8EEC1EA62F6A4C669142695C1483D4521"/>
          </w:pPr>
          <w:r w:rsidRPr="00260F73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B0EC60183EEC48829EBA9B3A50725B9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73772E7-462D-4FE3-B855-34E407FC2A31}"/>
      </w:docPartPr>
      <w:docPartBody>
        <w:p w:rsidR="00C07B4E" w:rsidRDefault="00EC7212" w:rsidP="00EC7212">
          <w:pPr>
            <w:pStyle w:val="B0EC60183EEC48829EBA9B3A50725B981"/>
          </w:pPr>
          <w:r w:rsidRPr="00260F73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EECB42420AD740A5A137A9B3773B918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3A146EB-E2A8-4916-ACD7-E8924BA9A812}"/>
      </w:docPartPr>
      <w:docPartBody>
        <w:p w:rsidR="00C07B4E" w:rsidRDefault="00EC7212" w:rsidP="00EC7212">
          <w:pPr>
            <w:pStyle w:val="EECB42420AD740A5A137A9B3773B918A1"/>
          </w:pPr>
          <w:r w:rsidRPr="00260F73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94AF3C750CE14908BC1050CCA8227D9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41BC32C-3CFD-491D-9CA5-E002F61348FB}"/>
      </w:docPartPr>
      <w:docPartBody>
        <w:p w:rsidR="00C07B4E" w:rsidRDefault="00EC7212" w:rsidP="00EC7212">
          <w:pPr>
            <w:pStyle w:val="94AF3C750CE14908BC1050CCA8227D941"/>
          </w:pPr>
          <w:r w:rsidRPr="00260F73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EF095F75081C4663AF611FB1763BB53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B9BA7C1-EE4A-4587-8555-B2578A60F947}"/>
      </w:docPartPr>
      <w:docPartBody>
        <w:p w:rsidR="00C07B4E" w:rsidRDefault="00EC7212" w:rsidP="00EC7212">
          <w:pPr>
            <w:pStyle w:val="EF095F75081C4663AF611FB1763BB5321"/>
          </w:pPr>
          <w:r w:rsidRPr="00260F73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B9EF1E2F40E54D19807525B380E0181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53C446E-61B6-409E-B0A5-51D24F5048C9}"/>
      </w:docPartPr>
      <w:docPartBody>
        <w:p w:rsidR="00C07B4E" w:rsidRDefault="00EC7212" w:rsidP="00EC7212">
          <w:pPr>
            <w:pStyle w:val="B9EF1E2F40E54D19807525B380E0181E1"/>
          </w:pPr>
          <w:r w:rsidRPr="00E73B0F">
            <w:rPr>
              <w:rStyle w:val="PlaceholderText"/>
              <w:lang w:val="en-US"/>
            </w:rPr>
            <w:t>Click or tap here to enter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39E1"/>
    <w:rsid w:val="00041DFE"/>
    <w:rsid w:val="000934D5"/>
    <w:rsid w:val="002630F8"/>
    <w:rsid w:val="002F4AEC"/>
    <w:rsid w:val="004161F5"/>
    <w:rsid w:val="00440FF7"/>
    <w:rsid w:val="005A051B"/>
    <w:rsid w:val="006239E1"/>
    <w:rsid w:val="00667F4B"/>
    <w:rsid w:val="006D0099"/>
    <w:rsid w:val="00917BE7"/>
    <w:rsid w:val="00926343"/>
    <w:rsid w:val="009A5C93"/>
    <w:rsid w:val="00B302C0"/>
    <w:rsid w:val="00BD0B7C"/>
    <w:rsid w:val="00C07B4E"/>
    <w:rsid w:val="00E5708D"/>
    <w:rsid w:val="00EC7212"/>
    <w:rsid w:val="00F277ED"/>
    <w:rsid w:val="00F75C6A"/>
    <w:rsid w:val="00FB32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EC7212"/>
    <w:rPr>
      <w:color w:val="666666"/>
    </w:rPr>
  </w:style>
  <w:style w:type="paragraph" w:customStyle="1" w:styleId="0423504971984E3CA014D7D54995C960">
    <w:name w:val="0423504971984E3CA014D7D54995C960"/>
    <w:rsid w:val="004161F5"/>
  </w:style>
  <w:style w:type="paragraph" w:customStyle="1" w:styleId="1734C0B0E50C4165979C1D1CD6EF51181">
    <w:name w:val="1734C0B0E50C4165979C1D1CD6EF51181"/>
    <w:rsid w:val="00EC7212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F4D6CB2241074A76A75ACE4A72F3BACA1">
    <w:name w:val="F4D6CB2241074A76A75ACE4A72F3BACA1"/>
    <w:rsid w:val="00EC7212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5C6BE9DD57B042A78E73AE6C65AB81E91">
    <w:name w:val="5C6BE9DD57B042A78E73AE6C65AB81E91"/>
    <w:rsid w:val="00EC7212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B94FF17A7DD844238942618D220CAEE01">
    <w:name w:val="B94FF17A7DD844238942618D220CAEE01"/>
    <w:rsid w:val="00EC7212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D5F14FB66A15431389EB3E003A7DADB11">
    <w:name w:val="D5F14FB66A15431389EB3E003A7DADB11"/>
    <w:rsid w:val="00EC7212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767E5F504CE04A3283DBB5C362BF53DD1">
    <w:name w:val="767E5F504CE04A3283DBB5C362BF53DD1"/>
    <w:rsid w:val="00EC7212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E784E538356841158C171F82ADDD532E1">
    <w:name w:val="E784E538356841158C171F82ADDD532E1"/>
    <w:rsid w:val="00EC7212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15FA136DFCC9400EA3643631FD9D49AC1">
    <w:name w:val="15FA136DFCC9400EA3643631FD9D49AC1"/>
    <w:rsid w:val="00EC7212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0650B01579224C17841E78E78C05793F1">
    <w:name w:val="0650B01579224C17841E78E78C05793F1"/>
    <w:rsid w:val="00EC7212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758EF154077D4EC492E0AA02749775EE1">
    <w:name w:val="758EF154077D4EC492E0AA02749775EE1"/>
    <w:rsid w:val="00EC7212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60444590C5F4414E83C6454885D5753D1">
    <w:name w:val="60444590C5F4414E83C6454885D5753D1"/>
    <w:rsid w:val="00EC7212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096DC268CB3744C7AF90E558EFABE7F61">
    <w:name w:val="096DC268CB3744C7AF90E558EFABE7F61"/>
    <w:rsid w:val="00EC7212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16EE3227410F4460A6706019F08584BA1">
    <w:name w:val="16EE3227410F4460A6706019F08584BA1"/>
    <w:rsid w:val="00EC7212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35C6ADD19D0A4F7F9AA8A8D4CCB1374F1">
    <w:name w:val="35C6ADD19D0A4F7F9AA8A8D4CCB1374F1"/>
    <w:rsid w:val="00EC7212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0AD4EFDEB46F4DD3B07D7D864B6EAEB21">
    <w:name w:val="0AD4EFDEB46F4DD3B07D7D864B6EAEB21"/>
    <w:rsid w:val="00EC7212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C969D259CE28476AA1EB44B74A93B0DE1">
    <w:name w:val="C969D259CE28476AA1EB44B74A93B0DE1"/>
    <w:rsid w:val="00EC7212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4163D3241B974CB9999FF0EC5B4E2B211">
    <w:name w:val="4163D3241B974CB9999FF0EC5B4E2B211"/>
    <w:rsid w:val="00EC7212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89495584885745569DDCF4FEC1482D051">
    <w:name w:val="89495584885745569DDCF4FEC1482D051"/>
    <w:rsid w:val="00EC7212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66C6F6902A3B4D4CA7D745FDDA70B68A1">
    <w:name w:val="66C6F6902A3B4D4CA7D745FDDA70B68A1"/>
    <w:rsid w:val="00EC7212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4CD965A9EE694FECADF2476D720E7B6E1">
    <w:name w:val="4CD965A9EE694FECADF2476D720E7B6E1"/>
    <w:rsid w:val="00EC7212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09E232A6ADC042DB884957F020A929BA1">
    <w:name w:val="09E232A6ADC042DB884957F020A929BA1"/>
    <w:rsid w:val="00EC7212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3DF7FD3C5E5C4C0992D419903A5ACDD91">
    <w:name w:val="3DF7FD3C5E5C4C0992D419903A5ACDD91"/>
    <w:rsid w:val="00EC7212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CADFFF9D18954E1993F5C0789B03E1791">
    <w:name w:val="CADFFF9D18954E1993F5C0789B03E1791"/>
    <w:rsid w:val="00EC7212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657F90F891404138BEF4C8B0986FE7061">
    <w:name w:val="657F90F891404138BEF4C8B0986FE7061"/>
    <w:rsid w:val="00EC7212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C9113B8A854441D682CE5AC80AFB08601">
    <w:name w:val="C9113B8A854441D682CE5AC80AFB08601"/>
    <w:rsid w:val="00EC7212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A98CC7936C024C2988776FBA2CC670BD1">
    <w:name w:val="A98CC7936C024C2988776FBA2CC670BD1"/>
    <w:rsid w:val="00EC7212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2E9B36F7201C45DF99CA9FA9C42900AE1">
    <w:name w:val="2E9B36F7201C45DF99CA9FA9C42900AE1"/>
    <w:rsid w:val="00EC7212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09814CF1CD7A47D3BB560F37A96F9D581">
    <w:name w:val="09814CF1CD7A47D3BB560F37A96F9D581"/>
    <w:rsid w:val="00EC7212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7793DEAF92564508A217818A964BBBC01">
    <w:name w:val="7793DEAF92564508A217818A964BBBC01"/>
    <w:rsid w:val="00EC7212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872FF4CA11794B8A841DB2220DF10EA61">
    <w:name w:val="872FF4CA11794B8A841DB2220DF10EA61"/>
    <w:rsid w:val="00EC7212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4E97BD512F134974B65EC5CE1A1FFA5C1">
    <w:name w:val="4E97BD512F134974B65EC5CE1A1FFA5C1"/>
    <w:rsid w:val="00EC7212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43C24FC1DD4E4C25906C3761C0E444F21">
    <w:name w:val="43C24FC1DD4E4C25906C3761C0E444F21"/>
    <w:rsid w:val="00EC7212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6E5B51F8A20C49259CB13015EB1213891">
    <w:name w:val="6E5B51F8A20C49259CB13015EB1213891"/>
    <w:rsid w:val="00EC7212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ACA81B7FEB124004A04A95F11ADBD7A71">
    <w:name w:val="ACA81B7FEB124004A04A95F11ADBD7A71"/>
    <w:rsid w:val="00EC7212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E3F5175B57004446843F4F317C13BE7C1">
    <w:name w:val="E3F5175B57004446843F4F317C13BE7C1"/>
    <w:rsid w:val="00EC7212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6E2E25C8BD59485F83A4E1A3EB66C1CA1">
    <w:name w:val="6E2E25C8BD59485F83A4E1A3EB66C1CA1"/>
    <w:rsid w:val="00EC7212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74CADD3637F3476CAEF2795719E307AF1">
    <w:name w:val="74CADD3637F3476CAEF2795719E307AF1"/>
    <w:rsid w:val="00EC7212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AB27C8C8D90949D99B80C3BCC40C6DB11">
    <w:name w:val="AB27C8C8D90949D99B80C3BCC40C6DB11"/>
    <w:rsid w:val="00EC7212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BE6BAA36B4CE46CCBA1107A2CA86328D1">
    <w:name w:val="BE6BAA36B4CE46CCBA1107A2CA86328D1"/>
    <w:rsid w:val="00EC7212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98F3A9EE91754E259AFD2F141BD88EC31">
    <w:name w:val="98F3A9EE91754E259AFD2F141BD88EC31"/>
    <w:rsid w:val="00EC7212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A562792367E244C2B52C13434E400DB21">
    <w:name w:val="A562792367E244C2B52C13434E400DB21"/>
    <w:rsid w:val="00EC7212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7E217E49FF2B4BCCB4F3ACCCBA8620561">
    <w:name w:val="7E217E49FF2B4BCCB4F3ACCCBA8620561"/>
    <w:rsid w:val="00EC7212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A6B6B6169038418C8F137F03A3BAC3E61">
    <w:name w:val="A6B6B6169038418C8F137F03A3BAC3E61"/>
    <w:rsid w:val="00EC7212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BA84038C5BAB4BC98BCFD7720888F4EA1">
    <w:name w:val="BA84038C5BAB4BC98BCFD7720888F4EA1"/>
    <w:rsid w:val="00EC7212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2A85F1BB5E59479D91B2E845B74103B11">
    <w:name w:val="2A85F1BB5E59479D91B2E845B74103B11"/>
    <w:rsid w:val="00EC7212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734A0FEE22AB4D08A85FAFBB84445CB91">
    <w:name w:val="734A0FEE22AB4D08A85FAFBB84445CB91"/>
    <w:rsid w:val="00EC7212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3AE69983638E496B87E186B118E83D051">
    <w:name w:val="3AE69983638E496B87E186B118E83D051"/>
    <w:rsid w:val="00EC7212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4E1B8BE8E635423EB269141E9E2912AC1">
    <w:name w:val="4E1B8BE8E635423EB269141E9E2912AC1"/>
    <w:rsid w:val="00EC7212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522C19E6AA2346A4966003129C441C2C1">
    <w:name w:val="522C19E6AA2346A4966003129C441C2C1"/>
    <w:rsid w:val="00EC7212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DC6DBC8E8B3947CB8F9195F36B67D85A1">
    <w:name w:val="DC6DBC8E8B3947CB8F9195F36B67D85A1"/>
    <w:rsid w:val="00EC7212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49487EF4E50B45EF8F8DF0A58099CB091">
    <w:name w:val="49487EF4E50B45EF8F8DF0A58099CB091"/>
    <w:rsid w:val="00EC7212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AA869886ABAF424FB7953BF2DF1D31CE1">
    <w:name w:val="AA869886ABAF424FB7953BF2DF1D31CE1"/>
    <w:rsid w:val="00EC7212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AE374A1CCD91472388352B00158D417E1">
    <w:name w:val="AE374A1CCD91472388352B00158D417E1"/>
    <w:rsid w:val="00EC7212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32E47FD49B3B473D895C35EFD17C4C671">
    <w:name w:val="32E47FD49B3B473D895C35EFD17C4C671"/>
    <w:rsid w:val="00EC7212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F31D89B3B11049B6B25FF5836F1A62F11">
    <w:name w:val="F31D89B3B11049B6B25FF5836F1A62F11"/>
    <w:rsid w:val="00EC7212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731DF214F1EF49FE80659C689B3ADCD41">
    <w:name w:val="731DF214F1EF49FE80659C689B3ADCD41"/>
    <w:rsid w:val="00EC7212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5D366CD35AAB47649E996CEAEBB603511">
    <w:name w:val="5D366CD35AAB47649E996CEAEBB603511"/>
    <w:rsid w:val="00EC7212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689329DF26FB4E599B895EB5751A472F1">
    <w:name w:val="689329DF26FB4E599B895EB5751A472F1"/>
    <w:rsid w:val="00EC7212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0662CB9F97754CE9B20ABCC49A5D4E821">
    <w:name w:val="0662CB9F97754CE9B20ABCC49A5D4E821"/>
    <w:rsid w:val="00EC7212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65C8F5FE428D487DA8BB7B464E79FA041">
    <w:name w:val="65C8F5FE428D487DA8BB7B464E79FA041"/>
    <w:rsid w:val="00EC7212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47B830DF94924B2482C12B7DBBE964711">
    <w:name w:val="47B830DF94924B2482C12B7DBBE964711"/>
    <w:rsid w:val="00EC7212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3C3D8F92E24C49BA908881E9316FE63A1">
    <w:name w:val="3C3D8F92E24C49BA908881E9316FE63A1"/>
    <w:rsid w:val="00EC7212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0680E0D108424F9A9B479935F9B013101">
    <w:name w:val="0680E0D108424F9A9B479935F9B013101"/>
    <w:rsid w:val="00EC7212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4148FAD007544EB584F6409C672505731">
    <w:name w:val="4148FAD007544EB584F6409C672505731"/>
    <w:rsid w:val="00EC7212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59EC32D1A006489898648B98FA09FC201">
    <w:name w:val="59EC32D1A006489898648B98FA09FC201"/>
    <w:rsid w:val="00EC7212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BDF8E50BF1CC440F808E2991B30E9E351">
    <w:name w:val="BDF8E50BF1CC440F808E2991B30E9E351"/>
    <w:rsid w:val="00EC7212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1AFE4D77BD004AA782890B1A2B891E911">
    <w:name w:val="1AFE4D77BD004AA782890B1A2B891E911"/>
    <w:rsid w:val="00EC7212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9E3FCF74501D4593A28B0097B11CF0FD1">
    <w:name w:val="9E3FCF74501D4593A28B0097B11CF0FD1"/>
    <w:rsid w:val="00EC7212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1B7C90431B204091BF34D4AC1D3DBC081">
    <w:name w:val="1B7C90431B204091BF34D4AC1D3DBC081"/>
    <w:rsid w:val="00EC7212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7578560DA9D445ACB9628803C4F9665C1">
    <w:name w:val="7578560DA9D445ACB9628803C4F9665C1"/>
    <w:rsid w:val="00EC7212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1D08BADE406B4BE29955A794A44B9C441">
    <w:name w:val="1D08BADE406B4BE29955A794A44B9C441"/>
    <w:rsid w:val="00EC7212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A70AF058C40C42668DFC7D2C54FE48EE1">
    <w:name w:val="A70AF058C40C42668DFC7D2C54FE48EE1"/>
    <w:rsid w:val="00EC7212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88B0BCB4D77548989F7D7A64D219E8571">
    <w:name w:val="88B0BCB4D77548989F7D7A64D219E8571"/>
    <w:rsid w:val="00EC7212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639C81B507D641DC87FA82194ED1EF111">
    <w:name w:val="639C81B507D641DC87FA82194ED1EF111"/>
    <w:rsid w:val="00EC7212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F060D239509F4521A56580FA79442C4C1">
    <w:name w:val="F060D239509F4521A56580FA79442C4C1"/>
    <w:rsid w:val="00EC7212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79ACDACDFAB0495793743B259BD7708F1">
    <w:name w:val="79ACDACDFAB0495793743B259BD7708F1"/>
    <w:rsid w:val="00EC7212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6F9AA3E76E964C07919E72767FDFA6631">
    <w:name w:val="6F9AA3E76E964C07919E72767FDFA6631"/>
    <w:rsid w:val="00EC7212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B5E5B51EFDED4D77870B76E85B2338A51">
    <w:name w:val="B5E5B51EFDED4D77870B76E85B2338A51"/>
    <w:rsid w:val="00EC7212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F87B790A53064A2EA783C6F3B906476D1">
    <w:name w:val="F87B790A53064A2EA783C6F3B906476D1"/>
    <w:rsid w:val="00EC7212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C6C5AA04D5744E5397F5B4C02E599FEC1">
    <w:name w:val="C6C5AA04D5744E5397F5B4C02E599FEC1"/>
    <w:rsid w:val="00EC7212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657845195F10471BB191FDF6254F450F1">
    <w:name w:val="657845195F10471BB191FDF6254F450F1"/>
    <w:rsid w:val="00EC7212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4261ABEBA6024587BD9BFFA89B86CBAD1">
    <w:name w:val="4261ABEBA6024587BD9BFFA89B86CBAD1"/>
    <w:rsid w:val="00EC7212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ECE4C47E07C843CCA2D7255597D077051">
    <w:name w:val="ECE4C47E07C843CCA2D7255597D077051"/>
    <w:rsid w:val="00EC7212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9444CF760006459A89EF2B7CE3AFF2D11">
    <w:name w:val="9444CF760006459A89EF2B7CE3AFF2D11"/>
    <w:rsid w:val="00EC7212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A451D5A1F2414B9AB219F05CFB3EC45E1">
    <w:name w:val="A451D5A1F2414B9AB219F05CFB3EC45E1"/>
    <w:rsid w:val="00EC7212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E58E1C4CC73644419B96786849CD04141">
    <w:name w:val="E58E1C4CC73644419B96786849CD04141"/>
    <w:rsid w:val="00EC7212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D90A19DFEA52488BB99915162C93968C1">
    <w:name w:val="D90A19DFEA52488BB99915162C93968C1"/>
    <w:rsid w:val="00EC7212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521563FD68FD43D5BA165673FF6D13781">
    <w:name w:val="521563FD68FD43D5BA165673FF6D13781"/>
    <w:rsid w:val="00EC7212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AE408CFFC6BA4AA5A655C4CB9E8D33BD1">
    <w:name w:val="AE408CFFC6BA4AA5A655C4CB9E8D33BD1"/>
    <w:rsid w:val="00EC7212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77C883E787A7487E8AC9A2460D0D61201">
    <w:name w:val="77C883E787A7487E8AC9A2460D0D61201"/>
    <w:rsid w:val="00EC7212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EDFABB6305204921AB41714CDBEF1F2C1">
    <w:name w:val="EDFABB6305204921AB41714CDBEF1F2C1"/>
    <w:rsid w:val="00EC7212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39948876AF22424CB7ED2F5AF92F9C431">
    <w:name w:val="39948876AF22424CB7ED2F5AF92F9C431"/>
    <w:rsid w:val="00EC7212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4EEA29DA30454295831DD7CCFD08932C1">
    <w:name w:val="4EEA29DA30454295831DD7CCFD08932C1"/>
    <w:rsid w:val="00EC7212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CA4E4ABAE5DA465E97A6237A7809538C1">
    <w:name w:val="CA4E4ABAE5DA465E97A6237A7809538C1"/>
    <w:rsid w:val="00EC7212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156AE4FD73954CA688AAE317B321396B1">
    <w:name w:val="156AE4FD73954CA688AAE317B321396B1"/>
    <w:rsid w:val="00EC7212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6D5A277E4DAE4119840AF2E2D970FC5F1">
    <w:name w:val="6D5A277E4DAE4119840AF2E2D970FC5F1"/>
    <w:rsid w:val="00EC7212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586FFECF142C4598987272C037E4807A1">
    <w:name w:val="586FFECF142C4598987272C037E4807A1"/>
    <w:rsid w:val="00EC7212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0FB6E5FECABF45829BB384A56029A28D1">
    <w:name w:val="0FB6E5FECABF45829BB384A56029A28D1"/>
    <w:rsid w:val="00EC7212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2636CEBDA55446F2B898CE82D65A7F191">
    <w:name w:val="2636CEBDA55446F2B898CE82D65A7F191"/>
    <w:rsid w:val="00EC7212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B1AD7A19AFD34107A93F340107E987C91">
    <w:name w:val="B1AD7A19AFD34107A93F340107E987C91"/>
    <w:rsid w:val="00EC7212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886A75EF89754CCCA94133C3ED1483701">
    <w:name w:val="886A75EF89754CCCA94133C3ED1483701"/>
    <w:rsid w:val="00EC7212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5ED57F54BA834AB1B5607992871117D01">
    <w:name w:val="5ED57F54BA834AB1B5607992871117D01"/>
    <w:rsid w:val="00EC7212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6DFABCABA0B9461DA7D3E68645D5FAB71">
    <w:name w:val="6DFABCABA0B9461DA7D3E68645D5FAB71"/>
    <w:rsid w:val="00EC7212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8E8FF8BC698C434E89BBFC103705B5901">
    <w:name w:val="8E8FF8BC698C434E89BBFC103705B5901"/>
    <w:rsid w:val="00EC7212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59F2EB4351454B2C8CE4046359B531931">
    <w:name w:val="59F2EB4351454B2C8CE4046359B531931"/>
    <w:rsid w:val="00EC7212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518319FD957C4593840AD7D0C78E876C1">
    <w:name w:val="518319FD957C4593840AD7D0C78E876C1"/>
    <w:rsid w:val="00EC7212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6D55C65D3CC8440CB3C9A55AD7343C601">
    <w:name w:val="6D55C65D3CC8440CB3C9A55AD7343C601"/>
    <w:rsid w:val="00EC7212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4A1F8B837A6543188890A60420A6FE141">
    <w:name w:val="4A1F8B837A6543188890A60420A6FE141"/>
    <w:rsid w:val="00EC7212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A4DF142684EC468FB1DA54C96F1A4C801">
    <w:name w:val="A4DF142684EC468FB1DA54C96F1A4C801"/>
    <w:rsid w:val="00EC7212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3E7A6C8D88D046D5B07A95475A6528D01">
    <w:name w:val="3E7A6C8D88D046D5B07A95475A6528D01"/>
    <w:rsid w:val="00EC7212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D2D35B0C30C94983A9B8CD41107829241">
    <w:name w:val="D2D35B0C30C94983A9B8CD41107829241"/>
    <w:rsid w:val="00EC7212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674E75E4015C4DB68E3F331B6311F15D1">
    <w:name w:val="674E75E4015C4DB68E3F331B6311F15D1"/>
    <w:rsid w:val="00EC7212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79198DD2E5CC45868D4AEC1106FBB8E01">
    <w:name w:val="79198DD2E5CC45868D4AEC1106FBB8E01"/>
    <w:rsid w:val="00EC7212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7041F98D97294F33B27DB409BE8E34F11">
    <w:name w:val="7041F98D97294F33B27DB409BE8E34F11"/>
    <w:rsid w:val="00EC7212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73AB6D1D873F4738BF61AE697637871D1">
    <w:name w:val="73AB6D1D873F4738BF61AE697637871D1"/>
    <w:rsid w:val="00EC7212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520891A0A4C04E9D9F8A8F3644975CB11">
    <w:name w:val="520891A0A4C04E9D9F8A8F3644975CB11"/>
    <w:rsid w:val="00EC7212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C582574595EA444189787F4DFB8EE37F1">
    <w:name w:val="C582574595EA444189787F4DFB8EE37F1"/>
    <w:rsid w:val="00EC7212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55670920D67C4481B676B57D42BEF39B1">
    <w:name w:val="55670920D67C4481B676B57D42BEF39B1"/>
    <w:rsid w:val="00EC7212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0D0E7F21F7C74B9EB2B3FE75BF17E85D">
    <w:name w:val="0D0E7F21F7C74B9EB2B3FE75BF17E85D"/>
    <w:rsid w:val="00EC7212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9F98BD6A7E484DF08110B1C4E624D3D01">
    <w:name w:val="9F98BD6A7E484DF08110B1C4E624D3D01"/>
    <w:rsid w:val="00EC7212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233C5AFA5E7E4902A9BB228B214E57921">
    <w:name w:val="233C5AFA5E7E4902A9BB228B214E57921"/>
    <w:rsid w:val="00EC7212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1B8839E78C2545FD826212E931A37F3B1">
    <w:name w:val="1B8839E78C2545FD826212E931A37F3B1"/>
    <w:rsid w:val="00EC7212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69B61E07360347BCBC59BA9F385F72361">
    <w:name w:val="69B61E07360347BCBC59BA9F385F72361"/>
    <w:rsid w:val="00EC7212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1B3653A43C104BD19568C0A6A4225B7F1">
    <w:name w:val="1B3653A43C104BD19568C0A6A4225B7F1"/>
    <w:rsid w:val="00EC7212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EEADD47DEE724B839CD6026B1BF75AA91">
    <w:name w:val="EEADD47DEE724B839CD6026B1BF75AA91"/>
    <w:rsid w:val="00EC7212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FFCB88D5C7A04C6AA4E94EA2B1005C461">
    <w:name w:val="FFCB88D5C7A04C6AA4E94EA2B1005C461"/>
    <w:rsid w:val="00EC7212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813C5B556E804F328CE98F3377B4A4281">
    <w:name w:val="813C5B556E804F328CE98F3377B4A4281"/>
    <w:rsid w:val="00EC7212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8958F4DE94604A7C84587667D5E3A82D1">
    <w:name w:val="8958F4DE94604A7C84587667D5E3A82D1"/>
    <w:rsid w:val="00EC7212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7136CC3AAAA240558A1F70E9216813331">
    <w:name w:val="7136CC3AAAA240558A1F70E9216813331"/>
    <w:rsid w:val="00EC7212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09192308477F4D11853CC48C5E958ECA1">
    <w:name w:val="09192308477F4D11853CC48C5E958ECA1"/>
    <w:rsid w:val="00EC7212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EE356AE9B93B46D5876B2F93D200CE7F1">
    <w:name w:val="EE356AE9B93B46D5876B2F93D200CE7F1"/>
    <w:rsid w:val="00EC7212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7EFDD844CC0D4CC5B292B2891E90D1651">
    <w:name w:val="7EFDD844CC0D4CC5B292B2891E90D1651"/>
    <w:rsid w:val="00EC7212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AC604F7B5CE6476BB79D048B0CCB55A31">
    <w:name w:val="AC604F7B5CE6476BB79D048B0CCB55A31"/>
    <w:rsid w:val="00EC7212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CEB96DB4190D479790D21C08C6D962071">
    <w:name w:val="CEB96DB4190D479790D21C08C6D962071"/>
    <w:rsid w:val="00EC7212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FD3EEEC419FB4A73A8B2E5B8B17554F61">
    <w:name w:val="FD3EEEC419FB4A73A8B2E5B8B17554F61"/>
    <w:rsid w:val="00EC7212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4DA9D3CF6711453F9D530006F1283C901">
    <w:name w:val="4DA9D3CF6711453F9D530006F1283C901"/>
    <w:rsid w:val="00EC7212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65CD766933724F4E9E0C2CB8FEF3572F1">
    <w:name w:val="65CD766933724F4E9E0C2CB8FEF3572F1"/>
    <w:rsid w:val="00EC7212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8EEC1EA62F6A4C669142695C1483D4521">
    <w:name w:val="8EEC1EA62F6A4C669142695C1483D4521"/>
    <w:rsid w:val="00EC7212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B0EC60183EEC48829EBA9B3A50725B981">
    <w:name w:val="B0EC60183EEC48829EBA9B3A50725B981"/>
    <w:rsid w:val="00EC7212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EECB42420AD740A5A137A9B3773B918A1">
    <w:name w:val="EECB42420AD740A5A137A9B3773B918A1"/>
    <w:rsid w:val="00EC7212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94AF3C750CE14908BC1050CCA8227D941">
    <w:name w:val="94AF3C750CE14908BC1050CCA8227D941"/>
    <w:rsid w:val="00EC7212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EF095F75081C4663AF611FB1763BB5321">
    <w:name w:val="EF095F75081C4663AF611FB1763BB5321"/>
    <w:rsid w:val="00EC7212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B9EF1E2F40E54D19807525B380E0181E1">
    <w:name w:val="B9EF1E2F40E54D19807525B380E0181E1"/>
    <w:rsid w:val="00EC7212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C9DD42402A5E4547A9966034646DECE51">
    <w:name w:val="C9DD42402A5E4547A9966034646DECE51"/>
    <w:rsid w:val="00EC7212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E7D02D12569949259F4B303AE9EE91BE">
    <w:name w:val="E7D02D12569949259F4B303AE9EE91BE"/>
    <w:rsid w:val="00EC7212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CAA78230F4974F91A466D1A3E44D5E2D">
    <w:name w:val="CAA78230F4974F91A466D1A3E44D5E2D"/>
    <w:rsid w:val="00EC7212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F0CFA2EC4C7B4356B9A2A03A62C38968">
    <w:name w:val="F0CFA2EC4C7B4356B9A2A03A62C38968"/>
    <w:rsid w:val="00EC7212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9380793E9EE044989EB44762814E78B6">
    <w:name w:val="9380793E9EE044989EB44762814E78B6"/>
    <w:rsid w:val="00EC7212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0E951C26B4874E2787CBE628EA2C2094">
    <w:name w:val="0E951C26B4874E2787CBE628EA2C2094"/>
    <w:rsid w:val="00EC7212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07E5AC0373094234B85BEF415F1A8998">
    <w:name w:val="07E5AC0373094234B85BEF415F1A8998"/>
    <w:rsid w:val="00EC7212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3ED87B2022A34B2198DC2B217B191AF1">
    <w:name w:val="3ED87B2022A34B2198DC2B217B191AF1"/>
    <w:rsid w:val="00EC7212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A52E9F0F3C3549C29B060FC2F2A6D5781">
    <w:name w:val="A52E9F0F3C3549C29B060FC2F2A6D5781"/>
    <w:rsid w:val="00EC7212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136CB3F2E58949E09F2EAE0D704C7EE01">
    <w:name w:val="136CB3F2E58949E09F2EAE0D704C7EE01"/>
    <w:rsid w:val="00EC7212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word/webextensions/_rels/taskpanes.xml.rels><?xml version="1.0" encoding="UTF-8" standalone="yes"?>
<Relationships xmlns="http://schemas.openxmlformats.org/package/2006/relationships"><Relationship Id="rId1" Type="http://schemas.microsoft.com/office/2011/relationships/webextension" Target="webextension1.xml"/></Relationships>
</file>

<file path=word/webextensions/taskpanes.xml><?xml version="1.0" encoding="utf-8"?>
<wetp:taskpanes xmlns:wetp="http://schemas.microsoft.com/office/webextensions/taskpanes/2010/11">
  <wetp:taskpane dockstate="right" visibility="0" width="525" row="1">
    <wetp:webextensionref xmlns:r="http://schemas.openxmlformats.org/officeDocument/2006/relationships" r:id="rId1"/>
  </wetp:taskpane>
</wetp:taskpanes>
</file>

<file path=word/webextensions/webextension1.xml><?xml version="1.0" encoding="utf-8"?>
<we:webextension xmlns:we="http://schemas.microsoft.com/office/webextensions/webextension/2010/11" id="{A5383CA1-4EBA-4675-946A-4E3876E1728D}">
  <we:reference id="a3b40b4f-8edf-490e-9df1-7e66f93912bf" version="1.2.0.0" store="EXCatalog" storeType="EXCatalog"/>
  <we:alternateReferences>
    <we:reference id="WA104380526" version="1.2.0.0" store="en-US" storeType="OMEX"/>
  </we:alternateReferences>
  <we:properties/>
  <we:bindings/>
  <we:snapshot xmlns:r="http://schemas.openxmlformats.org/officeDocument/2006/relationships"/>
</we:webextension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_Flow_SignoffStatus xmlns="15185260-356a-4f99-88cc-936cb4cb807e" xsi:nil="true"/>
    <g91b68ba74af4c7b983d18b6ea194a39 xmlns="503bbec5-b5d2-4817-b31a-e56cf9689349">
      <Terms xmlns="http://schemas.microsoft.com/office/infopath/2007/PartnerControls">
        <TermInfo xmlns="http://schemas.microsoft.com/office/infopath/2007/PartnerControls">
          <TermName xmlns="http://schemas.microsoft.com/office/infopath/2007/PartnerControls">Training</TermName>
          <TermId xmlns="http://schemas.microsoft.com/office/infopath/2007/PartnerControls">d40a543f-cf93-4dd2-8e77-c73395edc57f</TermId>
        </TermInfo>
      </Terms>
    </g91b68ba74af4c7b983d18b6ea194a39>
    <TaxCatchAll xmlns="503bbec5-b5d2-4817-b31a-e56cf9689349">
      <Value>31</Value>
    </TaxCatchAll>
    <_ip_UnifiedCompliancePolicyProperties xmlns="http://schemas.microsoft.com/sharepoint/v3" xsi:nil="true"/>
    <Status xmlns="15185260-356a-4f99-88cc-936cb4cb807e" xsi:nil="true"/>
    <lcf76f155ced4ddcb4097134ff3c332f xmlns="15185260-356a-4f99-88cc-936cb4cb807e">
      <Terms xmlns="http://schemas.microsoft.com/office/infopath/2007/PartnerControls"/>
    </lcf76f155ced4ddcb4097134ff3c332f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Training Document" ma:contentTypeID="0x010100E71D276AF3F30A40B0518270157AC0D12600A5CCBD870995834399D357334277DA3A" ma:contentTypeVersion="24" ma:contentTypeDescription="" ma:contentTypeScope="" ma:versionID="51cadf1560be46046a2c601411ceb66b">
  <xsd:schema xmlns:xsd="http://www.w3.org/2001/XMLSchema" xmlns:xs="http://www.w3.org/2001/XMLSchema" xmlns:p="http://schemas.microsoft.com/office/2006/metadata/properties" xmlns:ns1="http://schemas.microsoft.com/sharepoint/v3" xmlns:ns2="503bbec5-b5d2-4817-b31a-e56cf9689349" xmlns:ns3="15185260-356a-4f99-88cc-936cb4cb807e" targetNamespace="http://schemas.microsoft.com/office/2006/metadata/properties" ma:root="true" ma:fieldsID="e98f9ee26940bd46210317464be3b008" ns1:_="" ns2:_="" ns3:_="">
    <xsd:import namespace="http://schemas.microsoft.com/sharepoint/v3"/>
    <xsd:import namespace="503bbec5-b5d2-4817-b31a-e56cf9689349"/>
    <xsd:import namespace="15185260-356a-4f99-88cc-936cb4cb807e"/>
    <xsd:element name="properties">
      <xsd:complexType>
        <xsd:sequence>
          <xsd:element name="documentManagement">
            <xsd:complexType>
              <xsd:all>
                <xsd:element ref="ns2:g91b68ba74af4c7b983d18b6ea194a39" minOccurs="0"/>
                <xsd:element ref="ns2:TaxCatchAll" minOccurs="0"/>
                <xsd:element ref="ns2:TaxCatchAllLabel" minOccurs="0"/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AutoKeyPoints" minOccurs="0"/>
                <xsd:element ref="ns3:MediaServiceKeyPoints" minOccurs="0"/>
                <xsd:element ref="ns2:SharedWithUsers" minOccurs="0"/>
                <xsd:element ref="ns2:SharedWithDetails" minOccurs="0"/>
                <xsd:element ref="ns3:MediaServiceDateTaken" minOccurs="0"/>
                <xsd:element ref="ns3:MediaServiceLocation" minOccurs="0"/>
                <xsd:element ref="ns1:_ip_UnifiedCompliancePolicyProperties" minOccurs="0"/>
                <xsd:element ref="ns1:_ip_UnifiedCompliancePolicyUIAction" minOccurs="0"/>
                <xsd:element ref="ns3:MediaLengthInSeconds" minOccurs="0"/>
                <xsd:element ref="ns3:lcf76f155ced4ddcb4097134ff3c332f" minOccurs="0"/>
                <xsd:element ref="ns3:_Flow_SignoffStatus" minOccurs="0"/>
                <xsd:element ref="ns3:MediaServiceObjectDetectorVersions" minOccurs="0"/>
                <xsd:element ref="ns3:MediaServiceSearchProperties" minOccurs="0"/>
                <xsd:element ref="ns3:Status" minOccurs="0"/>
                <xsd:element ref="ns3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24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25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03bbec5-b5d2-4817-b31a-e56cf9689349" elementFormDefault="qualified">
    <xsd:import namespace="http://schemas.microsoft.com/office/2006/documentManagement/types"/>
    <xsd:import namespace="http://schemas.microsoft.com/office/infopath/2007/PartnerControls"/>
    <xsd:element name="g91b68ba74af4c7b983d18b6ea194a39" ma:index="8" nillable="true" ma:taxonomy="true" ma:internalName="g91b68ba74af4c7b983d18b6ea194a39" ma:taxonomyFieldName="RCPITags" ma:displayName="RCPITags" ma:default="" ma:fieldId="{091b68ba-74af-4c7b-983d-18b6ea194a39}" ma:sspId="4072833a-2362-46d2-ac3f-3941ef26165a" ma:termSetId="8ed8c9ea-7052-4c1d-a4d7-b9c10bffea6f" ma:anchorId="00000000-0000-0000-0000-000000000000" ma:open="true" ma:isKeyword="false">
      <xsd:complexType>
        <xsd:sequence>
          <xsd:element ref="pc:Terms" minOccurs="0" maxOccurs="1"/>
        </xsd:sequence>
      </xsd:complexType>
    </xsd:element>
    <xsd:element name="TaxCatchAll" ma:index="9" nillable="true" ma:displayName="Taxonomy Catch All Column" ma:hidden="true" ma:list="{f6ce1868-fc46-45bc-9346-2acb2ee913c9}" ma:internalName="TaxCatchAll" ma:showField="CatchAllData" ma:web="503bbec5-b5d2-4817-b31a-e56cf968934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axCatchAllLabel" ma:index="10" nillable="true" ma:displayName="Taxonomy Catch All Column1" ma:hidden="true" ma:list="{f6ce1868-fc46-45bc-9346-2acb2ee913c9}" ma:internalName="TaxCatchAllLabel" ma:readOnly="true" ma:showField="CatchAllDataLabel" ma:web="503bbec5-b5d2-4817-b31a-e56cf968934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5185260-356a-4f99-88cc-936cb4cb807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2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3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22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23" nillable="true" ma:displayName="Location" ma:internalName="MediaServiceLocation" ma:readOnly="true">
      <xsd:simpleType>
        <xsd:restriction base="dms:Text"/>
      </xsd:simpleType>
    </xsd:element>
    <xsd:element name="MediaLengthInSeconds" ma:index="26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8" nillable="true" ma:taxonomy="true" ma:internalName="lcf76f155ced4ddcb4097134ff3c332f" ma:taxonomyFieldName="MediaServiceImageTags" ma:displayName="Image Tags" ma:readOnly="false" ma:fieldId="{5cf76f15-5ced-4ddc-b409-7134ff3c332f}" ma:taxonomyMulti="true" ma:sspId="4072833a-2362-46d2-ac3f-3941ef26165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_Flow_SignoffStatus" ma:index="29" nillable="true" ma:displayName="Sign-off status" ma:internalName="Sign_x002d_off_x0020_status">
      <xsd:simpleType>
        <xsd:restriction base="dms:Text"/>
      </xsd:simpleType>
    </xsd:element>
    <xsd:element name="MediaServiceObjectDetectorVersions" ma:index="30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3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Status" ma:index="32" nillable="true" ma:displayName="Status" ma:format="Dropdown" ma:internalName="Status">
      <xsd:simpleType>
        <xsd:restriction base="dms:Text">
          <xsd:maxLength value="255"/>
        </xsd:restriction>
      </xsd:simpleType>
    </xsd:element>
    <xsd:element name="MediaServiceBillingMetadata" ma:index="33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B254CA12-5166-4609-8A53-2BCCA5AC1197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  <ds:schemaRef ds:uri="15185260-356a-4f99-88cc-936cb4cb807e"/>
    <ds:schemaRef ds:uri="503bbec5-b5d2-4817-b31a-e56cf9689349"/>
  </ds:schemaRefs>
</ds:datastoreItem>
</file>

<file path=customXml/itemProps2.xml><?xml version="1.0" encoding="utf-8"?>
<ds:datastoreItem xmlns:ds="http://schemas.openxmlformats.org/officeDocument/2006/customXml" ds:itemID="{C5396FDF-C951-468B-A455-B62814C8A7E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503bbec5-b5d2-4817-b31a-e56cf9689349"/>
    <ds:schemaRef ds:uri="15185260-356a-4f99-88cc-936cb4cb807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796B19CF-EFB8-4F89-85DA-6B718D02C502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F9629276-5B18-41CF-8C69-4C941185745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12</Pages>
  <Words>1668</Words>
  <Characters>9511</Characters>
  <Application>Microsoft Office Word</Application>
  <DocSecurity>0</DocSecurity>
  <Lines>79</Lines>
  <Paragraphs>22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11157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Shivana Chandra</cp:lastModifiedBy>
  <cp:revision>5</cp:revision>
  <dcterms:created xsi:type="dcterms:W3CDTF">2026-08-20T14:25:00Z</dcterms:created>
  <dcterms:modified xsi:type="dcterms:W3CDTF">2026-10-07T10:40:00Z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2ebdc5c2-1ff9-4d01-9834-f86cda611682_Enabled">
    <vt:lpwstr>true</vt:lpwstr>
  </property>
  <property fmtid="{D5CDD505-2E9C-101B-9397-08002B2CF9AE}" pid="3" name="MSIP_Label_2ebdc5c2-1ff9-4d01-9834-f86cda611682_SetDate">
    <vt:lpwstr>2026-06-18T07:56:58Z</vt:lpwstr>
  </property>
  <property fmtid="{D5CDD505-2E9C-101B-9397-08002B2CF9AE}" pid="4" name="MSIP_Label_2ebdc5c2-1ff9-4d01-9834-f86cda611682_Method">
    <vt:lpwstr>Standard</vt:lpwstr>
  </property>
  <property fmtid="{D5CDD505-2E9C-101B-9397-08002B2CF9AE}" pid="5" name="MSIP_Label_2ebdc5c2-1ff9-4d01-9834-f86cda611682_Name">
    <vt:lpwstr>defa4170-0d19-0005-0004-bc88714345d2</vt:lpwstr>
  </property>
  <property fmtid="{D5CDD505-2E9C-101B-9397-08002B2CF9AE}" pid="6" name="MSIP_Label_2ebdc5c2-1ff9-4d01-9834-f86cda611682_SiteId">
    <vt:lpwstr>4bdbc99f-14d5-40ac-8220-5a85d6b6fe7d</vt:lpwstr>
  </property>
  <property fmtid="{D5CDD505-2E9C-101B-9397-08002B2CF9AE}" pid="7" name="MSIP_Label_2ebdc5c2-1ff9-4d01-9834-f86cda611682_ActionId">
    <vt:lpwstr>d6e18b85-d433-40c6-abd2-67d3e09077c0</vt:lpwstr>
  </property>
  <property fmtid="{D5CDD505-2E9C-101B-9397-08002B2CF9AE}" pid="8" name="MSIP_Label_2ebdc5c2-1ff9-4d01-9834-f86cda611682_ContentBits">
    <vt:lpwstr>0</vt:lpwstr>
  </property>
  <property fmtid="{D5CDD505-2E9C-101B-9397-08002B2CF9AE}" pid="9" name="MSIP_Label_2ebdc5c2-1ff9-4d01-9834-f86cda611682_Tag">
    <vt:lpwstr>10, 3, 0, 1</vt:lpwstr>
  </property>
  <property fmtid="{D5CDD505-2E9C-101B-9397-08002B2CF9AE}" pid="10" name="ContentTypeId">
    <vt:lpwstr>0x010100E71D276AF3F30A40B0518270157AC0D12600A5CCBD870995834399D357334277DA3A</vt:lpwstr>
  </property>
  <property fmtid="{D5CDD505-2E9C-101B-9397-08002B2CF9AE}" pid="11" name="MediaServiceImageTags">
    <vt:lpwstr/>
  </property>
  <property fmtid="{D5CDD505-2E9C-101B-9397-08002B2CF9AE}" pid="12" name="RCPITags">
    <vt:lpwstr>31;#Training|d40a543f-cf93-4dd2-8e77-c73395edc57f</vt:lpwstr>
  </property>
</Properties>
</file>